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ECB1C" w14:textId="06AA2D07" w:rsidR="00CB373D" w:rsidRDefault="00DE2A7C" w:rsidP="00D22988">
      <w:pPr>
        <w:pStyle w:val="Heading1"/>
      </w:pPr>
      <w:r>
        <w:t xml:space="preserve">                                   THE STUDENTS HUB WEBSITE CONTENT</w:t>
      </w:r>
    </w:p>
    <w:p w14:paraId="6BAD6320" w14:textId="77777777" w:rsidR="00D22988" w:rsidRPr="00D22988" w:rsidRDefault="00D22988" w:rsidP="00D22988"/>
    <w:p w14:paraId="40F394F0" w14:textId="4C1844E4" w:rsidR="00373B99" w:rsidRDefault="00612252">
      <w:pPr>
        <w:pStyle w:val="Heading1"/>
      </w:pPr>
      <w:r>
        <w:t>About Us</w:t>
      </w:r>
    </w:p>
    <w:p w14:paraId="5BA5921A" w14:textId="77777777" w:rsidR="00373B99" w:rsidRDefault="00612252">
      <w:r>
        <w:t>The Students Hub is formed by the group of experienced tutors having years of experience in providing excellent after-school tuition or additional coaching to students and helping them achieving high grades in their SATs, 11plus, 13plus, GCSE, IGCSE and AS &amp; A2 level exams.</w:t>
      </w:r>
    </w:p>
    <w:p w14:paraId="51F6E5C5" w14:textId="2EFEE5B8" w:rsidR="007E4997" w:rsidRDefault="00612252">
      <w:r>
        <w:t>The Students Hub provides the best support to Parents expecting their son or daughter to excel in their studies and achieve high grades in SATs, provide &amp; guide with full support to get admission into grammar schools, help in achieving excellent results in GCSE and AS &amp; A2 levels to get admission into good universities and then on to the course of their choice.</w:t>
      </w:r>
    </w:p>
    <w:p w14:paraId="7618D835" w14:textId="77777777" w:rsidR="007E4997" w:rsidRDefault="007E4997" w:rsidP="00616961">
      <w:pPr>
        <w:pStyle w:val="Heading1"/>
      </w:pPr>
      <w:r>
        <w:t>Our Teaching Method</w:t>
      </w:r>
    </w:p>
    <w:p w14:paraId="322B7226" w14:textId="77777777" w:rsidR="007E4997" w:rsidRDefault="007E4997" w:rsidP="00616961">
      <w:r>
        <w:t>At The Students Hub, we focus on helping students build strong foundational knowledge across all subjects. By teaching core concepts clearly and effectively, we empower students to grow academically and excel in school and beyond.</w:t>
      </w:r>
    </w:p>
    <w:p w14:paraId="47C6F040" w14:textId="77777777" w:rsidR="007E4997" w:rsidRDefault="007E4997" w:rsidP="00616961">
      <w:pPr>
        <w:pStyle w:val="Heading2"/>
      </w:pPr>
      <w:r>
        <w:t>Our Approach: Understand → Apply → Practice</w:t>
      </w:r>
    </w:p>
    <w:p w14:paraId="35FB95ED" w14:textId="77777777" w:rsidR="007E4997" w:rsidRDefault="007E4997" w:rsidP="00616961">
      <w:r>
        <w:t>We follow a unique and proven three-step teaching method:</w:t>
      </w:r>
    </w:p>
    <w:p w14:paraId="0FB3744D" w14:textId="77777777" w:rsidR="007E4997" w:rsidRDefault="007E4997" w:rsidP="00616961">
      <w:pPr>
        <w:pStyle w:val="ListNumber"/>
      </w:pPr>
      <w:r>
        <w:t>1. Understand</w:t>
      </w:r>
    </w:p>
    <w:p w14:paraId="72816139" w14:textId="77777777" w:rsidR="007E4997" w:rsidRDefault="007E4997" w:rsidP="00616961">
      <w:r>
        <w:t>We begin with clear conceptual explanations that simplify complex topics and strengthen the student’s foundation.</w:t>
      </w:r>
    </w:p>
    <w:p w14:paraId="687BAAD6" w14:textId="77777777" w:rsidR="007E4997" w:rsidRDefault="007E4997" w:rsidP="00616961">
      <w:pPr>
        <w:pStyle w:val="ListNumber"/>
      </w:pPr>
      <w:r>
        <w:t>2. Apply</w:t>
      </w:r>
    </w:p>
    <w:p w14:paraId="6B55B991" w14:textId="77777777" w:rsidR="007E4997" w:rsidRDefault="007E4997" w:rsidP="00616961">
      <w:r>
        <w:t>Students are shown real-life applications of concepts, helping them understand the relevance of what they learn and improving long-term retention.</w:t>
      </w:r>
    </w:p>
    <w:p w14:paraId="52BCEA1C" w14:textId="77777777" w:rsidR="007E4997" w:rsidRDefault="007E4997" w:rsidP="00616961">
      <w:pPr>
        <w:pStyle w:val="ListNumber"/>
      </w:pPr>
      <w:r>
        <w:t>3. Practice</w:t>
      </w:r>
    </w:p>
    <w:p w14:paraId="346E065F" w14:textId="77777777" w:rsidR="007E4997" w:rsidRDefault="007E4997" w:rsidP="00616961">
      <w:r>
        <w:t>Rigorous and structured practice helps students develop confidence, master exam techniques, and achieve excellent results.</w:t>
      </w:r>
    </w:p>
    <w:p w14:paraId="7BF727F3" w14:textId="77777777" w:rsidR="007E4997" w:rsidRDefault="007E4997" w:rsidP="00616961">
      <w:pPr>
        <w:pStyle w:val="Heading2"/>
      </w:pPr>
      <w:r>
        <w:t>Aligned With the National Curriculum</w:t>
      </w:r>
    </w:p>
    <w:p w14:paraId="53C49361" w14:textId="77777777" w:rsidR="007E4997" w:rsidRDefault="007E4997" w:rsidP="00616961">
      <w:r>
        <w:t>We strictly follow the National Curriculum, ensuring every topic is covered thoroughly.</w:t>
      </w:r>
      <w:r>
        <w:br/>
        <w:t>To provide high-quality and accurate support, we use:</w:t>
      </w:r>
    </w:p>
    <w:p w14:paraId="3756E50D" w14:textId="77777777" w:rsidR="007E4997" w:rsidRDefault="007E4997" w:rsidP="00616961">
      <w:pPr>
        <w:pStyle w:val="ListBullet"/>
      </w:pPr>
      <w:r>
        <w:t>Well-known textbooks and workbooks</w:t>
      </w:r>
    </w:p>
    <w:p w14:paraId="1B9E0462" w14:textId="77777777" w:rsidR="007E4997" w:rsidRDefault="007E4997" w:rsidP="00616961">
      <w:pPr>
        <w:pStyle w:val="ListBullet"/>
      </w:pPr>
      <w:r>
        <w:lastRenderedPageBreak/>
        <w:t>Past examination papers</w:t>
      </w:r>
    </w:p>
    <w:p w14:paraId="181AE338" w14:textId="77777777" w:rsidR="007E4997" w:rsidRDefault="007E4997" w:rsidP="00616961">
      <w:pPr>
        <w:pStyle w:val="ListBullet"/>
      </w:pPr>
      <w:r>
        <w:t xml:space="preserve">Materials from all major exam boards: </w:t>
      </w:r>
      <w:proofErr w:type="spellStart"/>
      <w:r>
        <w:t>Edexcel</w:t>
      </w:r>
      <w:proofErr w:type="spellEnd"/>
      <w:r>
        <w:t>, OCR, AQA, and Cambridge</w:t>
      </w:r>
    </w:p>
    <w:p w14:paraId="5A8B96FC" w14:textId="77777777" w:rsidR="007E4997" w:rsidRDefault="007E4997" w:rsidP="00616961">
      <w:r>
        <w:t>This helps students perform better in school and prepares them thoroughly for examinations.</w:t>
      </w:r>
    </w:p>
    <w:p w14:paraId="382C31DD" w14:textId="77777777" w:rsidR="007E4997" w:rsidRDefault="007E4997" w:rsidP="00616961">
      <w:pPr>
        <w:pStyle w:val="Heading2"/>
      </w:pPr>
      <w:r>
        <w:t>Why Our Subjects Matter</w:t>
      </w:r>
    </w:p>
    <w:p w14:paraId="1281CFD8" w14:textId="77777777" w:rsidR="007E4997" w:rsidRDefault="007E4997" w:rsidP="00616961">
      <w:r>
        <w:t>Knowledge of Mathematics, Science, and ICT plays a crucial role in students’ future academic and career pathways. These subjects encourage:</w:t>
      </w:r>
    </w:p>
    <w:p w14:paraId="190F3BCE" w14:textId="77777777" w:rsidR="007E4997" w:rsidRDefault="007E4997" w:rsidP="00616961">
      <w:pPr>
        <w:pStyle w:val="ListBullet"/>
      </w:pPr>
      <w:r>
        <w:t>Logical and critical thinking</w:t>
      </w:r>
    </w:p>
    <w:p w14:paraId="7876195C" w14:textId="77777777" w:rsidR="007E4997" w:rsidRDefault="007E4997" w:rsidP="00616961">
      <w:pPr>
        <w:pStyle w:val="ListBullet"/>
      </w:pPr>
      <w:r>
        <w:t>Analytical skills</w:t>
      </w:r>
    </w:p>
    <w:p w14:paraId="65B7E238" w14:textId="77777777" w:rsidR="007E4997" w:rsidRDefault="007E4997" w:rsidP="00616961">
      <w:pPr>
        <w:pStyle w:val="ListBullet"/>
      </w:pPr>
      <w:r>
        <w:t>Problem-solving abilities</w:t>
      </w:r>
    </w:p>
    <w:p w14:paraId="5A6E6BAA" w14:textId="77777777" w:rsidR="007E4997" w:rsidRDefault="007E4997" w:rsidP="00616961">
      <w:r>
        <w:t>A strong foundation in these subjects supports future studies such as Engineering, Science, IT, Accountancy, and Economics.</w:t>
      </w:r>
    </w:p>
    <w:p w14:paraId="5925331F" w14:textId="77777777" w:rsidR="007E4997" w:rsidRDefault="007E4997" w:rsidP="00616961">
      <w:pPr>
        <w:pStyle w:val="Heading2"/>
      </w:pPr>
      <w:r>
        <w:t>Addressing Common Challenges</w:t>
      </w:r>
    </w:p>
    <w:p w14:paraId="0327085A" w14:textId="77777777" w:rsidR="007E4997" w:rsidRDefault="007E4997" w:rsidP="00616961">
      <w:r>
        <w:t>Topics like Algebra, Geometry, and Trigonometry can be difficult for many secondary school students. It’s common for learners to find mathematics challenging or uninteresting.</w:t>
      </w:r>
    </w:p>
    <w:p w14:paraId="0B78213E" w14:textId="77777777" w:rsidR="007E4997" w:rsidRDefault="007E4997" w:rsidP="00616961">
      <w:r>
        <w:t>We aim to change this by:</w:t>
      </w:r>
    </w:p>
    <w:p w14:paraId="1A9FF203" w14:textId="77777777" w:rsidR="007E4997" w:rsidRDefault="007E4997" w:rsidP="00616961">
      <w:pPr>
        <w:pStyle w:val="ListBullet"/>
      </w:pPr>
      <w:r>
        <w:t>Promoting conceptual understanding rather than just procedural learning</w:t>
      </w:r>
    </w:p>
    <w:p w14:paraId="05142730" w14:textId="77777777" w:rsidR="007E4997" w:rsidRDefault="007E4997" w:rsidP="00616961">
      <w:pPr>
        <w:pStyle w:val="ListBullet"/>
      </w:pPr>
      <w:r>
        <w:t>Helping students make sense of mathematical ideas</w:t>
      </w:r>
    </w:p>
    <w:p w14:paraId="71301950" w14:textId="77777777" w:rsidR="007E4997" w:rsidRDefault="007E4997" w:rsidP="00616961">
      <w:pPr>
        <w:pStyle w:val="ListBullet"/>
      </w:pPr>
      <w:r>
        <w:t>Building relevance and interest</w:t>
      </w:r>
    </w:p>
    <w:p w14:paraId="5D481573" w14:textId="77777777" w:rsidR="007E4997" w:rsidRDefault="007E4997" w:rsidP="00616961">
      <w:pPr>
        <w:pStyle w:val="ListBullet"/>
      </w:pPr>
      <w:r>
        <w:t>Reducing subject-related anxiety</w:t>
      </w:r>
    </w:p>
    <w:p w14:paraId="316BB6EB" w14:textId="77777777" w:rsidR="007E4997" w:rsidRDefault="007E4997" w:rsidP="00616961">
      <w:r>
        <w:t>Our integrated approach ensures students learn in a relaxed, supportive environment that boosts confidence and performance.</w:t>
      </w:r>
    </w:p>
    <w:p w14:paraId="0C551C8E" w14:textId="77777777" w:rsidR="007E4997" w:rsidRDefault="007E4997" w:rsidP="00616961">
      <w:pPr>
        <w:pStyle w:val="Heading2"/>
      </w:pPr>
      <w:r>
        <w:t>Our Teaching Style</w:t>
      </w:r>
    </w:p>
    <w:p w14:paraId="38353C7E" w14:textId="77777777" w:rsidR="007E4997" w:rsidRDefault="007E4997" w:rsidP="00616961">
      <w:r>
        <w:t>We teach in an informal, clear, and interactive learner-</w:t>
      </w:r>
      <w:proofErr w:type="spellStart"/>
      <w:r>
        <w:t>centred</w:t>
      </w:r>
      <w:proofErr w:type="spellEnd"/>
      <w:r>
        <w:t xml:space="preserve"> style.</w:t>
      </w:r>
      <w:r>
        <w:br/>
        <w:t>Our tutors engage students in a multifaceted way that is:</w:t>
      </w:r>
    </w:p>
    <w:p w14:paraId="6D5E7D7F" w14:textId="77777777" w:rsidR="007E4997" w:rsidRDefault="007E4997" w:rsidP="00616961">
      <w:pPr>
        <w:pStyle w:val="ListBullet"/>
      </w:pPr>
      <w:r>
        <w:t>Interesting</w:t>
      </w:r>
    </w:p>
    <w:p w14:paraId="5D01552A" w14:textId="77777777" w:rsidR="007E4997" w:rsidRDefault="007E4997" w:rsidP="00616961">
      <w:pPr>
        <w:pStyle w:val="ListBullet"/>
      </w:pPr>
      <w:r>
        <w:t>Developmental</w:t>
      </w:r>
    </w:p>
    <w:p w14:paraId="172D18FB" w14:textId="77777777" w:rsidR="007E4997" w:rsidRDefault="007E4997" w:rsidP="00616961">
      <w:pPr>
        <w:pStyle w:val="ListBullet"/>
      </w:pPr>
      <w:r>
        <w:t>Deep and connected</w:t>
      </w:r>
    </w:p>
    <w:p w14:paraId="38241E2A" w14:textId="77777777" w:rsidR="007E4997" w:rsidRDefault="007E4997" w:rsidP="00616961">
      <w:pPr>
        <w:pStyle w:val="ListBullet"/>
      </w:pPr>
      <w:r>
        <w:t>Easy to understand</w:t>
      </w:r>
    </w:p>
    <w:p w14:paraId="5CA607F3" w14:textId="77777777" w:rsidR="007E4997" w:rsidRDefault="007E4997" w:rsidP="00616961">
      <w:pPr>
        <w:pStyle w:val="ListBullet"/>
      </w:pPr>
      <w:r>
        <w:t>Often enjoyable and entertaining</w:t>
      </w:r>
    </w:p>
    <w:p w14:paraId="688BD52F" w14:textId="77777777" w:rsidR="007E4997" w:rsidRDefault="007E4997" w:rsidP="00616961">
      <w:r>
        <w:t>This approach ensures students remain motivated, confident, and eager to learn.</w:t>
      </w:r>
    </w:p>
    <w:p w14:paraId="07651C86" w14:textId="516F934B" w:rsidR="00DE2A7C" w:rsidRDefault="00DE2A7C"/>
    <w:p w14:paraId="46E0B429" w14:textId="77777777" w:rsidR="00E02A9B" w:rsidRDefault="00E02A9B"/>
    <w:p w14:paraId="5A5B3F8F" w14:textId="2356A38A" w:rsidR="00336AEE" w:rsidRPr="002A443A" w:rsidRDefault="00336AEE">
      <w:pPr>
        <w:rPr>
          <w:color w:val="002060"/>
          <w:sz w:val="36"/>
          <w:szCs w:val="36"/>
        </w:rPr>
      </w:pPr>
      <w:r>
        <w:rPr>
          <w:sz w:val="32"/>
          <w:szCs w:val="32"/>
        </w:rPr>
        <w:lastRenderedPageBreak/>
        <w:t xml:space="preserve">                                 </w:t>
      </w:r>
      <w:r w:rsidRPr="002A443A">
        <w:rPr>
          <w:color w:val="002060"/>
          <w:sz w:val="36"/>
          <w:szCs w:val="36"/>
        </w:rPr>
        <w:t>Academic Tuition</w:t>
      </w:r>
    </w:p>
    <w:p w14:paraId="1B84876B" w14:textId="7ADF0F4F" w:rsidR="00E02A9B" w:rsidRDefault="00E02A9B">
      <w:pPr>
        <w:rPr>
          <w:sz w:val="32"/>
          <w:szCs w:val="32"/>
        </w:rPr>
      </w:pPr>
      <w:r w:rsidRPr="00E02A9B">
        <w:rPr>
          <w:sz w:val="32"/>
          <w:szCs w:val="32"/>
        </w:rPr>
        <w:t>KEY STAGE 2</w:t>
      </w:r>
    </w:p>
    <w:p w14:paraId="1B783BE0" w14:textId="298DD71B" w:rsidR="00E02A9B" w:rsidRDefault="00E02A9B" w:rsidP="00E02A9B">
      <w:pPr>
        <w:spacing w:before="100" w:beforeAutospacing="1" w:after="100" w:afterAutospacing="1" w:line="240" w:lineRule="auto"/>
        <w:ind w:left="360"/>
        <w:rPr>
          <w:rFonts w:eastAsia="Times New Roman"/>
        </w:rPr>
      </w:pPr>
      <w:r>
        <w:rPr>
          <w:rFonts w:eastAsia="Times New Roman"/>
        </w:rPr>
        <w:t>[ YEAR 3 ][ YEAR 4 ][ YEAR 5 ][ YEAR 6 ]</w:t>
      </w:r>
    </w:p>
    <w:p w14:paraId="433E7685" w14:textId="19C9E0C3" w:rsidR="00E02A9B" w:rsidRPr="007D48BE" w:rsidRDefault="007D48BE">
      <w:pPr>
        <w:rPr>
          <w:rFonts w:eastAsia="Times New Roman"/>
          <w:color w:val="000000" w:themeColor="text1"/>
          <w:sz w:val="24"/>
          <w:szCs w:val="24"/>
        </w:rPr>
      </w:pPr>
      <w:r w:rsidRPr="007D48BE">
        <w:rPr>
          <w:rFonts w:eastAsia="Times New Roman"/>
          <w:color w:val="000000" w:themeColor="text1"/>
          <w:sz w:val="24"/>
          <w:szCs w:val="24"/>
        </w:rPr>
        <w:t>YEAR 3</w:t>
      </w:r>
    </w:p>
    <w:p w14:paraId="73CFAF1D" w14:textId="77777777" w:rsidR="00A33169" w:rsidRPr="00A33169" w:rsidRDefault="00A33169" w:rsidP="00616961">
      <w:pPr>
        <w:shd w:val="clear" w:color="auto" w:fill="FFFFFF"/>
        <w:rPr>
          <w:rFonts w:ascii="Segoe UI" w:eastAsia="Times New Roman" w:hAnsi="Segoe UI" w:cs="Segoe UI"/>
          <w:color w:val="333333"/>
          <w:sz w:val="24"/>
          <w:szCs w:val="24"/>
        </w:rPr>
      </w:pPr>
      <w:hyperlink r:id="rId6" w:anchor="year6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7" w:anchor="year6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p>
    <w:p w14:paraId="1BEC14B9" w14:textId="00C72B2B" w:rsidR="007D48BE" w:rsidRDefault="007D48BE">
      <w:pPr>
        <w:rPr>
          <w:sz w:val="24"/>
          <w:szCs w:val="24"/>
        </w:rPr>
      </w:pPr>
    </w:p>
    <w:p w14:paraId="3AAF6FF2" w14:textId="77777777" w:rsidR="00776FE8" w:rsidRDefault="00776FE8">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77666835"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Place value (up to 1000)</w:t>
      </w:r>
    </w:p>
    <w:p w14:paraId="2EB8BC88"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Addition &amp; subtraction (3-digit numbers)</w:t>
      </w:r>
    </w:p>
    <w:p w14:paraId="002569E1"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Multiplication &amp; division (3, 4, 8 times tables)</w:t>
      </w:r>
    </w:p>
    <w:p w14:paraId="365B8041"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Fractions (½, ¼, ⅓, equivalence)</w:t>
      </w:r>
    </w:p>
    <w:p w14:paraId="6F541B33"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Measurement (length, mass, capacity, time, money)</w:t>
      </w:r>
    </w:p>
    <w:p w14:paraId="08A456BC"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(2D &amp; 3D shapes, angles, symmetry, perimeter)</w:t>
      </w:r>
    </w:p>
    <w:p w14:paraId="23A030A8" w14:textId="77777777" w:rsidR="00776FE8" w:rsidRDefault="00776FE8" w:rsidP="009074DF">
      <w:pPr>
        <w:numPr>
          <w:ilvl w:val="0"/>
          <w:numId w:val="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(pictograms, bar charts, tables)</w:t>
      </w:r>
    </w:p>
    <w:p w14:paraId="53776603" w14:textId="77777777" w:rsidR="00776FE8" w:rsidRDefault="00776FE8">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ENGLISH</w:t>
      </w:r>
    </w:p>
    <w:p w14:paraId="269157C9" w14:textId="77777777" w:rsidR="00776FE8" w:rsidRDefault="00776FE8" w:rsidP="009074DF">
      <w:pPr>
        <w:numPr>
          <w:ilvl w:val="0"/>
          <w:numId w:val="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Reading: comprehension, inference, vocabulary building</w:t>
      </w:r>
    </w:p>
    <w:p w14:paraId="30E17391" w14:textId="77777777" w:rsidR="00776FE8" w:rsidRDefault="00776FE8" w:rsidP="009074DF">
      <w:pPr>
        <w:numPr>
          <w:ilvl w:val="0"/>
          <w:numId w:val="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Writing: narratives, letters, reports, using paragraphs</w:t>
      </w:r>
    </w:p>
    <w:p w14:paraId="541B4855" w14:textId="77777777" w:rsidR="00776FE8" w:rsidRDefault="00776FE8" w:rsidP="009074DF">
      <w:pPr>
        <w:numPr>
          <w:ilvl w:val="0"/>
          <w:numId w:val="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Grammar: conjunctions, adverbs, adjectives, tenses</w:t>
      </w:r>
    </w:p>
    <w:p w14:paraId="35B2C9BC" w14:textId="77777777" w:rsidR="00776FE8" w:rsidRDefault="00776FE8" w:rsidP="009074DF">
      <w:pPr>
        <w:numPr>
          <w:ilvl w:val="0"/>
          <w:numId w:val="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Spelling: prefixes/suffixes, homophones, common rules</w:t>
      </w:r>
    </w:p>
    <w:p w14:paraId="26F1F782" w14:textId="77777777" w:rsidR="00776FE8" w:rsidRDefault="00776FE8" w:rsidP="009074DF">
      <w:pPr>
        <w:numPr>
          <w:ilvl w:val="0"/>
          <w:numId w:val="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Speaking &amp; listening: presentations, drama</w:t>
      </w:r>
    </w:p>
    <w:p w14:paraId="0B6E17C7" w14:textId="77777777" w:rsidR="00C05D2A" w:rsidRDefault="00C05D2A">
      <w:pPr>
        <w:rPr>
          <w:sz w:val="24"/>
          <w:szCs w:val="24"/>
        </w:rPr>
      </w:pPr>
    </w:p>
    <w:p w14:paraId="41F1D6DE" w14:textId="07866DC1" w:rsidR="004F4F11" w:rsidRDefault="004F4F11">
      <w:pPr>
        <w:rPr>
          <w:sz w:val="24"/>
          <w:szCs w:val="24"/>
        </w:rPr>
      </w:pPr>
      <w:r>
        <w:rPr>
          <w:sz w:val="24"/>
          <w:szCs w:val="24"/>
        </w:rPr>
        <w:t>YEAR 4</w:t>
      </w:r>
    </w:p>
    <w:p w14:paraId="7036A675" w14:textId="77777777" w:rsidR="00A33169" w:rsidRPr="00A33169" w:rsidRDefault="00A33169" w:rsidP="00616961">
      <w:pPr>
        <w:shd w:val="clear" w:color="auto" w:fill="FFFFFF"/>
        <w:rPr>
          <w:rFonts w:ascii="Segoe UI" w:eastAsia="Times New Roman" w:hAnsi="Segoe UI" w:cs="Segoe UI"/>
          <w:color w:val="333333"/>
          <w:sz w:val="24"/>
          <w:szCs w:val="24"/>
        </w:rPr>
      </w:pPr>
      <w:hyperlink r:id="rId8" w:anchor="year6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9" w:anchor="year6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p>
    <w:p w14:paraId="27B9F5C7" w14:textId="0272265E" w:rsidR="00D6623E" w:rsidRDefault="00D6623E" w:rsidP="00616961">
      <w:pPr>
        <w:rPr>
          <w:sz w:val="24"/>
          <w:szCs w:val="24"/>
        </w:rPr>
      </w:pPr>
    </w:p>
    <w:p w14:paraId="051CDE77" w14:textId="77777777" w:rsidR="00D6623E" w:rsidRDefault="00D6623E">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3F8F221E"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Place value (up to 10,000)</w:t>
      </w:r>
    </w:p>
    <w:p w14:paraId="711CBD26"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Addition &amp; subtraction (4-digit numbers)</w:t>
      </w:r>
    </w:p>
    <w:p w14:paraId="76915C5A"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Multiplication &amp; division (tables up to 12 × 12, formal written methods)</w:t>
      </w:r>
    </w:p>
    <w:p w14:paraId="4190EB25"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Fractions &amp; decimals (equivalent fractions, add &amp; subtract fractions, tenths, hundredths)</w:t>
      </w:r>
    </w:p>
    <w:p w14:paraId="6F99CD6B"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(area, perimeter, position &amp; direction, symmetry, angles)</w:t>
      </w:r>
    </w:p>
    <w:p w14:paraId="7A6A800C"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Measurement (time, money, conversions)</w:t>
      </w:r>
    </w:p>
    <w:p w14:paraId="62BF4810" w14:textId="77777777" w:rsidR="00D6623E" w:rsidRDefault="00D6623E" w:rsidP="009074DF">
      <w:pPr>
        <w:numPr>
          <w:ilvl w:val="0"/>
          <w:numId w:val="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(charts &amp; graphs)</w:t>
      </w:r>
    </w:p>
    <w:p w14:paraId="5F3C89D1" w14:textId="77777777" w:rsidR="00D6623E" w:rsidRDefault="00D6623E">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ENGLISH</w:t>
      </w:r>
    </w:p>
    <w:p w14:paraId="3080085E" w14:textId="77777777" w:rsidR="00D6623E" w:rsidRDefault="00D6623E" w:rsidP="009074DF">
      <w:pPr>
        <w:numPr>
          <w:ilvl w:val="0"/>
          <w:numId w:val="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Reading: fiction, poetry, non-fiction, inference &amp; prediction</w:t>
      </w:r>
    </w:p>
    <w:p w14:paraId="3ACDD823" w14:textId="77777777" w:rsidR="00D6623E" w:rsidRDefault="00D6623E" w:rsidP="009074DF">
      <w:pPr>
        <w:numPr>
          <w:ilvl w:val="0"/>
          <w:numId w:val="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Writing: setting descriptions, diary entries, persuasive writing</w:t>
      </w:r>
    </w:p>
    <w:p w14:paraId="05E99654" w14:textId="77777777" w:rsidR="00D6623E" w:rsidRDefault="00D6623E" w:rsidP="009074DF">
      <w:pPr>
        <w:numPr>
          <w:ilvl w:val="0"/>
          <w:numId w:val="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Grammar: fronted adverbials, expanded noun phrases, correct tense use</w:t>
      </w:r>
    </w:p>
    <w:p w14:paraId="6D38BF4C" w14:textId="77777777" w:rsidR="00D6623E" w:rsidRDefault="00D6623E" w:rsidP="009074DF">
      <w:pPr>
        <w:numPr>
          <w:ilvl w:val="0"/>
          <w:numId w:val="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Spelling: plural rules, possessive apostrophes</w:t>
      </w:r>
    </w:p>
    <w:p w14:paraId="350FBBF3" w14:textId="77777777" w:rsidR="00D6623E" w:rsidRDefault="00D6623E" w:rsidP="009074DF">
      <w:pPr>
        <w:numPr>
          <w:ilvl w:val="0"/>
          <w:numId w:val="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Speaking &amp; listening: debates, role-play</w:t>
      </w:r>
    </w:p>
    <w:p w14:paraId="21816DA3" w14:textId="77777777" w:rsidR="00D507D3" w:rsidRDefault="00D507D3" w:rsidP="00D507D3">
      <w:pPr>
        <w:spacing w:before="100" w:beforeAutospacing="1" w:after="100" w:afterAutospacing="1" w:line="480" w:lineRule="atLeast"/>
        <w:ind w:left="720"/>
        <w:textAlignment w:val="baseline"/>
        <w:rPr>
          <w:rFonts w:ascii="Montserrat" w:eastAsia="Times New Roman" w:hAnsi="Montserrat" w:cs="Segoe UI"/>
          <w:color w:val="0A0A0A"/>
        </w:rPr>
      </w:pPr>
    </w:p>
    <w:p w14:paraId="2AB7BEC0" w14:textId="5CB64375" w:rsidR="00D507D3" w:rsidRDefault="00D507D3">
      <w:pPr>
        <w:rPr>
          <w:sz w:val="28"/>
          <w:szCs w:val="28"/>
        </w:rPr>
      </w:pPr>
      <w:r w:rsidRPr="00D507D3">
        <w:rPr>
          <w:sz w:val="28"/>
          <w:szCs w:val="28"/>
        </w:rPr>
        <w:t>YEAR 5</w:t>
      </w:r>
    </w:p>
    <w:p w14:paraId="2D0EF3D4" w14:textId="77777777" w:rsidR="00A33169" w:rsidRPr="00A33169" w:rsidRDefault="00A33169" w:rsidP="00616961">
      <w:pPr>
        <w:shd w:val="clear" w:color="auto" w:fill="FFFFFF"/>
        <w:rPr>
          <w:rFonts w:ascii="Segoe UI" w:eastAsia="Times New Roman" w:hAnsi="Segoe UI" w:cs="Segoe UI"/>
          <w:color w:val="333333"/>
          <w:sz w:val="24"/>
          <w:szCs w:val="24"/>
        </w:rPr>
      </w:pPr>
      <w:hyperlink r:id="rId10" w:anchor="year6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11" w:anchor="year6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p>
    <w:p w14:paraId="75A5674E" w14:textId="0DF93911" w:rsidR="00D507D3" w:rsidRDefault="00D507D3" w:rsidP="00616961">
      <w:pPr>
        <w:rPr>
          <w:sz w:val="24"/>
          <w:szCs w:val="24"/>
        </w:rPr>
      </w:pPr>
    </w:p>
    <w:p w14:paraId="13C043A6" w14:textId="77777777" w:rsidR="00D507D3" w:rsidRDefault="00D507D3">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51EFE1A3"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Place value (up to 1,000,000)</w:t>
      </w:r>
    </w:p>
    <w:p w14:paraId="7AB01C1A"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Addition &amp; subtraction (multi-step problems)</w:t>
      </w:r>
    </w:p>
    <w:p w14:paraId="5133153E"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Multiplication &amp; division (long multiplication/division)</w:t>
      </w:r>
    </w:p>
    <w:p w14:paraId="2FC2D8D8"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Fractions, decimals &amp; percentages (improper fractions, mixed numbers, equivalence)</w:t>
      </w:r>
    </w:p>
    <w:p w14:paraId="6105B0D5"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(angles, translation, reflection, perimeter &amp; area, volume)</w:t>
      </w:r>
    </w:p>
    <w:p w14:paraId="325DB778"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Measurement (conversions, time problems)</w:t>
      </w:r>
    </w:p>
    <w:p w14:paraId="50543323" w14:textId="77777777" w:rsidR="00D507D3" w:rsidRDefault="00D507D3" w:rsidP="009074DF">
      <w:pPr>
        <w:numPr>
          <w:ilvl w:val="0"/>
          <w:numId w:val="1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(line graphs, tables)</w:t>
      </w:r>
    </w:p>
    <w:p w14:paraId="493A9690" w14:textId="77777777" w:rsidR="00D507D3" w:rsidRDefault="00D507D3">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ENGLISH</w:t>
      </w:r>
    </w:p>
    <w:p w14:paraId="67AEEBC6" w14:textId="77777777" w:rsidR="00D507D3" w:rsidRDefault="00D507D3" w:rsidP="009074DF">
      <w:pPr>
        <w:numPr>
          <w:ilvl w:val="0"/>
          <w:numId w:val="1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Reading: advanced comprehension, </w:t>
      </w:r>
      <w:proofErr w:type="spellStart"/>
      <w:r>
        <w:rPr>
          <w:rFonts w:ascii="Montserrat" w:eastAsia="Times New Roman" w:hAnsi="Montserrat" w:cs="Segoe UI"/>
          <w:color w:val="0A0A0A"/>
        </w:rPr>
        <w:t>summarising</w:t>
      </w:r>
      <w:proofErr w:type="spellEnd"/>
      <w:r>
        <w:rPr>
          <w:rFonts w:ascii="Montserrat" w:eastAsia="Times New Roman" w:hAnsi="Montserrat" w:cs="Segoe UI"/>
          <w:color w:val="0A0A0A"/>
        </w:rPr>
        <w:t>, themes, figurative language</w:t>
      </w:r>
    </w:p>
    <w:p w14:paraId="3C98067D" w14:textId="77777777" w:rsidR="00D507D3" w:rsidRDefault="00D507D3" w:rsidP="009074DF">
      <w:pPr>
        <w:numPr>
          <w:ilvl w:val="0"/>
          <w:numId w:val="1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Writing: stories with dialogue, persuasive speeches, non-chronological reports</w:t>
      </w:r>
    </w:p>
    <w:p w14:paraId="2F3DB10B" w14:textId="77777777" w:rsidR="00D507D3" w:rsidRDefault="00D507D3" w:rsidP="009074DF">
      <w:pPr>
        <w:numPr>
          <w:ilvl w:val="0"/>
          <w:numId w:val="1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Grammar: relative clauses, modal verbs, cohesion within paragraphs</w:t>
      </w:r>
    </w:p>
    <w:p w14:paraId="6CBDBF58" w14:textId="77777777" w:rsidR="00D507D3" w:rsidRDefault="00D507D3" w:rsidP="009074DF">
      <w:pPr>
        <w:numPr>
          <w:ilvl w:val="0"/>
          <w:numId w:val="1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Spelling: silent letters, hyphenated words, tricky homophones</w:t>
      </w:r>
    </w:p>
    <w:p w14:paraId="466296B1" w14:textId="77777777" w:rsidR="00D507D3" w:rsidRDefault="00D507D3" w:rsidP="009074DF">
      <w:pPr>
        <w:numPr>
          <w:ilvl w:val="0"/>
          <w:numId w:val="1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Speaking &amp; listening: formal presentations, group discussions</w:t>
      </w:r>
    </w:p>
    <w:p w14:paraId="1D402F19" w14:textId="77777777" w:rsidR="00A33169" w:rsidRDefault="00A33169">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YEAR 6</w:t>
      </w:r>
    </w:p>
    <w:p w14:paraId="4FA34824" w14:textId="441EC9EB" w:rsidR="00A33169" w:rsidRPr="00A33169" w:rsidRDefault="00A33169">
      <w:pPr>
        <w:shd w:val="clear" w:color="auto" w:fill="FFFFFF"/>
        <w:rPr>
          <w:rFonts w:ascii="Segoe UI" w:eastAsia="Times New Roman" w:hAnsi="Segoe UI" w:cs="Segoe UI"/>
          <w:color w:val="333333"/>
          <w:sz w:val="24"/>
          <w:szCs w:val="24"/>
        </w:rPr>
      </w:pPr>
      <w:hyperlink r:id="rId12" w:anchor="year6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13" w:anchor="year6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p>
    <w:p w14:paraId="461374EE" w14:textId="77777777" w:rsidR="00A33169" w:rsidRDefault="00A33169">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73799EDB"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Place value (up to 10,000,000)</w:t>
      </w:r>
    </w:p>
    <w:p w14:paraId="1BD033F1"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Addition, subtraction, multiplication &amp; division (complex problems)</w:t>
      </w:r>
    </w:p>
    <w:p w14:paraId="1D656C1C"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Fractions, decimals &amp; percentages (all four operations, equivalence, ratio &amp; proportion)</w:t>
      </w:r>
    </w:p>
    <w:p w14:paraId="56F1338E"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Algebra (simple formulae, sequences)</w:t>
      </w:r>
    </w:p>
    <w:p w14:paraId="7E53B010"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(angles in polygons, circles, nets of 3D shapes, coordinates)</w:t>
      </w:r>
    </w:p>
    <w:p w14:paraId="6B966213"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Measurement (area, perimeter, volume, conversions)</w:t>
      </w:r>
    </w:p>
    <w:p w14:paraId="033D744F" w14:textId="77777777" w:rsidR="00A33169" w:rsidRDefault="00A33169" w:rsidP="009074DF">
      <w:pPr>
        <w:numPr>
          <w:ilvl w:val="0"/>
          <w:numId w:val="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(pie charts, line graphs, mean average)</w:t>
      </w:r>
    </w:p>
    <w:p w14:paraId="67A3A27C" w14:textId="77777777" w:rsidR="00A33169" w:rsidRDefault="00A33169">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ENGLISH</w:t>
      </w:r>
    </w:p>
    <w:p w14:paraId="0B9D5A33" w14:textId="77777777" w:rsidR="00A33169" w:rsidRDefault="00A33169" w:rsidP="009074DF">
      <w:pPr>
        <w:numPr>
          <w:ilvl w:val="0"/>
          <w:numId w:val="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Reading: </w:t>
      </w:r>
      <w:proofErr w:type="spellStart"/>
      <w:r>
        <w:rPr>
          <w:rFonts w:ascii="Montserrat" w:eastAsia="Times New Roman" w:hAnsi="Montserrat" w:cs="Segoe UI"/>
          <w:color w:val="0A0A0A"/>
        </w:rPr>
        <w:t>analysing</w:t>
      </w:r>
      <w:proofErr w:type="spellEnd"/>
      <w:r>
        <w:rPr>
          <w:rFonts w:ascii="Montserrat" w:eastAsia="Times New Roman" w:hAnsi="Montserrat" w:cs="Segoe UI"/>
          <w:color w:val="0A0A0A"/>
        </w:rPr>
        <w:t xml:space="preserve"> themes, bias, author’s viewpoint, comparing texts</w:t>
      </w:r>
    </w:p>
    <w:p w14:paraId="2E9A1744" w14:textId="77777777" w:rsidR="00A33169" w:rsidRDefault="00A33169" w:rsidP="009074DF">
      <w:pPr>
        <w:numPr>
          <w:ilvl w:val="0"/>
          <w:numId w:val="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Writing: balanced arguments, narrative techniques (flashback, suspense), formal reports, poetry</w:t>
      </w:r>
    </w:p>
    <w:p w14:paraId="687B6324" w14:textId="77777777" w:rsidR="00A33169" w:rsidRDefault="00A33169" w:rsidP="009074DF">
      <w:pPr>
        <w:numPr>
          <w:ilvl w:val="0"/>
          <w:numId w:val="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Grammar: passive voice, subjunctive, advanced punctuation (colon, semicolon, dashes)</w:t>
      </w:r>
    </w:p>
    <w:p w14:paraId="60975B4E" w14:textId="77777777" w:rsidR="00A33169" w:rsidRDefault="00A33169" w:rsidP="009074DF">
      <w:pPr>
        <w:numPr>
          <w:ilvl w:val="0"/>
          <w:numId w:val="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Spelling: statutory Y5/6 list words</w:t>
      </w:r>
    </w:p>
    <w:p w14:paraId="2996A983" w14:textId="77777777" w:rsidR="00A33169" w:rsidRDefault="00A33169" w:rsidP="009074DF">
      <w:pPr>
        <w:numPr>
          <w:ilvl w:val="0"/>
          <w:numId w:val="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Speaking &amp; listening: formal debates, persuasive presentations</w:t>
      </w:r>
    </w:p>
    <w:p w14:paraId="6E51380B" w14:textId="77777777" w:rsidR="000E2DA1" w:rsidRDefault="000E2DA1" w:rsidP="000E2DA1">
      <w:pPr>
        <w:pStyle w:val="ListParagraph"/>
        <w:rPr>
          <w:sz w:val="32"/>
          <w:szCs w:val="32"/>
        </w:rPr>
      </w:pPr>
    </w:p>
    <w:p w14:paraId="2EE83896" w14:textId="1C93E770" w:rsidR="000E2DA1" w:rsidRDefault="000E2DA1" w:rsidP="000E2DA1">
      <w:pPr>
        <w:pStyle w:val="ListParagraph"/>
        <w:rPr>
          <w:sz w:val="32"/>
          <w:szCs w:val="32"/>
        </w:rPr>
      </w:pPr>
      <w:r w:rsidRPr="000E2DA1">
        <w:rPr>
          <w:sz w:val="32"/>
          <w:szCs w:val="32"/>
        </w:rPr>
        <w:t xml:space="preserve">KEY STAGE </w:t>
      </w:r>
      <w:r>
        <w:rPr>
          <w:sz w:val="32"/>
          <w:szCs w:val="32"/>
        </w:rPr>
        <w:t>3</w:t>
      </w:r>
    </w:p>
    <w:p w14:paraId="52468C20" w14:textId="77777777" w:rsidR="000E2DA1" w:rsidRDefault="000E2DA1" w:rsidP="000E2DA1">
      <w:pPr>
        <w:pStyle w:val="ListParagraph"/>
        <w:rPr>
          <w:sz w:val="32"/>
          <w:szCs w:val="32"/>
        </w:rPr>
      </w:pPr>
    </w:p>
    <w:p w14:paraId="6CB9B3F9" w14:textId="56FB51FB" w:rsidR="00991D03" w:rsidRPr="00991D03" w:rsidRDefault="00991D03">
      <w:pPr>
        <w:shd w:val="clear" w:color="auto" w:fill="FFFFFF"/>
        <w:rPr>
          <w:rFonts w:ascii="Segoe UI" w:eastAsia="Times New Roman" w:hAnsi="Segoe UI" w:cs="Segoe UI"/>
          <w:color w:val="333333"/>
          <w:sz w:val="24"/>
          <w:szCs w:val="24"/>
        </w:rPr>
      </w:pPr>
      <w:hyperlink r:id="rId14" w:anchor="year7" w:history="1">
        <w:r>
          <w:rPr>
            <w:rStyle w:val="elementor-button-text"/>
            <w:rFonts w:ascii="Roboto" w:eastAsia="Times New Roman" w:hAnsi="Roboto" w:cs="Segoe UI"/>
            <w:color w:val="10AFF4"/>
            <w:sz w:val="23"/>
            <w:szCs w:val="23"/>
            <w:bdr w:val="single" w:sz="24" w:space="9" w:color="10AFF4" w:frame="1"/>
            <w:shd w:val="clear" w:color="auto" w:fill="FFFFFF"/>
          </w:rPr>
          <w:t>YEAR 7</w:t>
        </w:r>
      </w:hyperlink>
      <w:r>
        <w:rPr>
          <w:rFonts w:ascii="Segoe UI" w:eastAsia="Times New Roman" w:hAnsi="Segoe UI" w:cs="Segoe UI"/>
          <w:color w:val="333333"/>
          <w:sz w:val="24"/>
          <w:szCs w:val="24"/>
        </w:rPr>
        <w:t xml:space="preserve"> </w:t>
      </w:r>
      <w:hyperlink r:id="rId15" w:anchor="year8" w:history="1">
        <w:r>
          <w:rPr>
            <w:rStyle w:val="elementor-button-text"/>
            <w:rFonts w:ascii="Roboto" w:eastAsia="Times New Roman" w:hAnsi="Roboto" w:cs="Segoe UI"/>
            <w:color w:val="1EB187"/>
            <w:sz w:val="23"/>
            <w:szCs w:val="23"/>
            <w:bdr w:val="single" w:sz="24" w:space="9" w:color="1EB187" w:frame="1"/>
            <w:shd w:val="clear" w:color="auto" w:fill="FFFFFF"/>
          </w:rPr>
          <w:t>YEAR 8</w:t>
        </w:r>
      </w:hyperlink>
      <w:r>
        <w:rPr>
          <w:rFonts w:ascii="Segoe UI" w:eastAsia="Times New Roman" w:hAnsi="Segoe UI" w:cs="Segoe UI"/>
          <w:color w:val="333333"/>
          <w:sz w:val="24"/>
          <w:szCs w:val="24"/>
        </w:rPr>
        <w:t xml:space="preserve"> </w:t>
      </w:r>
      <w:hyperlink r:id="rId16" w:anchor="year9" w:history="1">
        <w:r>
          <w:rPr>
            <w:rStyle w:val="elementor-button-text"/>
            <w:rFonts w:ascii="Roboto" w:eastAsia="Times New Roman" w:hAnsi="Roboto" w:cs="Segoe UI"/>
            <w:color w:val="10AFF4"/>
            <w:sz w:val="23"/>
            <w:szCs w:val="23"/>
            <w:bdr w:val="single" w:sz="24" w:space="9" w:color="10AFF4" w:frame="1"/>
            <w:shd w:val="clear" w:color="auto" w:fill="FFFFFF"/>
          </w:rPr>
          <w:t>YEAR 9</w:t>
        </w:r>
      </w:hyperlink>
    </w:p>
    <w:p w14:paraId="2B3A56E9" w14:textId="77777777" w:rsidR="00991D03" w:rsidRDefault="00991D03">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YEAR 7</w:t>
      </w:r>
    </w:p>
    <w:p w14:paraId="46DEC52F" w14:textId="25F60D13" w:rsidR="00991D03" w:rsidRPr="00991D03" w:rsidRDefault="00991D03">
      <w:pPr>
        <w:shd w:val="clear" w:color="auto" w:fill="FFFFFF"/>
        <w:rPr>
          <w:rFonts w:ascii="Segoe UI" w:eastAsia="Times New Roman" w:hAnsi="Segoe UI" w:cs="Segoe UI"/>
          <w:color w:val="333333"/>
          <w:sz w:val="24"/>
          <w:szCs w:val="24"/>
        </w:rPr>
      </w:pPr>
      <w:hyperlink r:id="rId17" w:anchor="year7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18" w:anchor="year7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r>
        <w:rPr>
          <w:rFonts w:ascii="Segoe UI" w:eastAsia="Times New Roman" w:hAnsi="Segoe UI" w:cs="Segoe UI"/>
          <w:color w:val="333333"/>
          <w:sz w:val="24"/>
          <w:szCs w:val="24"/>
        </w:rPr>
        <w:t xml:space="preserve"> </w:t>
      </w:r>
      <w:hyperlink r:id="rId19" w:anchor="year7_science" w:history="1">
        <w:r>
          <w:rPr>
            <w:rStyle w:val="elementor-button-text"/>
            <w:rFonts w:ascii="Roboto" w:eastAsia="Times New Roman" w:hAnsi="Roboto" w:cs="Segoe UI"/>
            <w:color w:val="10AFF4"/>
            <w:sz w:val="23"/>
            <w:szCs w:val="23"/>
            <w:bdr w:val="single" w:sz="24" w:space="9" w:color="10AFF4" w:frame="1"/>
            <w:shd w:val="clear" w:color="auto" w:fill="FFFFFF"/>
          </w:rPr>
          <w:t>SCIENCE</w:t>
        </w:r>
      </w:hyperlink>
      <w:r>
        <w:rPr>
          <w:rFonts w:ascii="Segoe UI" w:eastAsia="Times New Roman" w:hAnsi="Segoe UI" w:cs="Segoe UI"/>
          <w:color w:val="333333"/>
          <w:sz w:val="24"/>
          <w:szCs w:val="24"/>
        </w:rPr>
        <w:t xml:space="preserve"> </w:t>
      </w:r>
      <w:hyperlink r:id="rId20" w:anchor="year7_computer_science" w:history="1">
        <w:r>
          <w:rPr>
            <w:rStyle w:val="elementor-button-text"/>
            <w:rFonts w:ascii="Roboto" w:eastAsia="Times New Roman" w:hAnsi="Roboto" w:cs="Segoe UI"/>
            <w:color w:val="1EB187"/>
            <w:sz w:val="23"/>
            <w:szCs w:val="23"/>
            <w:bdr w:val="single" w:sz="24" w:space="9" w:color="1EB187" w:frame="1"/>
            <w:shd w:val="clear" w:color="auto" w:fill="FFFFFF"/>
          </w:rPr>
          <w:t>COMPUTER SCIENCE</w:t>
        </w:r>
      </w:hyperlink>
    </w:p>
    <w:p w14:paraId="6B3F72C4" w14:textId="77777777" w:rsidR="00991D03" w:rsidRDefault="00991D03">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lastRenderedPageBreak/>
        <w:t>MATHS</w:t>
      </w:r>
    </w:p>
    <w:p w14:paraId="7C22A91C"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Number: integers, decimals, fractions, percentages.</w:t>
      </w:r>
    </w:p>
    <w:p w14:paraId="58BE8431"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BIDMAS (order of operations).</w:t>
      </w:r>
    </w:p>
    <w:p w14:paraId="1FE230BB"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Ratio &amp; proportion basics.</w:t>
      </w:r>
    </w:p>
    <w:p w14:paraId="4374431C"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Algebra: expressions, substitution, simple equations.</w:t>
      </w:r>
    </w:p>
    <w:p w14:paraId="5E3F6675"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Geometry: angles, triangles, quadrilaterals.</w:t>
      </w:r>
    </w:p>
    <w:p w14:paraId="414A75D0"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Area &amp; perimeter of 2D shapes.</w:t>
      </w:r>
    </w:p>
    <w:p w14:paraId="60968833"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Coordinates &amp; basic graphs.</w:t>
      </w:r>
    </w:p>
    <w:p w14:paraId="09F3EBFD" w14:textId="77777777" w:rsidR="00991D03" w:rsidRDefault="00991D03" w:rsidP="009074DF">
      <w:pPr>
        <w:pStyle w:val="NormalWeb"/>
        <w:numPr>
          <w:ilvl w:val="0"/>
          <w:numId w:val="15"/>
        </w:numPr>
        <w:spacing w:line="480" w:lineRule="atLeast"/>
        <w:textAlignment w:val="baseline"/>
        <w:rPr>
          <w:rFonts w:ascii="Montserrat" w:hAnsi="Montserrat" w:cs="Segoe UI"/>
          <w:color w:val="0A0A0A"/>
        </w:rPr>
      </w:pPr>
      <w:r>
        <w:rPr>
          <w:rFonts w:ascii="Montserrat" w:hAnsi="Montserrat" w:cs="Segoe UI"/>
          <w:color w:val="0A0A0A"/>
        </w:rPr>
        <w:t>Data handling: bar charts, pie charts, averages.</w:t>
      </w:r>
    </w:p>
    <w:p w14:paraId="4CC41A72" w14:textId="77777777" w:rsidR="00F354AC" w:rsidRDefault="00F354AC" w:rsidP="00F354AC">
      <w:pPr>
        <w:pStyle w:val="NormalWeb"/>
        <w:spacing w:line="480" w:lineRule="atLeast"/>
        <w:ind w:left="720"/>
        <w:textAlignment w:val="baseline"/>
        <w:rPr>
          <w:rFonts w:ascii="Montserrat" w:hAnsi="Montserrat" w:cs="Segoe UI"/>
          <w:color w:val="0A0A0A"/>
        </w:rPr>
      </w:pPr>
    </w:p>
    <w:p w14:paraId="17854BBB" w14:textId="77777777" w:rsidR="00F354AC" w:rsidRDefault="00F354AC">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ENGLISH</w:t>
      </w:r>
    </w:p>
    <w:p w14:paraId="6FB7042C"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Introduction to fiction genres (adventure, mystery, fantasy).</w:t>
      </w:r>
    </w:p>
    <w:p w14:paraId="5B27F183"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Novel study (typical: </w:t>
      </w:r>
      <w:r>
        <w:rPr>
          <w:rStyle w:val="Emphasis"/>
          <w:rFonts w:ascii="Montserrat" w:hAnsi="Montserrat"/>
          <w:color w:val="0A0A0A"/>
        </w:rPr>
        <w:t>The Boy in the Striped Pyjamas</w:t>
      </w:r>
      <w:r>
        <w:rPr>
          <w:rFonts w:ascii="Montserrat" w:hAnsi="Montserrat"/>
          <w:color w:val="0A0A0A"/>
        </w:rPr>
        <w:t>, </w:t>
      </w:r>
      <w:r>
        <w:rPr>
          <w:rStyle w:val="Emphasis"/>
          <w:rFonts w:ascii="Montserrat" w:hAnsi="Montserrat"/>
          <w:color w:val="0A0A0A"/>
        </w:rPr>
        <w:t>Holes</w:t>
      </w:r>
      <w:r>
        <w:rPr>
          <w:rFonts w:ascii="Montserrat" w:hAnsi="Montserrat"/>
          <w:color w:val="0A0A0A"/>
        </w:rPr>
        <w:t>, etc.).</w:t>
      </w:r>
    </w:p>
    <w:p w14:paraId="26690D3A"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Poetry introduction: imagery, metaphor, simile, personification.</w:t>
      </w:r>
    </w:p>
    <w:p w14:paraId="272D2D5C"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Shakespeare introduction (usually </w:t>
      </w:r>
      <w:r>
        <w:rPr>
          <w:rStyle w:val="Emphasis"/>
          <w:rFonts w:ascii="Montserrat" w:hAnsi="Montserrat"/>
          <w:color w:val="0A0A0A"/>
        </w:rPr>
        <w:t>A Midsummer Night’s Dream</w:t>
      </w:r>
      <w:r>
        <w:rPr>
          <w:rFonts w:ascii="Montserrat" w:hAnsi="Montserrat"/>
          <w:color w:val="0A0A0A"/>
        </w:rPr>
        <w:t>).</w:t>
      </w:r>
    </w:p>
    <w:p w14:paraId="0B31DA3F"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Writing: narrative structure, descriptive writing, character creation.</w:t>
      </w:r>
    </w:p>
    <w:p w14:paraId="128E62BB"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Non-fiction reading: articles, speeches, letters.</w:t>
      </w:r>
    </w:p>
    <w:p w14:paraId="7B6E4A1D" w14:textId="77777777" w:rsidR="00F354AC" w:rsidRDefault="00F354AC" w:rsidP="009074DF">
      <w:pPr>
        <w:pStyle w:val="NormalWeb"/>
        <w:numPr>
          <w:ilvl w:val="0"/>
          <w:numId w:val="16"/>
        </w:numPr>
        <w:spacing w:line="480" w:lineRule="atLeast"/>
        <w:textAlignment w:val="baseline"/>
        <w:rPr>
          <w:rFonts w:ascii="Montserrat" w:hAnsi="Montserrat"/>
          <w:color w:val="0A0A0A"/>
        </w:rPr>
      </w:pPr>
      <w:r>
        <w:rPr>
          <w:rFonts w:ascii="Montserrat" w:hAnsi="Montserrat"/>
          <w:color w:val="0A0A0A"/>
        </w:rPr>
        <w:t>Writing to inform/explain: reports, leaflets.</w:t>
      </w:r>
    </w:p>
    <w:p w14:paraId="511E44DA" w14:textId="77777777" w:rsidR="00F354AC" w:rsidRDefault="00F354AC" w:rsidP="009074DF">
      <w:pPr>
        <w:pStyle w:val="NormalWeb"/>
        <w:numPr>
          <w:ilvl w:val="0"/>
          <w:numId w:val="16"/>
        </w:numPr>
        <w:spacing w:line="480" w:lineRule="atLeast"/>
        <w:textAlignment w:val="baseline"/>
        <w:rPr>
          <w:rFonts w:ascii="Montserrat" w:hAnsi="Montserrat"/>
          <w:color w:val="0A0A0A"/>
        </w:rPr>
      </w:pPr>
      <w:proofErr w:type="spellStart"/>
      <w:r>
        <w:rPr>
          <w:rFonts w:ascii="Montserrat" w:hAnsi="Montserrat"/>
          <w:color w:val="0A0A0A"/>
        </w:rPr>
        <w:t>SPaG</w:t>
      </w:r>
      <w:proofErr w:type="spellEnd"/>
      <w:r>
        <w:rPr>
          <w:rFonts w:ascii="Montserrat" w:hAnsi="Montserrat"/>
          <w:color w:val="0A0A0A"/>
        </w:rPr>
        <w:t>: sentence types, paragraphs, punctuation basics, vocabulary building.</w:t>
      </w:r>
    </w:p>
    <w:p w14:paraId="1C39AE27" w14:textId="77777777" w:rsidR="00CD1456" w:rsidRDefault="00CD1456">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lastRenderedPageBreak/>
        <w:t>SCIENCE</w:t>
      </w:r>
    </w:p>
    <w:p w14:paraId="6BDAD978" w14:textId="77777777" w:rsidR="00CD1456" w:rsidRDefault="00CD1456">
      <w:pPr>
        <w:pStyle w:val="Heading5"/>
        <w:rPr>
          <w:rFonts w:ascii="inherit" w:eastAsia="Times New Roman" w:hAnsi="inherit" w:cs="Times New Roman"/>
          <w:color w:val="0A0A0A"/>
          <w:sz w:val="20"/>
          <w:szCs w:val="20"/>
        </w:rPr>
      </w:pPr>
      <w:r>
        <w:rPr>
          <w:rFonts w:ascii="inherit" w:eastAsia="Times New Roman" w:hAnsi="inherit"/>
          <w:b/>
          <w:bCs/>
          <w:color w:val="0A0A0A"/>
        </w:rPr>
        <w:t>Biology</w:t>
      </w:r>
    </w:p>
    <w:p w14:paraId="45D5BF7D" w14:textId="77777777" w:rsidR="00CD1456" w:rsidRDefault="00CD1456" w:rsidP="009074DF">
      <w:pPr>
        <w:pStyle w:val="NormalWeb"/>
        <w:numPr>
          <w:ilvl w:val="0"/>
          <w:numId w:val="17"/>
        </w:numPr>
        <w:spacing w:line="480" w:lineRule="atLeast"/>
        <w:textAlignment w:val="baseline"/>
        <w:rPr>
          <w:rFonts w:ascii="Montserrat" w:hAnsi="Montserrat"/>
          <w:color w:val="0A0A0A"/>
        </w:rPr>
      </w:pPr>
      <w:r>
        <w:rPr>
          <w:rFonts w:ascii="Montserrat" w:hAnsi="Montserrat"/>
          <w:color w:val="0A0A0A"/>
        </w:rPr>
        <w:t>Cells &amp; microscopy</w:t>
      </w:r>
    </w:p>
    <w:p w14:paraId="341FF1A8" w14:textId="77777777" w:rsidR="00CD1456" w:rsidRDefault="00CD1456" w:rsidP="009074DF">
      <w:pPr>
        <w:pStyle w:val="NormalWeb"/>
        <w:numPr>
          <w:ilvl w:val="0"/>
          <w:numId w:val="17"/>
        </w:numPr>
        <w:spacing w:line="480" w:lineRule="atLeast"/>
        <w:textAlignment w:val="baseline"/>
        <w:rPr>
          <w:rFonts w:ascii="Montserrat" w:hAnsi="Montserrat"/>
          <w:color w:val="0A0A0A"/>
        </w:rPr>
      </w:pPr>
      <w:r>
        <w:rPr>
          <w:rFonts w:ascii="Montserrat" w:hAnsi="Montserrat"/>
          <w:color w:val="0A0A0A"/>
        </w:rPr>
        <w:t>Body systems: breathing, digestion</w:t>
      </w:r>
    </w:p>
    <w:p w14:paraId="48868C4D" w14:textId="77777777" w:rsidR="00CD1456" w:rsidRDefault="00CD1456" w:rsidP="009074DF">
      <w:pPr>
        <w:pStyle w:val="NormalWeb"/>
        <w:numPr>
          <w:ilvl w:val="0"/>
          <w:numId w:val="17"/>
        </w:numPr>
        <w:spacing w:line="480" w:lineRule="atLeast"/>
        <w:textAlignment w:val="baseline"/>
        <w:rPr>
          <w:rFonts w:ascii="Montserrat" w:hAnsi="Montserrat"/>
          <w:color w:val="0A0A0A"/>
        </w:rPr>
      </w:pPr>
      <w:r>
        <w:rPr>
          <w:rFonts w:ascii="Montserrat" w:hAnsi="Montserrat"/>
          <w:color w:val="0A0A0A"/>
        </w:rPr>
        <w:t>Reproduction (plants &amp; humans)</w:t>
      </w:r>
    </w:p>
    <w:p w14:paraId="6CC150BE" w14:textId="77777777" w:rsidR="00CD1456" w:rsidRDefault="00CD1456" w:rsidP="009074DF">
      <w:pPr>
        <w:pStyle w:val="NormalWeb"/>
        <w:numPr>
          <w:ilvl w:val="0"/>
          <w:numId w:val="17"/>
        </w:numPr>
        <w:spacing w:line="480" w:lineRule="atLeast"/>
        <w:textAlignment w:val="baseline"/>
        <w:rPr>
          <w:rFonts w:ascii="Montserrat" w:hAnsi="Montserrat"/>
          <w:color w:val="0A0A0A"/>
        </w:rPr>
      </w:pPr>
      <w:r>
        <w:rPr>
          <w:rFonts w:ascii="Montserrat" w:hAnsi="Montserrat"/>
          <w:color w:val="0A0A0A"/>
        </w:rPr>
        <w:t>Ecosystems &amp; food chains</w:t>
      </w:r>
    </w:p>
    <w:p w14:paraId="4F438302" w14:textId="77777777" w:rsidR="00CD1456" w:rsidRDefault="00CD1456">
      <w:pPr>
        <w:pStyle w:val="Heading5"/>
        <w:rPr>
          <w:rFonts w:ascii="inherit" w:eastAsia="Times New Roman" w:hAnsi="inherit"/>
          <w:color w:val="0A0A0A"/>
        </w:rPr>
      </w:pPr>
      <w:r>
        <w:rPr>
          <w:rFonts w:ascii="inherit" w:eastAsia="Times New Roman" w:hAnsi="inherit"/>
          <w:b/>
          <w:bCs/>
          <w:color w:val="0A0A0A"/>
        </w:rPr>
        <w:t>Chemistry</w:t>
      </w:r>
    </w:p>
    <w:p w14:paraId="6C05B279" w14:textId="77777777" w:rsidR="00CD1456" w:rsidRDefault="00CD1456" w:rsidP="009074DF">
      <w:pPr>
        <w:pStyle w:val="NormalWeb"/>
        <w:numPr>
          <w:ilvl w:val="0"/>
          <w:numId w:val="18"/>
        </w:numPr>
        <w:spacing w:line="480" w:lineRule="atLeast"/>
        <w:textAlignment w:val="baseline"/>
        <w:rPr>
          <w:rFonts w:ascii="Montserrat" w:hAnsi="Montserrat"/>
          <w:color w:val="0A0A0A"/>
        </w:rPr>
      </w:pPr>
      <w:r>
        <w:rPr>
          <w:rFonts w:ascii="Montserrat" w:hAnsi="Montserrat"/>
          <w:color w:val="0A0A0A"/>
        </w:rPr>
        <w:t>Particles &amp; states of matter</w:t>
      </w:r>
    </w:p>
    <w:p w14:paraId="319CC87D" w14:textId="77777777" w:rsidR="00CD1456" w:rsidRDefault="00CD1456" w:rsidP="009074DF">
      <w:pPr>
        <w:pStyle w:val="NormalWeb"/>
        <w:numPr>
          <w:ilvl w:val="0"/>
          <w:numId w:val="18"/>
        </w:numPr>
        <w:spacing w:line="480" w:lineRule="atLeast"/>
        <w:textAlignment w:val="baseline"/>
        <w:rPr>
          <w:rFonts w:ascii="Montserrat" w:hAnsi="Montserrat"/>
          <w:color w:val="0A0A0A"/>
        </w:rPr>
      </w:pPr>
      <w:r>
        <w:rPr>
          <w:rFonts w:ascii="Montserrat" w:hAnsi="Montserrat"/>
          <w:color w:val="0A0A0A"/>
        </w:rPr>
        <w:t>Elements, compounds &amp; mixtures</w:t>
      </w:r>
    </w:p>
    <w:p w14:paraId="66C438E7" w14:textId="77777777" w:rsidR="00CD1456" w:rsidRDefault="00CD1456" w:rsidP="009074DF">
      <w:pPr>
        <w:pStyle w:val="NormalWeb"/>
        <w:numPr>
          <w:ilvl w:val="0"/>
          <w:numId w:val="18"/>
        </w:numPr>
        <w:spacing w:line="480" w:lineRule="atLeast"/>
        <w:textAlignment w:val="baseline"/>
        <w:rPr>
          <w:rFonts w:ascii="Montserrat" w:hAnsi="Montserrat"/>
          <w:color w:val="0A0A0A"/>
        </w:rPr>
      </w:pPr>
      <w:r>
        <w:rPr>
          <w:rFonts w:ascii="Montserrat" w:hAnsi="Montserrat"/>
          <w:color w:val="0A0A0A"/>
        </w:rPr>
        <w:t>Simple reactions &amp; acids/alkalis</w:t>
      </w:r>
    </w:p>
    <w:p w14:paraId="10C7D96D" w14:textId="77777777" w:rsidR="00CD1456" w:rsidRDefault="00CD1456">
      <w:pPr>
        <w:pStyle w:val="Heading5"/>
        <w:rPr>
          <w:rFonts w:ascii="inherit" w:eastAsia="Times New Roman" w:hAnsi="inherit"/>
          <w:color w:val="0A0A0A"/>
        </w:rPr>
      </w:pPr>
      <w:r>
        <w:rPr>
          <w:rFonts w:ascii="inherit" w:eastAsia="Times New Roman" w:hAnsi="inherit"/>
          <w:b/>
          <w:bCs/>
          <w:color w:val="0A0A0A"/>
        </w:rPr>
        <w:t>Physics</w:t>
      </w:r>
    </w:p>
    <w:p w14:paraId="5DECE677" w14:textId="77777777" w:rsidR="00CD1456" w:rsidRDefault="00CD1456" w:rsidP="009074DF">
      <w:pPr>
        <w:numPr>
          <w:ilvl w:val="0"/>
          <w:numId w:val="1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Forces (contact &amp; non-contact)</w:t>
      </w:r>
    </w:p>
    <w:p w14:paraId="64524216" w14:textId="77777777" w:rsidR="00CD1456" w:rsidRDefault="00CD1456" w:rsidP="009074DF">
      <w:pPr>
        <w:numPr>
          <w:ilvl w:val="0"/>
          <w:numId w:val="1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Energy types &amp; transfers</w:t>
      </w:r>
    </w:p>
    <w:p w14:paraId="42BE448C" w14:textId="77777777" w:rsidR="00CD1456" w:rsidRDefault="00CD1456" w:rsidP="009074DF">
      <w:pPr>
        <w:numPr>
          <w:ilvl w:val="0"/>
          <w:numId w:val="1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Sound &amp; light (intro)</w:t>
      </w:r>
    </w:p>
    <w:p w14:paraId="3B163730" w14:textId="77777777" w:rsidR="00D33A0D" w:rsidRDefault="00D33A0D" w:rsidP="00D33A0D">
      <w:pPr>
        <w:spacing w:before="100" w:beforeAutospacing="1" w:after="100" w:afterAutospacing="1" w:line="480" w:lineRule="atLeast"/>
        <w:ind w:left="720"/>
        <w:textAlignment w:val="baseline"/>
        <w:rPr>
          <w:rFonts w:ascii="Montserrat" w:eastAsia="Times New Roman" w:hAnsi="Montserrat"/>
          <w:color w:val="0A0A0A"/>
        </w:rPr>
      </w:pPr>
    </w:p>
    <w:p w14:paraId="497DA5C9" w14:textId="77777777" w:rsidR="00D33A0D" w:rsidRDefault="00D33A0D">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COMPUTER SCIENCE</w:t>
      </w:r>
    </w:p>
    <w:p w14:paraId="744DF758"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s="Times New Roman"/>
          <w:color w:val="0A0A0A"/>
        </w:rPr>
      </w:pPr>
      <w:r>
        <w:rPr>
          <w:rFonts w:ascii="Montserrat" w:eastAsia="Times New Roman" w:hAnsi="Montserrat"/>
          <w:color w:val="0A0A0A"/>
        </w:rPr>
        <w:t>Computer systems: hardware vs software.</w:t>
      </w:r>
    </w:p>
    <w:p w14:paraId="6E16D750"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Understanding binary (intro).</w:t>
      </w:r>
    </w:p>
    <w:p w14:paraId="7D4F0AED"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E-safety &amp; responsible internet use.</w:t>
      </w:r>
    </w:p>
    <w:p w14:paraId="5C631178"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Basic programming (Scratch or Python basics).</w:t>
      </w:r>
    </w:p>
    <w:p w14:paraId="5FA20DAC"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Algorithms (flowcharts, simple problem-solving).</w:t>
      </w:r>
    </w:p>
    <w:p w14:paraId="66F35A98"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Data representation (pixels, sound — intro).</w:t>
      </w:r>
    </w:p>
    <w:p w14:paraId="20E774A1" w14:textId="77777777" w:rsidR="00D33A0D" w:rsidRDefault="00D33A0D" w:rsidP="009074DF">
      <w:pPr>
        <w:numPr>
          <w:ilvl w:val="0"/>
          <w:numId w:val="20"/>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Networks basics (what the internet is).</w:t>
      </w:r>
    </w:p>
    <w:p w14:paraId="737898C0" w14:textId="77777777" w:rsidR="001E72BC" w:rsidRDefault="001E72BC">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lastRenderedPageBreak/>
        <w:t>YEAR 8</w:t>
      </w:r>
    </w:p>
    <w:p w14:paraId="3CC702C2" w14:textId="60132E17" w:rsidR="001E72BC" w:rsidRPr="001E72BC" w:rsidRDefault="001E72BC">
      <w:pPr>
        <w:shd w:val="clear" w:color="auto" w:fill="FFFFFF"/>
        <w:rPr>
          <w:rFonts w:ascii="Segoe UI" w:eastAsia="Times New Roman" w:hAnsi="Segoe UI" w:cs="Segoe UI"/>
          <w:color w:val="333333"/>
          <w:sz w:val="24"/>
          <w:szCs w:val="24"/>
        </w:rPr>
      </w:pPr>
      <w:hyperlink r:id="rId21" w:anchor="year8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22" w:anchor="year8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r>
        <w:rPr>
          <w:rFonts w:ascii="Segoe UI" w:eastAsia="Times New Roman" w:hAnsi="Segoe UI" w:cs="Segoe UI"/>
          <w:color w:val="333333"/>
          <w:sz w:val="24"/>
          <w:szCs w:val="24"/>
        </w:rPr>
        <w:t xml:space="preserve"> </w:t>
      </w:r>
      <w:hyperlink r:id="rId23" w:anchor="year8_science" w:history="1">
        <w:r>
          <w:rPr>
            <w:rStyle w:val="elementor-button-text"/>
            <w:rFonts w:ascii="Roboto" w:eastAsia="Times New Roman" w:hAnsi="Roboto" w:cs="Segoe UI"/>
            <w:color w:val="10AFF4"/>
            <w:sz w:val="23"/>
            <w:szCs w:val="23"/>
            <w:bdr w:val="single" w:sz="24" w:space="9" w:color="10AFF4" w:frame="1"/>
            <w:shd w:val="clear" w:color="auto" w:fill="FFFFFF"/>
          </w:rPr>
          <w:t>SCIENCE</w:t>
        </w:r>
      </w:hyperlink>
      <w:r>
        <w:rPr>
          <w:rFonts w:ascii="Segoe UI" w:eastAsia="Times New Roman" w:hAnsi="Segoe UI" w:cs="Segoe UI"/>
          <w:color w:val="333333"/>
          <w:sz w:val="24"/>
          <w:szCs w:val="24"/>
        </w:rPr>
        <w:t xml:space="preserve"> </w:t>
      </w:r>
      <w:hyperlink r:id="rId24" w:anchor="year8_computer_science" w:history="1">
        <w:r>
          <w:rPr>
            <w:rStyle w:val="elementor-button-text"/>
            <w:rFonts w:ascii="Roboto" w:eastAsia="Times New Roman" w:hAnsi="Roboto" w:cs="Segoe UI"/>
            <w:color w:val="1EB187"/>
            <w:sz w:val="23"/>
            <w:szCs w:val="23"/>
            <w:bdr w:val="single" w:sz="24" w:space="9" w:color="1EB187" w:frame="1"/>
            <w:shd w:val="clear" w:color="auto" w:fill="FFFFFF"/>
          </w:rPr>
          <w:t>COMPUTER SCIENCE</w:t>
        </w:r>
      </w:hyperlink>
    </w:p>
    <w:p w14:paraId="39C1A86A" w14:textId="77777777" w:rsidR="001E72BC" w:rsidRDefault="001E72BC">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5566BF7A"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Number: higher-order fractions/percentages, standard form (intro).</w:t>
      </w:r>
    </w:p>
    <w:p w14:paraId="61CC8469"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Algebra: expanding brackets, </w:t>
      </w:r>
      <w:proofErr w:type="spellStart"/>
      <w:r>
        <w:rPr>
          <w:rFonts w:ascii="Montserrat" w:eastAsia="Times New Roman" w:hAnsi="Montserrat" w:cs="Segoe UI"/>
          <w:color w:val="0A0A0A"/>
        </w:rPr>
        <w:t>factorising</w:t>
      </w:r>
      <w:proofErr w:type="spellEnd"/>
      <w:r>
        <w:rPr>
          <w:rFonts w:ascii="Montserrat" w:eastAsia="Times New Roman" w:hAnsi="Montserrat" w:cs="Segoe UI"/>
          <w:color w:val="0A0A0A"/>
        </w:rPr>
        <w:t>, linear equations and inequalities.</w:t>
      </w:r>
    </w:p>
    <w:p w14:paraId="7E0088DB"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Sequences: term-to-term &amp; position-to-term rules.</w:t>
      </w:r>
    </w:p>
    <w:p w14:paraId="758F3C28"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circle properties, construction, Pythagoras (intro).</w:t>
      </w:r>
    </w:p>
    <w:p w14:paraId="1303BB74"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Transformations: rotation, reflection, translation, enlargement.</w:t>
      </w:r>
    </w:p>
    <w:p w14:paraId="113AFA6E"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Probability (simple).</w:t>
      </w:r>
    </w:p>
    <w:p w14:paraId="1EA604A9" w14:textId="77777777" w:rsidR="001E72BC" w:rsidRDefault="001E72BC" w:rsidP="009074DF">
      <w:pPr>
        <w:numPr>
          <w:ilvl w:val="0"/>
          <w:numId w:val="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comparing data, scatter graphs.</w:t>
      </w:r>
    </w:p>
    <w:p w14:paraId="620D91CC" w14:textId="77777777" w:rsidR="001E72BC" w:rsidRDefault="001E72BC">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ENGLISH</w:t>
      </w:r>
    </w:p>
    <w:p w14:paraId="3D9F271C"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Studying contemporary fiction (themes &amp; character development).</w:t>
      </w:r>
    </w:p>
    <w:p w14:paraId="1DAC3B82"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Pre-20th century short stories.</w:t>
      </w:r>
    </w:p>
    <w:p w14:paraId="7373B800"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Poetry comparison (themes, tone, structure).</w:t>
      </w:r>
    </w:p>
    <w:p w14:paraId="3966C6AB"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Shakespeare (commonly </w:t>
      </w:r>
      <w:r>
        <w:rPr>
          <w:rStyle w:val="Emphasis"/>
          <w:rFonts w:ascii="Montserrat" w:eastAsia="Times New Roman" w:hAnsi="Montserrat" w:cs="Segoe UI"/>
          <w:color w:val="0A0A0A"/>
        </w:rPr>
        <w:t>The Tempest</w:t>
      </w:r>
      <w:r>
        <w:rPr>
          <w:rFonts w:ascii="Montserrat" w:eastAsia="Times New Roman" w:hAnsi="Montserrat" w:cs="Segoe UI"/>
          <w:color w:val="0A0A0A"/>
        </w:rPr>
        <w:t> or </w:t>
      </w:r>
      <w:r>
        <w:rPr>
          <w:rStyle w:val="Emphasis"/>
          <w:rFonts w:ascii="Montserrat" w:eastAsia="Times New Roman" w:hAnsi="Montserrat" w:cs="Segoe UI"/>
          <w:color w:val="0A0A0A"/>
        </w:rPr>
        <w:t>Romeo &amp; Juliet</w:t>
      </w:r>
      <w:r>
        <w:rPr>
          <w:rFonts w:ascii="Montserrat" w:eastAsia="Times New Roman" w:hAnsi="Montserrat" w:cs="Segoe UI"/>
          <w:color w:val="0A0A0A"/>
        </w:rPr>
        <w:t> extracts).</w:t>
      </w:r>
    </w:p>
    <w:p w14:paraId="36E072E7"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Writing: persuasive writing, speeches, argumentative essays.</w:t>
      </w:r>
    </w:p>
    <w:p w14:paraId="5BA4C728"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Non-fiction analysis: bias, viewpoint, fact vs opinion.</w:t>
      </w:r>
    </w:p>
    <w:p w14:paraId="5B792F0F" w14:textId="77777777" w:rsidR="001E72BC" w:rsidRDefault="001E72BC" w:rsidP="009074DF">
      <w:pPr>
        <w:numPr>
          <w:ilvl w:val="0"/>
          <w:numId w:val="22"/>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SPaG</w:t>
      </w:r>
      <w:proofErr w:type="spellEnd"/>
      <w:r>
        <w:rPr>
          <w:rFonts w:ascii="Montserrat" w:eastAsia="Times New Roman" w:hAnsi="Montserrat" w:cs="Segoe UI"/>
          <w:color w:val="0A0A0A"/>
        </w:rPr>
        <w:t>: complex sentences, advanced punctuation, cohesive devices.</w:t>
      </w:r>
    </w:p>
    <w:p w14:paraId="225DD605" w14:textId="77777777" w:rsidR="005B48C3" w:rsidRDefault="005B48C3">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SCIENCE</w:t>
      </w:r>
    </w:p>
    <w:p w14:paraId="04E835CB" w14:textId="77777777" w:rsidR="005B48C3" w:rsidRDefault="005B48C3">
      <w:pPr>
        <w:pStyle w:val="Heading5"/>
        <w:shd w:val="clear" w:color="auto" w:fill="E3F3FA"/>
        <w:rPr>
          <w:rFonts w:ascii="inherit" w:eastAsia="Times New Roman" w:hAnsi="inherit" w:cs="Segoe UI"/>
          <w:color w:val="0A0A0A"/>
          <w:sz w:val="20"/>
          <w:szCs w:val="20"/>
        </w:rPr>
      </w:pPr>
      <w:r>
        <w:rPr>
          <w:rFonts w:ascii="inherit" w:eastAsia="Times New Roman" w:hAnsi="inherit" w:cs="Segoe UI"/>
          <w:b/>
          <w:bCs/>
          <w:color w:val="0A0A0A"/>
        </w:rPr>
        <w:t>Biology</w:t>
      </w:r>
    </w:p>
    <w:p w14:paraId="5B645428" w14:textId="77777777" w:rsidR="005B48C3" w:rsidRDefault="005B48C3" w:rsidP="009074DF">
      <w:pPr>
        <w:pStyle w:val="NormalWeb"/>
        <w:numPr>
          <w:ilvl w:val="0"/>
          <w:numId w:val="23"/>
        </w:numPr>
        <w:spacing w:line="480" w:lineRule="atLeast"/>
        <w:textAlignment w:val="baseline"/>
        <w:rPr>
          <w:rFonts w:ascii="Montserrat" w:hAnsi="Montserrat" w:cs="Segoe UI"/>
          <w:color w:val="0A0A0A"/>
        </w:rPr>
      </w:pPr>
      <w:r>
        <w:rPr>
          <w:rFonts w:ascii="Montserrat" w:hAnsi="Montserrat" w:cs="Segoe UI"/>
          <w:color w:val="0A0A0A"/>
        </w:rPr>
        <w:t>Respiration</w:t>
      </w:r>
    </w:p>
    <w:p w14:paraId="32FD7134" w14:textId="77777777" w:rsidR="005B48C3" w:rsidRDefault="005B48C3" w:rsidP="009074DF">
      <w:pPr>
        <w:pStyle w:val="NormalWeb"/>
        <w:numPr>
          <w:ilvl w:val="0"/>
          <w:numId w:val="23"/>
        </w:numPr>
        <w:spacing w:line="480" w:lineRule="atLeast"/>
        <w:textAlignment w:val="baseline"/>
        <w:rPr>
          <w:rFonts w:ascii="Montserrat" w:hAnsi="Montserrat" w:cs="Segoe UI"/>
          <w:color w:val="0A0A0A"/>
        </w:rPr>
      </w:pPr>
      <w:r>
        <w:rPr>
          <w:rFonts w:ascii="Montserrat" w:hAnsi="Montserrat" w:cs="Segoe UI"/>
          <w:color w:val="0A0A0A"/>
        </w:rPr>
        <w:lastRenderedPageBreak/>
        <w:t>Photosynthesis</w:t>
      </w:r>
    </w:p>
    <w:p w14:paraId="3FEC963B" w14:textId="77777777" w:rsidR="005B48C3" w:rsidRDefault="005B48C3" w:rsidP="009074DF">
      <w:pPr>
        <w:pStyle w:val="NormalWeb"/>
        <w:numPr>
          <w:ilvl w:val="0"/>
          <w:numId w:val="23"/>
        </w:numPr>
        <w:spacing w:line="480" w:lineRule="atLeast"/>
        <w:textAlignment w:val="baseline"/>
        <w:rPr>
          <w:rFonts w:ascii="Montserrat" w:hAnsi="Montserrat" w:cs="Segoe UI"/>
          <w:color w:val="0A0A0A"/>
        </w:rPr>
      </w:pPr>
      <w:r>
        <w:rPr>
          <w:rFonts w:ascii="Montserrat" w:hAnsi="Montserrat" w:cs="Segoe UI"/>
          <w:color w:val="0A0A0A"/>
        </w:rPr>
        <w:t>Microbes &amp; health</w:t>
      </w:r>
    </w:p>
    <w:p w14:paraId="724C3411" w14:textId="77777777" w:rsidR="005B48C3" w:rsidRDefault="005B48C3" w:rsidP="009074DF">
      <w:pPr>
        <w:pStyle w:val="NormalWeb"/>
        <w:numPr>
          <w:ilvl w:val="0"/>
          <w:numId w:val="23"/>
        </w:numPr>
        <w:spacing w:line="480" w:lineRule="atLeast"/>
        <w:textAlignment w:val="baseline"/>
        <w:rPr>
          <w:rFonts w:ascii="Montserrat" w:hAnsi="Montserrat" w:cs="Segoe UI"/>
          <w:color w:val="0A0A0A"/>
        </w:rPr>
      </w:pPr>
      <w:r>
        <w:rPr>
          <w:rFonts w:ascii="Montserrat" w:hAnsi="Montserrat" w:cs="Segoe UI"/>
          <w:color w:val="0A0A0A"/>
        </w:rPr>
        <w:t>Variation &amp; classification</w:t>
      </w:r>
    </w:p>
    <w:p w14:paraId="707659D2" w14:textId="77777777" w:rsidR="005B48C3" w:rsidRDefault="005B48C3">
      <w:pPr>
        <w:pStyle w:val="Heading5"/>
        <w:shd w:val="clear" w:color="auto" w:fill="E3F3FA"/>
        <w:rPr>
          <w:rFonts w:ascii="inherit" w:eastAsia="Times New Roman" w:hAnsi="inherit" w:cs="Segoe UI"/>
          <w:color w:val="0A0A0A"/>
        </w:rPr>
      </w:pPr>
      <w:r>
        <w:rPr>
          <w:rFonts w:ascii="inherit" w:eastAsia="Times New Roman" w:hAnsi="inherit" w:cs="Segoe UI"/>
          <w:b/>
          <w:bCs/>
          <w:color w:val="0A0A0A"/>
        </w:rPr>
        <w:t>Chemistry</w:t>
      </w:r>
    </w:p>
    <w:p w14:paraId="0760D1D7" w14:textId="77777777" w:rsidR="005B48C3" w:rsidRDefault="005B48C3" w:rsidP="009074DF">
      <w:pPr>
        <w:pStyle w:val="NormalWeb"/>
        <w:numPr>
          <w:ilvl w:val="0"/>
          <w:numId w:val="24"/>
        </w:numPr>
        <w:spacing w:line="480" w:lineRule="atLeast"/>
        <w:textAlignment w:val="baseline"/>
        <w:rPr>
          <w:rFonts w:ascii="Montserrat" w:hAnsi="Montserrat" w:cs="Segoe UI"/>
          <w:color w:val="0A0A0A"/>
        </w:rPr>
      </w:pPr>
      <w:r>
        <w:rPr>
          <w:rFonts w:ascii="Montserrat" w:hAnsi="Montserrat" w:cs="Segoe UI"/>
          <w:color w:val="0A0A0A"/>
        </w:rPr>
        <w:t>The periodic table (patterns &amp; groups)</w:t>
      </w:r>
    </w:p>
    <w:p w14:paraId="285EE505" w14:textId="77777777" w:rsidR="005B48C3" w:rsidRDefault="005B48C3" w:rsidP="009074DF">
      <w:pPr>
        <w:pStyle w:val="NormalWeb"/>
        <w:numPr>
          <w:ilvl w:val="0"/>
          <w:numId w:val="24"/>
        </w:numPr>
        <w:spacing w:line="480" w:lineRule="atLeast"/>
        <w:textAlignment w:val="baseline"/>
        <w:rPr>
          <w:rFonts w:ascii="Montserrat" w:hAnsi="Montserrat" w:cs="Segoe UI"/>
          <w:color w:val="0A0A0A"/>
        </w:rPr>
      </w:pPr>
      <w:r>
        <w:rPr>
          <w:rFonts w:ascii="Montserrat" w:hAnsi="Montserrat" w:cs="Segoe UI"/>
          <w:color w:val="0A0A0A"/>
        </w:rPr>
        <w:t>Chemical reactions (oxidation, displacement)</w:t>
      </w:r>
    </w:p>
    <w:p w14:paraId="5B84C855" w14:textId="77777777" w:rsidR="005B48C3" w:rsidRDefault="005B48C3" w:rsidP="009074DF">
      <w:pPr>
        <w:pStyle w:val="NormalWeb"/>
        <w:numPr>
          <w:ilvl w:val="0"/>
          <w:numId w:val="24"/>
        </w:numPr>
        <w:spacing w:line="480" w:lineRule="atLeast"/>
        <w:textAlignment w:val="baseline"/>
        <w:rPr>
          <w:rFonts w:ascii="Montserrat" w:hAnsi="Montserrat" w:cs="Segoe UI"/>
          <w:color w:val="0A0A0A"/>
        </w:rPr>
      </w:pPr>
      <w:r>
        <w:rPr>
          <w:rFonts w:ascii="Montserrat" w:hAnsi="Montserrat" w:cs="Segoe UI"/>
          <w:color w:val="0A0A0A"/>
        </w:rPr>
        <w:t>The Earth &amp; atmosphere</w:t>
      </w:r>
    </w:p>
    <w:p w14:paraId="100644B7" w14:textId="77777777" w:rsidR="005B48C3" w:rsidRDefault="005B48C3">
      <w:pPr>
        <w:pStyle w:val="Heading5"/>
        <w:shd w:val="clear" w:color="auto" w:fill="E3F3FA"/>
        <w:rPr>
          <w:rFonts w:ascii="inherit" w:eastAsia="Times New Roman" w:hAnsi="inherit" w:cs="Segoe UI"/>
          <w:color w:val="0A0A0A"/>
        </w:rPr>
      </w:pPr>
      <w:r>
        <w:rPr>
          <w:rFonts w:ascii="inherit" w:eastAsia="Times New Roman" w:hAnsi="inherit" w:cs="Segoe UI"/>
          <w:b/>
          <w:bCs/>
          <w:color w:val="0A0A0A"/>
        </w:rPr>
        <w:t>Physics</w:t>
      </w:r>
    </w:p>
    <w:p w14:paraId="5B86E02B" w14:textId="77777777" w:rsidR="005B48C3" w:rsidRDefault="005B48C3" w:rsidP="009074DF">
      <w:pPr>
        <w:pStyle w:val="NormalWeb"/>
        <w:numPr>
          <w:ilvl w:val="0"/>
          <w:numId w:val="25"/>
        </w:numPr>
        <w:spacing w:line="480" w:lineRule="atLeast"/>
        <w:textAlignment w:val="baseline"/>
        <w:rPr>
          <w:rFonts w:ascii="Montserrat" w:hAnsi="Montserrat" w:cs="Segoe UI"/>
          <w:color w:val="0A0A0A"/>
        </w:rPr>
      </w:pPr>
      <w:r>
        <w:rPr>
          <w:rFonts w:ascii="Montserrat" w:hAnsi="Montserrat" w:cs="Segoe UI"/>
          <w:color w:val="0A0A0A"/>
        </w:rPr>
        <w:t>Electricity &amp; circuits</w:t>
      </w:r>
    </w:p>
    <w:p w14:paraId="6052BA98" w14:textId="77777777" w:rsidR="005B48C3" w:rsidRDefault="005B48C3" w:rsidP="009074DF">
      <w:pPr>
        <w:pStyle w:val="NormalWeb"/>
        <w:numPr>
          <w:ilvl w:val="0"/>
          <w:numId w:val="25"/>
        </w:numPr>
        <w:spacing w:line="480" w:lineRule="atLeast"/>
        <w:textAlignment w:val="baseline"/>
        <w:rPr>
          <w:rFonts w:ascii="Montserrat" w:hAnsi="Montserrat" w:cs="Segoe UI"/>
          <w:color w:val="0A0A0A"/>
        </w:rPr>
      </w:pPr>
      <w:r>
        <w:rPr>
          <w:rFonts w:ascii="Montserrat" w:hAnsi="Montserrat" w:cs="Segoe UI"/>
          <w:color w:val="0A0A0A"/>
        </w:rPr>
        <w:t>Magnetism</w:t>
      </w:r>
    </w:p>
    <w:p w14:paraId="60CD456A" w14:textId="77777777" w:rsidR="005B48C3" w:rsidRDefault="005B48C3" w:rsidP="009074DF">
      <w:pPr>
        <w:pStyle w:val="NormalWeb"/>
        <w:numPr>
          <w:ilvl w:val="0"/>
          <w:numId w:val="25"/>
        </w:numPr>
        <w:spacing w:line="480" w:lineRule="atLeast"/>
        <w:textAlignment w:val="baseline"/>
        <w:rPr>
          <w:rFonts w:ascii="Montserrat" w:hAnsi="Montserrat" w:cs="Segoe UI"/>
          <w:color w:val="0A0A0A"/>
        </w:rPr>
      </w:pPr>
      <w:r>
        <w:rPr>
          <w:rFonts w:ascii="Montserrat" w:hAnsi="Montserrat" w:cs="Segoe UI"/>
          <w:color w:val="0A0A0A"/>
        </w:rPr>
        <w:t>Energy efficiency &amp; renewable energy</w:t>
      </w:r>
    </w:p>
    <w:p w14:paraId="3DECD870" w14:textId="77777777" w:rsidR="005B48C3" w:rsidRDefault="005B48C3" w:rsidP="009074DF">
      <w:pPr>
        <w:pStyle w:val="NormalWeb"/>
        <w:numPr>
          <w:ilvl w:val="0"/>
          <w:numId w:val="25"/>
        </w:numPr>
        <w:spacing w:line="480" w:lineRule="atLeast"/>
        <w:textAlignment w:val="baseline"/>
        <w:rPr>
          <w:rFonts w:ascii="Montserrat" w:hAnsi="Montserrat" w:cs="Segoe UI"/>
          <w:color w:val="0A0A0A"/>
        </w:rPr>
      </w:pPr>
      <w:r>
        <w:rPr>
          <w:rFonts w:ascii="Montserrat" w:hAnsi="Montserrat" w:cs="Segoe UI"/>
          <w:color w:val="0A0A0A"/>
        </w:rPr>
        <w:t>Waves (properties, frequency, amplitude)</w:t>
      </w:r>
    </w:p>
    <w:p w14:paraId="42380DDD" w14:textId="77777777" w:rsidR="005B48C3" w:rsidRDefault="005B48C3">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COMPUTER SCIENCE</w:t>
      </w:r>
    </w:p>
    <w:p w14:paraId="7B78B491"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Python programming: variables, input/output, loops, conditions.</w:t>
      </w:r>
    </w:p>
    <w:p w14:paraId="60B42459"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Algorithms: decomposition &amp; abstraction.</w:t>
      </w:r>
    </w:p>
    <w:p w14:paraId="79E345F7"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Data representation: binary to decimal conversion.</w:t>
      </w:r>
    </w:p>
    <w:p w14:paraId="1F001A8E"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Computer architecture: CPU, memory, storage.</w:t>
      </w:r>
    </w:p>
    <w:p w14:paraId="62077CCB"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Spreadsheets &amp; modelling.</w:t>
      </w:r>
    </w:p>
    <w:p w14:paraId="544B7553"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Networks: LAN/WAN, IP addresses, packets.</w:t>
      </w:r>
    </w:p>
    <w:p w14:paraId="6DE0DB79" w14:textId="77777777" w:rsidR="005B48C3" w:rsidRDefault="005B48C3" w:rsidP="009074DF">
      <w:pPr>
        <w:numPr>
          <w:ilvl w:val="0"/>
          <w:numId w:val="2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Cybersecurity fundamentals (malware, phishing).</w:t>
      </w:r>
    </w:p>
    <w:p w14:paraId="510B4B7E" w14:textId="77777777" w:rsidR="00C165B6" w:rsidRDefault="00C165B6">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YEAR 9</w:t>
      </w:r>
    </w:p>
    <w:p w14:paraId="6DA37BB5" w14:textId="6BF80A80" w:rsidR="00C165B6" w:rsidRPr="00380FA0" w:rsidRDefault="00C165B6">
      <w:pPr>
        <w:shd w:val="clear" w:color="auto" w:fill="FFFFFF"/>
        <w:rPr>
          <w:rFonts w:ascii="Segoe UI" w:eastAsia="Times New Roman" w:hAnsi="Segoe UI" w:cs="Segoe UI"/>
          <w:color w:val="333333"/>
          <w:sz w:val="24"/>
          <w:szCs w:val="24"/>
        </w:rPr>
      </w:pPr>
      <w:hyperlink r:id="rId25" w:anchor="year9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sidR="00380FA0">
        <w:rPr>
          <w:rFonts w:ascii="Segoe UI" w:eastAsia="Times New Roman" w:hAnsi="Segoe UI" w:cs="Segoe UI"/>
          <w:color w:val="333333"/>
          <w:sz w:val="24"/>
          <w:szCs w:val="24"/>
        </w:rPr>
        <w:t xml:space="preserve"> </w:t>
      </w:r>
      <w:hyperlink r:id="rId26" w:anchor="year9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r w:rsidR="00380FA0">
        <w:rPr>
          <w:rFonts w:ascii="Segoe UI" w:eastAsia="Times New Roman" w:hAnsi="Segoe UI" w:cs="Segoe UI"/>
          <w:color w:val="333333"/>
          <w:sz w:val="24"/>
          <w:szCs w:val="24"/>
        </w:rPr>
        <w:t xml:space="preserve"> </w:t>
      </w:r>
      <w:hyperlink r:id="rId27" w:anchor="year9_science" w:history="1">
        <w:r>
          <w:rPr>
            <w:rStyle w:val="elementor-button-text"/>
            <w:rFonts w:ascii="Roboto" w:eastAsia="Times New Roman" w:hAnsi="Roboto" w:cs="Segoe UI"/>
            <w:color w:val="10AFF4"/>
            <w:sz w:val="23"/>
            <w:szCs w:val="23"/>
            <w:bdr w:val="single" w:sz="24" w:space="9" w:color="10AFF4" w:frame="1"/>
            <w:shd w:val="clear" w:color="auto" w:fill="FFFFFF"/>
          </w:rPr>
          <w:t>SCIENCE</w:t>
        </w:r>
      </w:hyperlink>
      <w:r w:rsidR="00380FA0">
        <w:rPr>
          <w:rFonts w:ascii="Segoe UI" w:eastAsia="Times New Roman" w:hAnsi="Segoe UI" w:cs="Segoe UI"/>
          <w:color w:val="333333"/>
          <w:sz w:val="24"/>
          <w:szCs w:val="24"/>
        </w:rPr>
        <w:t xml:space="preserve"> </w:t>
      </w:r>
      <w:hyperlink r:id="rId28" w:anchor="year9_computer_science" w:history="1">
        <w:r>
          <w:rPr>
            <w:rStyle w:val="elementor-button-text"/>
            <w:rFonts w:ascii="Roboto" w:eastAsia="Times New Roman" w:hAnsi="Roboto" w:cs="Segoe UI"/>
            <w:color w:val="1EB187"/>
            <w:sz w:val="23"/>
            <w:szCs w:val="23"/>
            <w:bdr w:val="single" w:sz="24" w:space="9" w:color="1EB187" w:frame="1"/>
            <w:shd w:val="clear" w:color="auto" w:fill="FFFFFF"/>
          </w:rPr>
          <w:t>COMPUTER SCIENCE</w:t>
        </w:r>
      </w:hyperlink>
    </w:p>
    <w:p w14:paraId="33CDB269" w14:textId="77777777" w:rsidR="00C165B6" w:rsidRDefault="00C165B6">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lastRenderedPageBreak/>
        <w:t>MATHS</w:t>
      </w:r>
    </w:p>
    <w:p w14:paraId="75422FF2"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Number: indices laws, surds (intro), proportional reasoning.</w:t>
      </w:r>
    </w:p>
    <w:p w14:paraId="073653E6"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Algebra: simultaneous equations, quadratics (intro), rearranging formulas.</w:t>
      </w:r>
    </w:p>
    <w:p w14:paraId="4A3D5122"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Graphs: linear graphs, gradient, real-life graphs.</w:t>
      </w:r>
    </w:p>
    <w:p w14:paraId="2D5E5022"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Pythagoras (secure), trigonometry (intro).</w:t>
      </w:r>
    </w:p>
    <w:p w14:paraId="1634E678"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Area &amp; volume of complex shapes, cylinders, spheres (intro).</w:t>
      </w:r>
    </w:p>
    <w:p w14:paraId="067A5354"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cumulative frequency (intro), sampling.</w:t>
      </w:r>
    </w:p>
    <w:p w14:paraId="1DDB66CE" w14:textId="77777777" w:rsidR="00C165B6" w:rsidRDefault="00C165B6" w:rsidP="009074DF">
      <w:pPr>
        <w:numPr>
          <w:ilvl w:val="0"/>
          <w:numId w:val="2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Probability: tree diagrams (intro).</w:t>
      </w:r>
    </w:p>
    <w:p w14:paraId="0503A38A" w14:textId="77777777" w:rsidR="00C165B6" w:rsidRDefault="00C165B6">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ENGLISH</w:t>
      </w:r>
    </w:p>
    <w:p w14:paraId="77A5892C"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GCSE-style introduction: analytical paragraphs (PEE/PEEL).</w:t>
      </w:r>
    </w:p>
    <w:p w14:paraId="248C44FD"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Novel study of complex themes (e.g., </w:t>
      </w:r>
      <w:r>
        <w:rPr>
          <w:rStyle w:val="Emphasis"/>
          <w:rFonts w:ascii="Montserrat" w:eastAsia="Times New Roman" w:hAnsi="Montserrat" w:cs="Segoe UI"/>
          <w:color w:val="0A0A0A"/>
        </w:rPr>
        <w:t>Animal Farm</w:t>
      </w:r>
      <w:r>
        <w:rPr>
          <w:rFonts w:ascii="Montserrat" w:eastAsia="Times New Roman" w:hAnsi="Montserrat" w:cs="Segoe UI"/>
          <w:color w:val="0A0A0A"/>
        </w:rPr>
        <w:t>, </w:t>
      </w:r>
      <w:r>
        <w:rPr>
          <w:rStyle w:val="Emphasis"/>
          <w:rFonts w:ascii="Montserrat" w:eastAsia="Times New Roman" w:hAnsi="Montserrat" w:cs="Segoe UI"/>
          <w:color w:val="0A0A0A"/>
        </w:rPr>
        <w:t>Of Mice and Men</w:t>
      </w:r>
      <w:r>
        <w:rPr>
          <w:rFonts w:ascii="Montserrat" w:eastAsia="Times New Roman" w:hAnsi="Montserrat" w:cs="Segoe UI"/>
          <w:color w:val="0A0A0A"/>
        </w:rPr>
        <w:t>).</w:t>
      </w:r>
    </w:p>
    <w:p w14:paraId="343F55E2"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War poetry / thematic poetry clusters.</w:t>
      </w:r>
    </w:p>
    <w:p w14:paraId="7CCE8CE0"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Shakespeare (usually </w:t>
      </w:r>
      <w:r>
        <w:rPr>
          <w:rStyle w:val="Emphasis"/>
          <w:rFonts w:ascii="Montserrat" w:eastAsia="Times New Roman" w:hAnsi="Montserrat" w:cs="Segoe UI"/>
          <w:color w:val="0A0A0A"/>
        </w:rPr>
        <w:t>Macbeth</w:t>
      </w:r>
      <w:r>
        <w:rPr>
          <w:rFonts w:ascii="Montserrat" w:eastAsia="Times New Roman" w:hAnsi="Montserrat" w:cs="Segoe UI"/>
          <w:color w:val="0A0A0A"/>
        </w:rPr>
        <w:t> or </w:t>
      </w:r>
      <w:r>
        <w:rPr>
          <w:rStyle w:val="Emphasis"/>
          <w:rFonts w:ascii="Montserrat" w:eastAsia="Times New Roman" w:hAnsi="Montserrat" w:cs="Segoe UI"/>
          <w:color w:val="0A0A0A"/>
        </w:rPr>
        <w:t>Othello</w:t>
      </w:r>
      <w:r>
        <w:rPr>
          <w:rFonts w:ascii="Montserrat" w:eastAsia="Times New Roman" w:hAnsi="Montserrat" w:cs="Segoe UI"/>
          <w:color w:val="0A0A0A"/>
        </w:rPr>
        <w:t> extracts).</w:t>
      </w:r>
    </w:p>
    <w:p w14:paraId="1AFF5C0C"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Writing: discursive essays, critical writing, creative prose.</w:t>
      </w:r>
    </w:p>
    <w:p w14:paraId="517AF6C6"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Non-fiction: rhetoric, structure, advanced analysis of argument.</w:t>
      </w:r>
    </w:p>
    <w:p w14:paraId="7559EF88" w14:textId="77777777" w:rsidR="00C165B6" w:rsidRDefault="00C165B6" w:rsidP="009074DF">
      <w:pPr>
        <w:numPr>
          <w:ilvl w:val="0"/>
          <w:numId w:val="28"/>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SPaG</w:t>
      </w:r>
      <w:proofErr w:type="spellEnd"/>
      <w:r>
        <w:rPr>
          <w:rFonts w:ascii="Montserrat" w:eastAsia="Times New Roman" w:hAnsi="Montserrat" w:cs="Segoe UI"/>
          <w:color w:val="0A0A0A"/>
        </w:rPr>
        <w:t>: accuracy and sophistication, stylistic choices.</w:t>
      </w:r>
    </w:p>
    <w:p w14:paraId="164719F0" w14:textId="77777777" w:rsidR="00C165B6" w:rsidRDefault="00C165B6">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SCIENCE</w:t>
      </w:r>
    </w:p>
    <w:p w14:paraId="40BAC475" w14:textId="77777777" w:rsidR="00C165B6" w:rsidRDefault="00C165B6">
      <w:pPr>
        <w:pStyle w:val="Heading5"/>
        <w:shd w:val="clear" w:color="auto" w:fill="E3F3FA"/>
        <w:rPr>
          <w:rFonts w:ascii="inherit" w:eastAsia="Times New Roman" w:hAnsi="inherit" w:cs="Segoe UI"/>
          <w:color w:val="0A0A0A"/>
          <w:sz w:val="20"/>
          <w:szCs w:val="20"/>
        </w:rPr>
      </w:pPr>
      <w:r>
        <w:rPr>
          <w:rFonts w:ascii="inherit" w:eastAsia="Times New Roman" w:hAnsi="inherit" w:cs="Segoe UI"/>
          <w:b/>
          <w:bCs/>
          <w:color w:val="0A0A0A"/>
        </w:rPr>
        <w:t>Biology</w:t>
      </w:r>
    </w:p>
    <w:p w14:paraId="580FA627" w14:textId="77777777" w:rsidR="00C165B6" w:rsidRDefault="00C165B6" w:rsidP="009074DF">
      <w:pPr>
        <w:pStyle w:val="NormalWeb"/>
        <w:numPr>
          <w:ilvl w:val="0"/>
          <w:numId w:val="29"/>
        </w:numPr>
        <w:spacing w:line="480" w:lineRule="atLeast"/>
        <w:textAlignment w:val="baseline"/>
        <w:rPr>
          <w:rFonts w:ascii="Montserrat" w:hAnsi="Montserrat" w:cs="Segoe UI"/>
          <w:color w:val="0A0A0A"/>
        </w:rPr>
      </w:pPr>
      <w:r>
        <w:rPr>
          <w:rFonts w:ascii="Montserrat" w:hAnsi="Montserrat" w:cs="Segoe UI"/>
          <w:color w:val="0A0A0A"/>
        </w:rPr>
        <w:t>Inheritance, DNA &amp; genes</w:t>
      </w:r>
    </w:p>
    <w:p w14:paraId="6B66045A" w14:textId="77777777" w:rsidR="00C165B6" w:rsidRDefault="00C165B6" w:rsidP="009074DF">
      <w:pPr>
        <w:pStyle w:val="NormalWeb"/>
        <w:numPr>
          <w:ilvl w:val="0"/>
          <w:numId w:val="29"/>
        </w:numPr>
        <w:spacing w:line="480" w:lineRule="atLeast"/>
        <w:textAlignment w:val="baseline"/>
        <w:rPr>
          <w:rFonts w:ascii="Montserrat" w:hAnsi="Montserrat" w:cs="Segoe UI"/>
          <w:color w:val="0A0A0A"/>
        </w:rPr>
      </w:pPr>
      <w:r>
        <w:rPr>
          <w:rFonts w:ascii="Montserrat" w:hAnsi="Montserrat" w:cs="Segoe UI"/>
          <w:color w:val="0A0A0A"/>
        </w:rPr>
        <w:t>Natural selection</w:t>
      </w:r>
    </w:p>
    <w:p w14:paraId="43C1D6E6" w14:textId="77777777" w:rsidR="00C165B6" w:rsidRDefault="00C165B6" w:rsidP="009074DF">
      <w:pPr>
        <w:pStyle w:val="NormalWeb"/>
        <w:numPr>
          <w:ilvl w:val="0"/>
          <w:numId w:val="29"/>
        </w:numPr>
        <w:spacing w:line="480" w:lineRule="atLeast"/>
        <w:textAlignment w:val="baseline"/>
        <w:rPr>
          <w:rFonts w:ascii="Montserrat" w:hAnsi="Montserrat" w:cs="Segoe UI"/>
          <w:color w:val="0A0A0A"/>
        </w:rPr>
      </w:pPr>
      <w:r>
        <w:rPr>
          <w:rFonts w:ascii="Montserrat" w:hAnsi="Montserrat" w:cs="Segoe UI"/>
          <w:color w:val="0A0A0A"/>
        </w:rPr>
        <w:t>Human body systems (circulation, nervous system)</w:t>
      </w:r>
    </w:p>
    <w:p w14:paraId="7E5E0619" w14:textId="77777777" w:rsidR="00C165B6" w:rsidRDefault="00C165B6" w:rsidP="009074DF">
      <w:pPr>
        <w:pStyle w:val="NormalWeb"/>
        <w:numPr>
          <w:ilvl w:val="0"/>
          <w:numId w:val="29"/>
        </w:numPr>
        <w:spacing w:line="480" w:lineRule="atLeast"/>
        <w:textAlignment w:val="baseline"/>
        <w:rPr>
          <w:rFonts w:ascii="Montserrat" w:hAnsi="Montserrat" w:cs="Segoe UI"/>
          <w:color w:val="0A0A0A"/>
        </w:rPr>
      </w:pPr>
      <w:r>
        <w:rPr>
          <w:rFonts w:ascii="Montserrat" w:hAnsi="Montserrat" w:cs="Segoe UI"/>
          <w:color w:val="0A0A0A"/>
        </w:rPr>
        <w:t>Interdependence &amp; ecosystems (GCSE-style introduction)</w:t>
      </w:r>
    </w:p>
    <w:p w14:paraId="781CF766" w14:textId="77777777" w:rsidR="00C165B6" w:rsidRDefault="00C165B6">
      <w:pPr>
        <w:pStyle w:val="Heading5"/>
        <w:shd w:val="clear" w:color="auto" w:fill="E3F3FA"/>
        <w:rPr>
          <w:rFonts w:ascii="inherit" w:eastAsia="Times New Roman" w:hAnsi="inherit" w:cs="Segoe UI"/>
          <w:color w:val="0A0A0A"/>
        </w:rPr>
      </w:pPr>
      <w:r>
        <w:rPr>
          <w:rFonts w:ascii="inherit" w:eastAsia="Times New Roman" w:hAnsi="inherit" w:cs="Segoe UI"/>
          <w:b/>
          <w:bCs/>
          <w:color w:val="0A0A0A"/>
        </w:rPr>
        <w:lastRenderedPageBreak/>
        <w:t>Chemistry</w:t>
      </w:r>
    </w:p>
    <w:p w14:paraId="0A4BE9BC" w14:textId="77777777" w:rsidR="00C165B6" w:rsidRDefault="00C165B6" w:rsidP="009074DF">
      <w:pPr>
        <w:pStyle w:val="NormalWeb"/>
        <w:numPr>
          <w:ilvl w:val="0"/>
          <w:numId w:val="30"/>
        </w:numPr>
        <w:spacing w:line="480" w:lineRule="atLeast"/>
        <w:textAlignment w:val="baseline"/>
        <w:rPr>
          <w:rFonts w:ascii="Montserrat" w:hAnsi="Montserrat" w:cs="Segoe UI"/>
          <w:color w:val="0A0A0A"/>
        </w:rPr>
      </w:pPr>
      <w:r>
        <w:rPr>
          <w:rFonts w:ascii="Montserrat" w:hAnsi="Montserrat" w:cs="Segoe UI"/>
          <w:color w:val="0A0A0A"/>
        </w:rPr>
        <w:t>Atomic structure</w:t>
      </w:r>
    </w:p>
    <w:p w14:paraId="1D529782" w14:textId="77777777" w:rsidR="00C165B6" w:rsidRDefault="00C165B6" w:rsidP="009074DF">
      <w:pPr>
        <w:pStyle w:val="NormalWeb"/>
        <w:numPr>
          <w:ilvl w:val="0"/>
          <w:numId w:val="30"/>
        </w:numPr>
        <w:spacing w:line="480" w:lineRule="atLeast"/>
        <w:textAlignment w:val="baseline"/>
        <w:rPr>
          <w:rFonts w:ascii="Montserrat" w:hAnsi="Montserrat" w:cs="Segoe UI"/>
          <w:color w:val="0A0A0A"/>
        </w:rPr>
      </w:pPr>
      <w:r>
        <w:rPr>
          <w:rFonts w:ascii="Montserrat" w:hAnsi="Montserrat" w:cs="Segoe UI"/>
          <w:color w:val="0A0A0A"/>
        </w:rPr>
        <w:t>Bonding (ionic, covalent — intro)</w:t>
      </w:r>
    </w:p>
    <w:p w14:paraId="048B1146" w14:textId="77777777" w:rsidR="00C165B6" w:rsidRDefault="00C165B6" w:rsidP="009074DF">
      <w:pPr>
        <w:pStyle w:val="NormalWeb"/>
        <w:numPr>
          <w:ilvl w:val="0"/>
          <w:numId w:val="30"/>
        </w:numPr>
        <w:spacing w:line="480" w:lineRule="atLeast"/>
        <w:textAlignment w:val="baseline"/>
        <w:rPr>
          <w:rFonts w:ascii="Montserrat" w:hAnsi="Montserrat" w:cs="Segoe UI"/>
          <w:color w:val="0A0A0A"/>
        </w:rPr>
      </w:pPr>
      <w:r>
        <w:rPr>
          <w:rFonts w:ascii="Montserrat" w:hAnsi="Montserrat" w:cs="Segoe UI"/>
          <w:color w:val="0A0A0A"/>
        </w:rPr>
        <w:t>Reactivity series</w:t>
      </w:r>
    </w:p>
    <w:p w14:paraId="66226300" w14:textId="77777777" w:rsidR="00C165B6" w:rsidRDefault="00C165B6" w:rsidP="009074DF">
      <w:pPr>
        <w:pStyle w:val="NormalWeb"/>
        <w:numPr>
          <w:ilvl w:val="0"/>
          <w:numId w:val="30"/>
        </w:numPr>
        <w:spacing w:line="480" w:lineRule="atLeast"/>
        <w:textAlignment w:val="baseline"/>
        <w:rPr>
          <w:rFonts w:ascii="Montserrat" w:hAnsi="Montserrat" w:cs="Segoe UI"/>
          <w:color w:val="0A0A0A"/>
        </w:rPr>
      </w:pPr>
      <w:r>
        <w:rPr>
          <w:rFonts w:ascii="Montserrat" w:hAnsi="Montserrat" w:cs="Segoe UI"/>
          <w:color w:val="0A0A0A"/>
        </w:rPr>
        <w:t>Rates of reactions (intro)</w:t>
      </w:r>
    </w:p>
    <w:p w14:paraId="503CD629" w14:textId="77777777" w:rsidR="00C165B6" w:rsidRDefault="00C165B6">
      <w:pPr>
        <w:pStyle w:val="Heading5"/>
        <w:shd w:val="clear" w:color="auto" w:fill="E3F3FA"/>
        <w:rPr>
          <w:rFonts w:ascii="inherit" w:eastAsia="Times New Roman" w:hAnsi="inherit" w:cs="Segoe UI"/>
          <w:color w:val="0A0A0A"/>
        </w:rPr>
      </w:pPr>
      <w:r>
        <w:rPr>
          <w:rFonts w:ascii="inherit" w:eastAsia="Times New Roman" w:hAnsi="inherit" w:cs="Segoe UI"/>
          <w:b/>
          <w:bCs/>
          <w:color w:val="0A0A0A"/>
        </w:rPr>
        <w:t>Physics</w:t>
      </w:r>
    </w:p>
    <w:p w14:paraId="48F0B098" w14:textId="77777777" w:rsidR="00C165B6" w:rsidRDefault="00C165B6" w:rsidP="009074DF">
      <w:pPr>
        <w:pStyle w:val="NormalWeb"/>
        <w:numPr>
          <w:ilvl w:val="0"/>
          <w:numId w:val="31"/>
        </w:numPr>
        <w:spacing w:line="480" w:lineRule="atLeast"/>
        <w:textAlignment w:val="baseline"/>
        <w:rPr>
          <w:rFonts w:ascii="Montserrat" w:hAnsi="Montserrat" w:cs="Segoe UI"/>
          <w:color w:val="0A0A0A"/>
        </w:rPr>
      </w:pPr>
      <w:r>
        <w:rPr>
          <w:rFonts w:ascii="Montserrat" w:hAnsi="Montserrat" w:cs="Segoe UI"/>
          <w:color w:val="0A0A0A"/>
        </w:rPr>
        <w:t>Motion &amp; forces (speed, distance/time graphs)</w:t>
      </w:r>
    </w:p>
    <w:p w14:paraId="54B39EEB" w14:textId="77777777" w:rsidR="00C165B6" w:rsidRDefault="00C165B6" w:rsidP="009074DF">
      <w:pPr>
        <w:pStyle w:val="NormalWeb"/>
        <w:numPr>
          <w:ilvl w:val="0"/>
          <w:numId w:val="31"/>
        </w:numPr>
        <w:spacing w:line="480" w:lineRule="atLeast"/>
        <w:textAlignment w:val="baseline"/>
        <w:rPr>
          <w:rFonts w:ascii="Montserrat" w:hAnsi="Montserrat" w:cs="Segoe UI"/>
          <w:color w:val="0A0A0A"/>
        </w:rPr>
      </w:pPr>
      <w:r>
        <w:rPr>
          <w:rFonts w:ascii="Montserrat" w:hAnsi="Montserrat" w:cs="Segoe UI"/>
          <w:color w:val="0A0A0A"/>
        </w:rPr>
        <w:t>Electricity (resistance, series/parallel circuits)</w:t>
      </w:r>
    </w:p>
    <w:p w14:paraId="09E48633" w14:textId="77777777" w:rsidR="00C165B6" w:rsidRDefault="00C165B6" w:rsidP="009074DF">
      <w:pPr>
        <w:pStyle w:val="NormalWeb"/>
        <w:numPr>
          <w:ilvl w:val="0"/>
          <w:numId w:val="31"/>
        </w:numPr>
        <w:spacing w:line="480" w:lineRule="atLeast"/>
        <w:textAlignment w:val="baseline"/>
        <w:rPr>
          <w:rFonts w:ascii="Montserrat" w:hAnsi="Montserrat" w:cs="Segoe UI"/>
          <w:color w:val="0A0A0A"/>
        </w:rPr>
      </w:pPr>
      <w:r>
        <w:rPr>
          <w:rFonts w:ascii="Montserrat" w:hAnsi="Montserrat" w:cs="Segoe UI"/>
          <w:color w:val="0A0A0A"/>
        </w:rPr>
        <w:t>Energy stores &amp; calculations</w:t>
      </w:r>
    </w:p>
    <w:p w14:paraId="1EFD0A6D" w14:textId="77777777" w:rsidR="00C165B6" w:rsidRDefault="00C165B6" w:rsidP="009074DF">
      <w:pPr>
        <w:pStyle w:val="NormalWeb"/>
        <w:numPr>
          <w:ilvl w:val="0"/>
          <w:numId w:val="31"/>
        </w:numPr>
        <w:spacing w:line="480" w:lineRule="atLeast"/>
        <w:textAlignment w:val="baseline"/>
        <w:rPr>
          <w:rFonts w:ascii="Montserrat" w:hAnsi="Montserrat" w:cs="Segoe UI"/>
          <w:color w:val="0A0A0A"/>
        </w:rPr>
      </w:pPr>
      <w:r>
        <w:rPr>
          <w:rFonts w:ascii="Montserrat" w:hAnsi="Montserrat" w:cs="Segoe UI"/>
          <w:color w:val="0A0A0A"/>
        </w:rPr>
        <w:t>Particle model (GCSE foundation topics)</w:t>
      </w:r>
    </w:p>
    <w:p w14:paraId="6C85BE67" w14:textId="77777777" w:rsidR="00C165B6" w:rsidRDefault="00C165B6">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COMPUTER SCIENCE</w:t>
      </w:r>
    </w:p>
    <w:p w14:paraId="61E66835"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Advanced Python: functions, lists, iteration, selection.</w:t>
      </w:r>
    </w:p>
    <w:p w14:paraId="5F389D95"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Algorithms: searching (linear, binary), sorting (bubble).</w:t>
      </w:r>
    </w:p>
    <w:p w14:paraId="1A023F4A"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Data representation: binary addition, ASCII, Unicode, images.</w:t>
      </w:r>
    </w:p>
    <w:p w14:paraId="6342AB69"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Logic gates (AND, OR, NOT).</w:t>
      </w:r>
    </w:p>
    <w:p w14:paraId="0FB6B776"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Computer systems: operating systems, embedded systems.</w:t>
      </w:r>
    </w:p>
    <w:p w14:paraId="6FA8D4F3"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Networks: protocols, topology, encryption.</w:t>
      </w:r>
    </w:p>
    <w:p w14:paraId="3AFE5920"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Cybersecurity: penetration testing, advanced threats.</w:t>
      </w:r>
    </w:p>
    <w:p w14:paraId="4AADFB37" w14:textId="77777777" w:rsidR="00C165B6" w:rsidRDefault="00C165B6" w:rsidP="009074DF">
      <w:pPr>
        <w:pStyle w:val="NormalWeb"/>
        <w:numPr>
          <w:ilvl w:val="0"/>
          <w:numId w:val="32"/>
        </w:numPr>
        <w:spacing w:line="480" w:lineRule="atLeast"/>
        <w:textAlignment w:val="baseline"/>
        <w:rPr>
          <w:rFonts w:ascii="Montserrat" w:hAnsi="Montserrat" w:cs="Segoe UI"/>
          <w:color w:val="0A0A0A"/>
        </w:rPr>
      </w:pPr>
      <w:r>
        <w:rPr>
          <w:rFonts w:ascii="Montserrat" w:hAnsi="Montserrat" w:cs="Segoe UI"/>
          <w:color w:val="0A0A0A"/>
        </w:rPr>
        <w:t>GCSE preparation tasks and problem-solving projects.</w:t>
      </w:r>
    </w:p>
    <w:p w14:paraId="649EDFD2" w14:textId="77777777" w:rsidR="001B4B21" w:rsidRDefault="001B4B21" w:rsidP="00717F7F">
      <w:pPr>
        <w:pStyle w:val="NormalWeb"/>
        <w:spacing w:line="480" w:lineRule="atLeast"/>
        <w:textAlignment w:val="baseline"/>
        <w:rPr>
          <w:rFonts w:ascii="Montserrat" w:hAnsi="Montserrat" w:cs="Segoe UI"/>
          <w:color w:val="0A0A0A"/>
          <w:sz w:val="32"/>
          <w:szCs w:val="32"/>
        </w:rPr>
      </w:pPr>
    </w:p>
    <w:p w14:paraId="5F5851B6" w14:textId="4225C76B" w:rsidR="0077614C" w:rsidRDefault="00B53220" w:rsidP="00011656">
      <w:pPr>
        <w:pStyle w:val="NormalWeb"/>
        <w:spacing w:line="480" w:lineRule="atLeast"/>
        <w:textAlignment w:val="baseline"/>
        <w:rPr>
          <w:rFonts w:ascii="Montserrat" w:hAnsi="Montserrat" w:cs="Segoe UI"/>
          <w:color w:val="0A0A0A"/>
          <w:sz w:val="32"/>
          <w:szCs w:val="32"/>
        </w:rPr>
      </w:pPr>
      <w:r w:rsidRPr="001B4B21">
        <w:rPr>
          <w:rFonts w:ascii="Montserrat" w:hAnsi="Montserrat" w:cs="Segoe UI"/>
          <w:color w:val="0A0A0A"/>
          <w:sz w:val="32"/>
          <w:szCs w:val="32"/>
        </w:rPr>
        <w:t>KSG/</w:t>
      </w:r>
      <w:r w:rsidR="001B4B21" w:rsidRPr="001B4B21">
        <w:rPr>
          <w:rFonts w:ascii="Montserrat" w:hAnsi="Montserrat" w:cs="Segoe UI"/>
          <w:color w:val="0A0A0A"/>
          <w:sz w:val="32"/>
          <w:szCs w:val="32"/>
        </w:rPr>
        <w:t>GCSE</w:t>
      </w:r>
    </w:p>
    <w:p w14:paraId="14C05E25" w14:textId="77777777" w:rsidR="00F21C12" w:rsidRDefault="00011656" w:rsidP="00F21C12">
      <w:pPr>
        <w:pStyle w:val="NormalWeb"/>
        <w:spacing w:line="480" w:lineRule="atLeast"/>
        <w:textAlignment w:val="baseline"/>
        <w:rPr>
          <w:rFonts w:ascii="Montserrat" w:hAnsi="Montserrat" w:cs="Segoe UI"/>
          <w:color w:val="0A0A0A"/>
          <w:sz w:val="32"/>
          <w:szCs w:val="32"/>
        </w:rPr>
      </w:pPr>
      <w:r>
        <w:rPr>
          <w:rFonts w:ascii="Montserrat" w:hAnsi="Montserrat" w:cs="Segoe UI"/>
          <w:color w:val="0A0A0A"/>
          <w:sz w:val="32"/>
          <w:szCs w:val="32"/>
        </w:rPr>
        <w:t>[YEAR 10] [Year 11]</w:t>
      </w:r>
    </w:p>
    <w:p w14:paraId="7B90B300" w14:textId="39465241" w:rsidR="0077614C" w:rsidRPr="00F21C12" w:rsidRDefault="0077614C" w:rsidP="00F21C12">
      <w:pPr>
        <w:pStyle w:val="NormalWeb"/>
        <w:spacing w:line="480" w:lineRule="atLeast"/>
        <w:textAlignment w:val="baseline"/>
        <w:rPr>
          <w:rFonts w:ascii="Montserrat" w:hAnsi="Montserrat" w:cs="Segoe UI"/>
          <w:color w:val="0A0A0A"/>
          <w:sz w:val="32"/>
          <w:szCs w:val="32"/>
        </w:rPr>
      </w:pPr>
      <w:hyperlink r:id="rId29" w:anchor="year10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sidR="00F21C12">
        <w:rPr>
          <w:rFonts w:ascii="Segoe UI" w:eastAsia="Times New Roman" w:hAnsi="Segoe UI" w:cs="Segoe UI"/>
          <w:color w:val="333333"/>
        </w:rPr>
        <w:t xml:space="preserve"> </w:t>
      </w:r>
      <w:hyperlink r:id="rId30" w:anchor="year10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r w:rsidR="00F21C12">
        <w:rPr>
          <w:rFonts w:ascii="Segoe UI" w:eastAsia="Times New Roman" w:hAnsi="Segoe UI" w:cs="Segoe UI"/>
          <w:color w:val="333333"/>
        </w:rPr>
        <w:t xml:space="preserve"> </w:t>
      </w:r>
      <w:hyperlink r:id="rId31" w:anchor="year10_science" w:history="1">
        <w:r>
          <w:rPr>
            <w:rStyle w:val="elementor-button-text"/>
            <w:rFonts w:ascii="Roboto" w:eastAsia="Times New Roman" w:hAnsi="Roboto" w:cs="Segoe UI"/>
            <w:color w:val="10AFF4"/>
            <w:sz w:val="23"/>
            <w:szCs w:val="23"/>
            <w:bdr w:val="single" w:sz="24" w:space="9" w:color="10AFF4" w:frame="1"/>
            <w:shd w:val="clear" w:color="auto" w:fill="FFFFFF"/>
          </w:rPr>
          <w:t>SCIENCE</w:t>
        </w:r>
      </w:hyperlink>
      <w:r w:rsidR="00F21C12">
        <w:rPr>
          <w:rFonts w:ascii="Segoe UI" w:eastAsia="Times New Roman" w:hAnsi="Segoe UI" w:cs="Segoe UI"/>
          <w:color w:val="333333"/>
        </w:rPr>
        <w:t xml:space="preserve"> </w:t>
      </w:r>
      <w:hyperlink r:id="rId32" w:anchor="year10_computer_science" w:history="1">
        <w:r>
          <w:rPr>
            <w:rStyle w:val="elementor-button-text"/>
            <w:rFonts w:ascii="Roboto" w:eastAsia="Times New Roman" w:hAnsi="Roboto" w:cs="Segoe UI"/>
            <w:color w:val="1EB187"/>
            <w:sz w:val="23"/>
            <w:szCs w:val="23"/>
            <w:bdr w:val="single" w:sz="24" w:space="9" w:color="1EB187" w:frame="1"/>
            <w:shd w:val="clear" w:color="auto" w:fill="FFFFFF"/>
          </w:rPr>
          <w:t>COMPUTER SCIENCE</w:t>
        </w:r>
      </w:hyperlink>
    </w:p>
    <w:p w14:paraId="792FFE6F" w14:textId="77777777" w:rsidR="0077614C" w:rsidRDefault="0077614C">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4140D6B2" w14:textId="77777777" w:rsidR="0077614C" w:rsidRDefault="0077614C">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Number &amp; Proportion</w:t>
      </w:r>
    </w:p>
    <w:p w14:paraId="6F793391" w14:textId="77777777" w:rsidR="0077614C" w:rsidRDefault="0077614C" w:rsidP="009074DF">
      <w:pPr>
        <w:numPr>
          <w:ilvl w:val="0"/>
          <w:numId w:val="3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Fractions, decimals, percentages (advanced)</w:t>
      </w:r>
    </w:p>
    <w:p w14:paraId="17BC37C4" w14:textId="77777777" w:rsidR="0077614C" w:rsidRDefault="0077614C" w:rsidP="009074DF">
      <w:pPr>
        <w:numPr>
          <w:ilvl w:val="0"/>
          <w:numId w:val="3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Ratio and direct proportion</w:t>
      </w:r>
    </w:p>
    <w:p w14:paraId="2AB417DF" w14:textId="77777777" w:rsidR="0077614C" w:rsidRDefault="0077614C" w:rsidP="009074DF">
      <w:pPr>
        <w:numPr>
          <w:ilvl w:val="0"/>
          <w:numId w:val="3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Surds (intro), indices laws</w:t>
      </w:r>
    </w:p>
    <w:p w14:paraId="5A048C4B" w14:textId="77777777" w:rsidR="0077614C" w:rsidRDefault="0077614C">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Algebra</w:t>
      </w:r>
    </w:p>
    <w:p w14:paraId="7B87019E" w14:textId="77777777" w:rsidR="0077614C" w:rsidRDefault="0077614C" w:rsidP="009074DF">
      <w:pPr>
        <w:numPr>
          <w:ilvl w:val="0"/>
          <w:numId w:val="3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Expanding &amp; </w:t>
      </w:r>
      <w:proofErr w:type="spellStart"/>
      <w:r>
        <w:rPr>
          <w:rFonts w:ascii="Montserrat" w:eastAsia="Times New Roman" w:hAnsi="Montserrat" w:cs="Segoe UI"/>
          <w:color w:val="0A0A0A"/>
        </w:rPr>
        <w:t>factorising</w:t>
      </w:r>
      <w:proofErr w:type="spellEnd"/>
      <w:r>
        <w:rPr>
          <w:rFonts w:ascii="Montserrat" w:eastAsia="Times New Roman" w:hAnsi="Montserrat" w:cs="Segoe UI"/>
          <w:color w:val="0A0A0A"/>
        </w:rPr>
        <w:t xml:space="preserve"> complex expressions</w:t>
      </w:r>
    </w:p>
    <w:p w14:paraId="05560B94" w14:textId="77777777" w:rsidR="0077614C" w:rsidRDefault="0077614C" w:rsidP="009074DF">
      <w:pPr>
        <w:numPr>
          <w:ilvl w:val="0"/>
          <w:numId w:val="3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Quadratic equations (solving &amp; </w:t>
      </w:r>
      <w:proofErr w:type="spellStart"/>
      <w:r>
        <w:rPr>
          <w:rFonts w:ascii="Montserrat" w:eastAsia="Times New Roman" w:hAnsi="Montserrat" w:cs="Segoe UI"/>
          <w:color w:val="0A0A0A"/>
        </w:rPr>
        <w:t>factorising</w:t>
      </w:r>
      <w:proofErr w:type="spellEnd"/>
      <w:r>
        <w:rPr>
          <w:rFonts w:ascii="Montserrat" w:eastAsia="Times New Roman" w:hAnsi="Montserrat" w:cs="Segoe UI"/>
          <w:color w:val="0A0A0A"/>
        </w:rPr>
        <w:t>)</w:t>
      </w:r>
    </w:p>
    <w:p w14:paraId="5106E5EF" w14:textId="77777777" w:rsidR="0077614C" w:rsidRDefault="0077614C" w:rsidP="009074DF">
      <w:pPr>
        <w:numPr>
          <w:ilvl w:val="0"/>
          <w:numId w:val="3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Linear and quadratic graphs</w:t>
      </w:r>
    </w:p>
    <w:p w14:paraId="10AFF25F" w14:textId="77777777" w:rsidR="0077614C" w:rsidRDefault="0077614C" w:rsidP="009074DF">
      <w:pPr>
        <w:numPr>
          <w:ilvl w:val="0"/>
          <w:numId w:val="3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Simultaneous equations</w:t>
      </w:r>
    </w:p>
    <w:p w14:paraId="48F1D33E" w14:textId="77777777" w:rsidR="0077614C" w:rsidRDefault="0077614C" w:rsidP="009074DF">
      <w:pPr>
        <w:numPr>
          <w:ilvl w:val="0"/>
          <w:numId w:val="3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Rearranging complex formulas</w:t>
      </w:r>
    </w:p>
    <w:p w14:paraId="0041DC3A" w14:textId="77777777" w:rsidR="0077614C" w:rsidRDefault="0077614C">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Geometry &amp; Measures</w:t>
      </w:r>
    </w:p>
    <w:p w14:paraId="79AA435B" w14:textId="77777777" w:rsidR="0077614C" w:rsidRDefault="0077614C" w:rsidP="009074DF">
      <w:pPr>
        <w:numPr>
          <w:ilvl w:val="0"/>
          <w:numId w:val="3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Trigonometry (SOHCAHTOA)</w:t>
      </w:r>
    </w:p>
    <w:p w14:paraId="13E6F34C" w14:textId="77777777" w:rsidR="0077614C" w:rsidRDefault="0077614C" w:rsidP="009074DF">
      <w:pPr>
        <w:numPr>
          <w:ilvl w:val="0"/>
          <w:numId w:val="3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Pythagoras (advanced problems)</w:t>
      </w:r>
    </w:p>
    <w:p w14:paraId="1E10686D" w14:textId="77777777" w:rsidR="0077614C" w:rsidRDefault="0077614C" w:rsidP="009074DF">
      <w:pPr>
        <w:numPr>
          <w:ilvl w:val="0"/>
          <w:numId w:val="3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Constructions &amp; loci</w:t>
      </w:r>
    </w:p>
    <w:p w14:paraId="7682F1D0" w14:textId="77777777" w:rsidR="0077614C" w:rsidRDefault="0077614C" w:rsidP="009074DF">
      <w:pPr>
        <w:numPr>
          <w:ilvl w:val="0"/>
          <w:numId w:val="3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Circle theorems (intro)</w:t>
      </w:r>
    </w:p>
    <w:p w14:paraId="1883BF10" w14:textId="77777777" w:rsidR="0077614C" w:rsidRDefault="0077614C" w:rsidP="009074DF">
      <w:pPr>
        <w:numPr>
          <w:ilvl w:val="0"/>
          <w:numId w:val="3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Bearings, transformations</w:t>
      </w:r>
    </w:p>
    <w:p w14:paraId="11457E17" w14:textId="77777777" w:rsidR="0077614C" w:rsidRDefault="0077614C">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Statistics &amp; Probability</w:t>
      </w:r>
    </w:p>
    <w:p w14:paraId="3202F174" w14:textId="77777777" w:rsidR="0077614C" w:rsidRDefault="0077614C" w:rsidP="009074DF">
      <w:pPr>
        <w:numPr>
          <w:ilvl w:val="0"/>
          <w:numId w:val="3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Averages &amp; spread</w:t>
      </w:r>
    </w:p>
    <w:p w14:paraId="35F5B25A" w14:textId="77777777" w:rsidR="0077614C" w:rsidRDefault="0077614C" w:rsidP="009074DF">
      <w:pPr>
        <w:numPr>
          <w:ilvl w:val="0"/>
          <w:numId w:val="3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Representing data</w:t>
      </w:r>
    </w:p>
    <w:p w14:paraId="2DC7FDEA" w14:textId="77777777" w:rsidR="0077614C" w:rsidRDefault="0077614C" w:rsidP="009074DF">
      <w:pPr>
        <w:numPr>
          <w:ilvl w:val="0"/>
          <w:numId w:val="3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Venn diagrams, probability laws</w:t>
      </w:r>
    </w:p>
    <w:p w14:paraId="4DAB0B66" w14:textId="77777777" w:rsidR="002F7EAC" w:rsidRDefault="002F7EAC">
      <w:pPr>
        <w:pStyle w:val="Heading2"/>
        <w:shd w:val="clear" w:color="auto" w:fill="E9F7F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ENGLISH</w:t>
      </w:r>
    </w:p>
    <w:p w14:paraId="35E11EBF" w14:textId="77777777" w:rsidR="002F7EAC" w:rsidRDefault="002F7EAC">
      <w:pPr>
        <w:pStyle w:val="NormalWeb"/>
        <w:shd w:val="clear" w:color="auto" w:fill="E9F7F3"/>
        <w:spacing w:line="480" w:lineRule="atLeast"/>
        <w:rPr>
          <w:rFonts w:ascii="Montserrat" w:hAnsi="Montserrat" w:cs="Segoe UI"/>
          <w:color w:val="0A0A0A"/>
        </w:rPr>
      </w:pPr>
      <w:r>
        <w:rPr>
          <w:rStyle w:val="Strong"/>
          <w:rFonts w:ascii="Montserrat" w:hAnsi="Montserrat" w:cs="Segoe UI"/>
          <w:color w:val="0A0A0A"/>
        </w:rPr>
        <w:t>English Language</w:t>
      </w:r>
    </w:p>
    <w:p w14:paraId="1865654C" w14:textId="77777777" w:rsidR="002F7EAC" w:rsidRDefault="002F7EAC" w:rsidP="009074DF">
      <w:pPr>
        <w:pStyle w:val="NormalWeb"/>
        <w:numPr>
          <w:ilvl w:val="0"/>
          <w:numId w:val="37"/>
        </w:numPr>
        <w:spacing w:line="480" w:lineRule="atLeast"/>
        <w:textAlignment w:val="baseline"/>
        <w:rPr>
          <w:rFonts w:ascii="Montserrat" w:hAnsi="Montserrat" w:cs="Segoe UI"/>
          <w:color w:val="0A0A0A"/>
        </w:rPr>
      </w:pPr>
      <w:r>
        <w:rPr>
          <w:rFonts w:ascii="Montserrat" w:hAnsi="Montserrat" w:cs="Segoe UI"/>
          <w:color w:val="0A0A0A"/>
        </w:rPr>
        <w:t>Paper 1: Explorations in Creative Reading &amp; Writing</w:t>
      </w:r>
    </w:p>
    <w:p w14:paraId="04EBDB45" w14:textId="77777777" w:rsidR="002F7EAC" w:rsidRDefault="002F7EAC" w:rsidP="009074DF">
      <w:pPr>
        <w:pStyle w:val="NormalWeb"/>
        <w:numPr>
          <w:ilvl w:val="0"/>
          <w:numId w:val="37"/>
        </w:numPr>
        <w:spacing w:line="480" w:lineRule="atLeast"/>
        <w:textAlignment w:val="baseline"/>
        <w:rPr>
          <w:rFonts w:ascii="Montserrat" w:hAnsi="Montserrat" w:cs="Segoe UI"/>
          <w:color w:val="0A0A0A"/>
        </w:rPr>
      </w:pPr>
      <w:r>
        <w:rPr>
          <w:rFonts w:ascii="Montserrat" w:hAnsi="Montserrat" w:cs="Segoe UI"/>
          <w:color w:val="0A0A0A"/>
        </w:rPr>
        <w:t>Paper 2: Writers’ Viewpoints &amp; Perspectives</w:t>
      </w:r>
    </w:p>
    <w:p w14:paraId="6747A48E" w14:textId="77777777" w:rsidR="002F7EAC" w:rsidRDefault="002F7EAC" w:rsidP="009074DF">
      <w:pPr>
        <w:pStyle w:val="NormalWeb"/>
        <w:numPr>
          <w:ilvl w:val="0"/>
          <w:numId w:val="37"/>
        </w:numPr>
        <w:spacing w:line="480" w:lineRule="atLeast"/>
        <w:textAlignment w:val="baseline"/>
        <w:rPr>
          <w:rFonts w:ascii="Montserrat" w:hAnsi="Montserrat" w:cs="Segoe UI"/>
          <w:color w:val="0A0A0A"/>
        </w:rPr>
      </w:pPr>
      <w:r>
        <w:rPr>
          <w:rFonts w:ascii="Montserrat" w:hAnsi="Montserrat" w:cs="Segoe UI"/>
          <w:color w:val="0A0A0A"/>
        </w:rPr>
        <w:t>Creative writing (narrative &amp; descriptive)</w:t>
      </w:r>
    </w:p>
    <w:p w14:paraId="4280C828" w14:textId="77777777" w:rsidR="002F7EAC" w:rsidRDefault="002F7EAC" w:rsidP="009074DF">
      <w:pPr>
        <w:pStyle w:val="NormalWeb"/>
        <w:numPr>
          <w:ilvl w:val="0"/>
          <w:numId w:val="37"/>
        </w:numPr>
        <w:spacing w:line="480" w:lineRule="atLeast"/>
        <w:textAlignment w:val="baseline"/>
        <w:rPr>
          <w:rFonts w:ascii="Montserrat" w:hAnsi="Montserrat" w:cs="Segoe UI"/>
          <w:color w:val="0A0A0A"/>
        </w:rPr>
      </w:pPr>
      <w:r>
        <w:rPr>
          <w:rFonts w:ascii="Montserrat" w:hAnsi="Montserrat" w:cs="Segoe UI"/>
          <w:color w:val="0A0A0A"/>
        </w:rPr>
        <w:t>Analytical responses to unseen fiction &amp; non-fiction</w:t>
      </w:r>
    </w:p>
    <w:p w14:paraId="618B87F0" w14:textId="77777777" w:rsidR="002F7EAC" w:rsidRDefault="002F7EAC" w:rsidP="009074DF">
      <w:pPr>
        <w:pStyle w:val="NormalWeb"/>
        <w:numPr>
          <w:ilvl w:val="0"/>
          <w:numId w:val="37"/>
        </w:numPr>
        <w:spacing w:line="480" w:lineRule="atLeast"/>
        <w:textAlignment w:val="baseline"/>
        <w:rPr>
          <w:rFonts w:ascii="Montserrat" w:hAnsi="Montserrat" w:cs="Segoe UI"/>
          <w:color w:val="0A0A0A"/>
        </w:rPr>
      </w:pPr>
      <w:r>
        <w:rPr>
          <w:rFonts w:ascii="Montserrat" w:hAnsi="Montserrat" w:cs="Segoe UI"/>
          <w:color w:val="0A0A0A"/>
        </w:rPr>
        <w:t>Summary and comparison skills</w:t>
      </w:r>
    </w:p>
    <w:p w14:paraId="40EAE11F" w14:textId="77777777" w:rsidR="002F7EAC" w:rsidRDefault="002F7EAC">
      <w:pPr>
        <w:pStyle w:val="NormalWeb"/>
        <w:shd w:val="clear" w:color="auto" w:fill="E9F7F3"/>
        <w:spacing w:line="480" w:lineRule="atLeast"/>
        <w:rPr>
          <w:rFonts w:ascii="Montserrat" w:hAnsi="Montserrat" w:cs="Segoe UI"/>
          <w:color w:val="0A0A0A"/>
        </w:rPr>
      </w:pPr>
      <w:r>
        <w:rPr>
          <w:rStyle w:val="Strong"/>
          <w:rFonts w:ascii="Montserrat" w:hAnsi="Montserrat" w:cs="Segoe UI"/>
          <w:color w:val="0A0A0A"/>
        </w:rPr>
        <w:t>English Literature</w:t>
      </w:r>
    </w:p>
    <w:p w14:paraId="0DCB416D" w14:textId="77777777" w:rsidR="002F7EAC" w:rsidRDefault="002F7EAC" w:rsidP="009074DF">
      <w:pPr>
        <w:numPr>
          <w:ilvl w:val="0"/>
          <w:numId w:val="3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Shakespeare full play (e.g., </w:t>
      </w:r>
      <w:r>
        <w:rPr>
          <w:rStyle w:val="Emphasis"/>
          <w:rFonts w:ascii="Montserrat" w:eastAsia="Times New Roman" w:hAnsi="Montserrat" w:cs="Segoe UI"/>
          <w:color w:val="0A0A0A"/>
        </w:rPr>
        <w:t>Macbeth</w:t>
      </w:r>
      <w:r>
        <w:rPr>
          <w:rFonts w:ascii="Montserrat" w:eastAsia="Times New Roman" w:hAnsi="Montserrat" w:cs="Segoe UI"/>
          <w:color w:val="0A0A0A"/>
        </w:rPr>
        <w:t>, </w:t>
      </w:r>
      <w:r>
        <w:rPr>
          <w:rStyle w:val="Emphasis"/>
          <w:rFonts w:ascii="Montserrat" w:eastAsia="Times New Roman" w:hAnsi="Montserrat" w:cs="Segoe UI"/>
          <w:color w:val="0A0A0A"/>
        </w:rPr>
        <w:t>Romeo &amp; Juliet</w:t>
      </w:r>
      <w:r>
        <w:rPr>
          <w:rFonts w:ascii="Montserrat" w:eastAsia="Times New Roman" w:hAnsi="Montserrat" w:cs="Segoe UI"/>
          <w:color w:val="0A0A0A"/>
        </w:rPr>
        <w:t>)</w:t>
      </w:r>
    </w:p>
    <w:p w14:paraId="499999EF" w14:textId="77777777" w:rsidR="002F7EAC" w:rsidRDefault="002F7EAC" w:rsidP="009074DF">
      <w:pPr>
        <w:numPr>
          <w:ilvl w:val="0"/>
          <w:numId w:val="3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Modern text (e.g., </w:t>
      </w:r>
      <w:r>
        <w:rPr>
          <w:rStyle w:val="Emphasis"/>
          <w:rFonts w:ascii="Montserrat" w:eastAsia="Times New Roman" w:hAnsi="Montserrat" w:cs="Segoe UI"/>
          <w:color w:val="0A0A0A"/>
        </w:rPr>
        <w:t>An Inspector Calls</w:t>
      </w:r>
      <w:r>
        <w:rPr>
          <w:rFonts w:ascii="Montserrat" w:eastAsia="Times New Roman" w:hAnsi="Montserrat" w:cs="Segoe UI"/>
          <w:color w:val="0A0A0A"/>
        </w:rPr>
        <w:t>, </w:t>
      </w:r>
      <w:r>
        <w:rPr>
          <w:rStyle w:val="Emphasis"/>
          <w:rFonts w:ascii="Montserrat" w:eastAsia="Times New Roman" w:hAnsi="Montserrat" w:cs="Segoe UI"/>
          <w:color w:val="0A0A0A"/>
        </w:rPr>
        <w:t>Blood Brothers</w:t>
      </w:r>
      <w:r>
        <w:rPr>
          <w:rFonts w:ascii="Montserrat" w:eastAsia="Times New Roman" w:hAnsi="Montserrat" w:cs="Segoe UI"/>
          <w:color w:val="0A0A0A"/>
        </w:rPr>
        <w:t>)</w:t>
      </w:r>
    </w:p>
    <w:p w14:paraId="24B34D87" w14:textId="77777777" w:rsidR="002F7EAC" w:rsidRDefault="002F7EAC" w:rsidP="009074DF">
      <w:pPr>
        <w:numPr>
          <w:ilvl w:val="0"/>
          <w:numId w:val="3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Poetry anthology (power &amp; conflict or love &amp; relationships)</w:t>
      </w:r>
    </w:p>
    <w:p w14:paraId="0DB1F682" w14:textId="77777777" w:rsidR="002F7EAC" w:rsidRDefault="002F7EAC" w:rsidP="009074DF">
      <w:pPr>
        <w:numPr>
          <w:ilvl w:val="0"/>
          <w:numId w:val="3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Introduction to unseen poetry</w:t>
      </w:r>
    </w:p>
    <w:p w14:paraId="7F4A911F" w14:textId="77777777" w:rsidR="002F7EAC" w:rsidRDefault="002F7EAC" w:rsidP="009074DF">
      <w:pPr>
        <w:numPr>
          <w:ilvl w:val="0"/>
          <w:numId w:val="3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Essay writing: structure, theme, context</w:t>
      </w:r>
    </w:p>
    <w:p w14:paraId="6AAE3F6E" w14:textId="77777777" w:rsidR="002F7EAC" w:rsidRDefault="002F7EAC">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SCIENCE</w:t>
      </w:r>
    </w:p>
    <w:p w14:paraId="39C451D4" w14:textId="77777777" w:rsidR="002F7EAC" w:rsidRDefault="002F7EAC">
      <w:pPr>
        <w:pStyle w:val="Heading5"/>
        <w:shd w:val="clear" w:color="auto" w:fill="E3F3FA"/>
        <w:rPr>
          <w:rFonts w:ascii="inherit" w:eastAsia="Times New Roman" w:hAnsi="inherit" w:cs="Segoe UI"/>
          <w:color w:val="0A0A0A"/>
          <w:sz w:val="20"/>
          <w:szCs w:val="20"/>
        </w:rPr>
      </w:pPr>
      <w:r>
        <w:rPr>
          <w:rFonts w:ascii="inherit" w:eastAsia="Times New Roman" w:hAnsi="inherit" w:cs="Segoe UI"/>
          <w:b/>
          <w:bCs/>
          <w:color w:val="0A0A0A"/>
        </w:rPr>
        <w:t>Biology</w:t>
      </w:r>
    </w:p>
    <w:p w14:paraId="3B83F6F3" w14:textId="77777777" w:rsidR="002F7EAC" w:rsidRDefault="002F7EAC" w:rsidP="009074DF">
      <w:pPr>
        <w:pStyle w:val="NormalWeb"/>
        <w:numPr>
          <w:ilvl w:val="0"/>
          <w:numId w:val="39"/>
        </w:numPr>
        <w:spacing w:line="480" w:lineRule="atLeast"/>
        <w:textAlignment w:val="baseline"/>
        <w:rPr>
          <w:rFonts w:ascii="Montserrat" w:hAnsi="Montserrat" w:cs="Segoe UI"/>
          <w:color w:val="0A0A0A"/>
        </w:rPr>
      </w:pPr>
      <w:r>
        <w:rPr>
          <w:rFonts w:ascii="Montserrat" w:hAnsi="Montserrat" w:cs="Segoe UI"/>
          <w:color w:val="0A0A0A"/>
        </w:rPr>
        <w:t>Cell biology</w:t>
      </w:r>
    </w:p>
    <w:p w14:paraId="50A5A650" w14:textId="77777777" w:rsidR="002F7EAC" w:rsidRDefault="002F7EAC" w:rsidP="009074DF">
      <w:pPr>
        <w:pStyle w:val="NormalWeb"/>
        <w:numPr>
          <w:ilvl w:val="0"/>
          <w:numId w:val="39"/>
        </w:numPr>
        <w:spacing w:line="480" w:lineRule="atLeast"/>
        <w:textAlignment w:val="baseline"/>
        <w:rPr>
          <w:rFonts w:ascii="Montserrat" w:hAnsi="Montserrat" w:cs="Segoe UI"/>
          <w:color w:val="0A0A0A"/>
        </w:rPr>
      </w:pPr>
      <w:r>
        <w:rPr>
          <w:rFonts w:ascii="Montserrat" w:hAnsi="Montserrat" w:cs="Segoe UI"/>
          <w:color w:val="0A0A0A"/>
        </w:rPr>
        <w:t>Organisation (tissues, organs, enzymes, circulatory system)</w:t>
      </w:r>
    </w:p>
    <w:p w14:paraId="7DEA2353" w14:textId="77777777" w:rsidR="002F7EAC" w:rsidRDefault="002F7EAC" w:rsidP="009074DF">
      <w:pPr>
        <w:pStyle w:val="NormalWeb"/>
        <w:numPr>
          <w:ilvl w:val="0"/>
          <w:numId w:val="39"/>
        </w:numPr>
        <w:spacing w:line="480" w:lineRule="atLeast"/>
        <w:textAlignment w:val="baseline"/>
        <w:rPr>
          <w:rFonts w:ascii="Montserrat" w:hAnsi="Montserrat" w:cs="Segoe UI"/>
          <w:color w:val="0A0A0A"/>
        </w:rPr>
      </w:pPr>
      <w:r>
        <w:rPr>
          <w:rFonts w:ascii="Montserrat" w:hAnsi="Montserrat" w:cs="Segoe UI"/>
          <w:color w:val="0A0A0A"/>
        </w:rPr>
        <w:t>Infection &amp; response</w:t>
      </w:r>
    </w:p>
    <w:p w14:paraId="1A5A264F" w14:textId="77777777" w:rsidR="002F7EAC" w:rsidRDefault="002F7EAC" w:rsidP="009074DF">
      <w:pPr>
        <w:pStyle w:val="NormalWeb"/>
        <w:numPr>
          <w:ilvl w:val="0"/>
          <w:numId w:val="39"/>
        </w:numPr>
        <w:spacing w:line="480" w:lineRule="atLeast"/>
        <w:textAlignment w:val="baseline"/>
        <w:rPr>
          <w:rFonts w:ascii="Montserrat" w:hAnsi="Montserrat" w:cs="Segoe UI"/>
          <w:color w:val="0A0A0A"/>
        </w:rPr>
      </w:pPr>
      <w:r>
        <w:rPr>
          <w:rFonts w:ascii="Montserrat" w:hAnsi="Montserrat" w:cs="Segoe UI"/>
          <w:color w:val="0A0A0A"/>
        </w:rPr>
        <w:t>Bioenergetics (photosynthesis, respiration)</w:t>
      </w:r>
    </w:p>
    <w:p w14:paraId="0F7C619F" w14:textId="77777777" w:rsidR="002F7EAC" w:rsidRDefault="002F7EAC">
      <w:pPr>
        <w:pStyle w:val="Heading5"/>
        <w:shd w:val="clear" w:color="auto" w:fill="E3F3FA"/>
        <w:rPr>
          <w:rFonts w:ascii="inherit" w:eastAsia="Times New Roman" w:hAnsi="inherit" w:cs="Segoe UI"/>
          <w:color w:val="0A0A0A"/>
        </w:rPr>
      </w:pPr>
      <w:r>
        <w:rPr>
          <w:rFonts w:ascii="inherit" w:eastAsia="Times New Roman" w:hAnsi="inherit" w:cs="Segoe UI"/>
          <w:b/>
          <w:bCs/>
          <w:color w:val="0A0A0A"/>
        </w:rPr>
        <w:t>Chemistry</w:t>
      </w:r>
    </w:p>
    <w:p w14:paraId="31B9B7BA" w14:textId="77777777" w:rsidR="002F7EAC" w:rsidRDefault="002F7EAC" w:rsidP="009074DF">
      <w:pPr>
        <w:pStyle w:val="NormalWeb"/>
        <w:numPr>
          <w:ilvl w:val="0"/>
          <w:numId w:val="40"/>
        </w:numPr>
        <w:spacing w:line="480" w:lineRule="atLeast"/>
        <w:textAlignment w:val="baseline"/>
        <w:rPr>
          <w:rFonts w:ascii="Montserrat" w:hAnsi="Montserrat" w:cs="Segoe UI"/>
          <w:color w:val="0A0A0A"/>
        </w:rPr>
      </w:pPr>
      <w:r>
        <w:rPr>
          <w:rFonts w:ascii="Montserrat" w:hAnsi="Montserrat" w:cs="Segoe UI"/>
          <w:color w:val="0A0A0A"/>
        </w:rPr>
        <w:t>Atomic structure</w:t>
      </w:r>
    </w:p>
    <w:p w14:paraId="3CCA1F6E" w14:textId="77777777" w:rsidR="002F7EAC" w:rsidRDefault="002F7EAC" w:rsidP="009074DF">
      <w:pPr>
        <w:pStyle w:val="NormalWeb"/>
        <w:numPr>
          <w:ilvl w:val="0"/>
          <w:numId w:val="40"/>
        </w:numPr>
        <w:spacing w:line="480" w:lineRule="atLeast"/>
        <w:textAlignment w:val="baseline"/>
        <w:rPr>
          <w:rFonts w:ascii="Montserrat" w:hAnsi="Montserrat" w:cs="Segoe UI"/>
          <w:color w:val="0A0A0A"/>
        </w:rPr>
      </w:pPr>
      <w:r>
        <w:rPr>
          <w:rFonts w:ascii="Montserrat" w:hAnsi="Montserrat" w:cs="Segoe UI"/>
          <w:color w:val="0A0A0A"/>
        </w:rPr>
        <w:lastRenderedPageBreak/>
        <w:t>The periodic table</w:t>
      </w:r>
    </w:p>
    <w:p w14:paraId="31249607" w14:textId="77777777" w:rsidR="002F7EAC" w:rsidRDefault="002F7EAC" w:rsidP="009074DF">
      <w:pPr>
        <w:pStyle w:val="NormalWeb"/>
        <w:numPr>
          <w:ilvl w:val="0"/>
          <w:numId w:val="40"/>
        </w:numPr>
        <w:spacing w:line="480" w:lineRule="atLeast"/>
        <w:textAlignment w:val="baseline"/>
        <w:rPr>
          <w:rFonts w:ascii="Montserrat" w:hAnsi="Montserrat" w:cs="Segoe UI"/>
          <w:color w:val="0A0A0A"/>
        </w:rPr>
      </w:pPr>
      <w:r>
        <w:rPr>
          <w:rFonts w:ascii="Montserrat" w:hAnsi="Montserrat" w:cs="Segoe UI"/>
          <w:color w:val="0A0A0A"/>
        </w:rPr>
        <w:t>Bonding &amp; structure</w:t>
      </w:r>
    </w:p>
    <w:p w14:paraId="639C66ED" w14:textId="77777777" w:rsidR="002F7EAC" w:rsidRDefault="002F7EAC" w:rsidP="009074DF">
      <w:pPr>
        <w:pStyle w:val="NormalWeb"/>
        <w:numPr>
          <w:ilvl w:val="0"/>
          <w:numId w:val="40"/>
        </w:numPr>
        <w:spacing w:line="480" w:lineRule="atLeast"/>
        <w:textAlignment w:val="baseline"/>
        <w:rPr>
          <w:rFonts w:ascii="Montserrat" w:hAnsi="Montserrat" w:cs="Segoe UI"/>
          <w:color w:val="0A0A0A"/>
        </w:rPr>
      </w:pPr>
      <w:r>
        <w:rPr>
          <w:rFonts w:ascii="Montserrat" w:hAnsi="Montserrat" w:cs="Segoe UI"/>
          <w:color w:val="0A0A0A"/>
        </w:rPr>
        <w:t>Chemical changes (electrolysis, reactivity series)</w:t>
      </w:r>
    </w:p>
    <w:p w14:paraId="022590E1" w14:textId="77777777" w:rsidR="002F7EAC" w:rsidRDefault="002F7EAC" w:rsidP="009074DF">
      <w:pPr>
        <w:pStyle w:val="NormalWeb"/>
        <w:numPr>
          <w:ilvl w:val="0"/>
          <w:numId w:val="40"/>
        </w:numPr>
        <w:spacing w:line="480" w:lineRule="atLeast"/>
        <w:textAlignment w:val="baseline"/>
        <w:rPr>
          <w:rFonts w:ascii="Montserrat" w:hAnsi="Montserrat" w:cs="Segoe UI"/>
          <w:color w:val="0A0A0A"/>
        </w:rPr>
      </w:pPr>
      <w:r>
        <w:rPr>
          <w:rFonts w:ascii="Montserrat" w:hAnsi="Montserrat" w:cs="Segoe UI"/>
          <w:color w:val="0A0A0A"/>
        </w:rPr>
        <w:t>Energy changes in reactions</w:t>
      </w:r>
    </w:p>
    <w:p w14:paraId="7633C819" w14:textId="77777777" w:rsidR="002F7EAC" w:rsidRDefault="002F7EAC">
      <w:pPr>
        <w:pStyle w:val="Heading5"/>
        <w:shd w:val="clear" w:color="auto" w:fill="E3F3FA"/>
        <w:rPr>
          <w:rFonts w:ascii="inherit" w:eastAsia="Times New Roman" w:hAnsi="inherit" w:cs="Segoe UI"/>
          <w:color w:val="0A0A0A"/>
        </w:rPr>
      </w:pPr>
      <w:r>
        <w:rPr>
          <w:rFonts w:ascii="inherit" w:eastAsia="Times New Roman" w:hAnsi="inherit" w:cs="Segoe UI"/>
          <w:b/>
          <w:bCs/>
          <w:color w:val="0A0A0A"/>
        </w:rPr>
        <w:t>Physics</w:t>
      </w:r>
    </w:p>
    <w:p w14:paraId="3B906869" w14:textId="77777777" w:rsidR="002F7EAC" w:rsidRDefault="002F7EAC" w:rsidP="009074DF">
      <w:pPr>
        <w:pStyle w:val="NormalWeb"/>
        <w:numPr>
          <w:ilvl w:val="0"/>
          <w:numId w:val="41"/>
        </w:numPr>
        <w:spacing w:line="480" w:lineRule="atLeast"/>
        <w:textAlignment w:val="baseline"/>
        <w:rPr>
          <w:rFonts w:ascii="Montserrat" w:hAnsi="Montserrat" w:cs="Segoe UI"/>
          <w:color w:val="0A0A0A"/>
        </w:rPr>
      </w:pPr>
      <w:r>
        <w:rPr>
          <w:rFonts w:ascii="Montserrat" w:hAnsi="Montserrat" w:cs="Segoe UI"/>
          <w:color w:val="0A0A0A"/>
        </w:rPr>
        <w:t>Energy stores &amp; systems</w:t>
      </w:r>
    </w:p>
    <w:p w14:paraId="2E02622E" w14:textId="77777777" w:rsidR="002F7EAC" w:rsidRDefault="002F7EAC" w:rsidP="009074DF">
      <w:pPr>
        <w:pStyle w:val="NormalWeb"/>
        <w:numPr>
          <w:ilvl w:val="0"/>
          <w:numId w:val="41"/>
        </w:numPr>
        <w:spacing w:line="480" w:lineRule="atLeast"/>
        <w:textAlignment w:val="baseline"/>
        <w:rPr>
          <w:rFonts w:ascii="Montserrat" w:hAnsi="Montserrat" w:cs="Segoe UI"/>
          <w:color w:val="0A0A0A"/>
        </w:rPr>
      </w:pPr>
      <w:r>
        <w:rPr>
          <w:rFonts w:ascii="Montserrat" w:hAnsi="Montserrat" w:cs="Segoe UI"/>
          <w:color w:val="0A0A0A"/>
        </w:rPr>
        <w:t>Electricity: circuits, resistance, power</w:t>
      </w:r>
    </w:p>
    <w:p w14:paraId="2C7D56FA" w14:textId="77777777" w:rsidR="002F7EAC" w:rsidRDefault="002F7EAC" w:rsidP="009074DF">
      <w:pPr>
        <w:pStyle w:val="NormalWeb"/>
        <w:numPr>
          <w:ilvl w:val="0"/>
          <w:numId w:val="41"/>
        </w:numPr>
        <w:spacing w:line="480" w:lineRule="atLeast"/>
        <w:textAlignment w:val="baseline"/>
        <w:rPr>
          <w:rFonts w:ascii="Montserrat" w:hAnsi="Montserrat" w:cs="Segoe UI"/>
          <w:color w:val="0A0A0A"/>
        </w:rPr>
      </w:pPr>
      <w:r>
        <w:rPr>
          <w:rFonts w:ascii="Montserrat" w:hAnsi="Montserrat" w:cs="Segoe UI"/>
          <w:color w:val="0A0A0A"/>
        </w:rPr>
        <w:t>Particle model of matter</w:t>
      </w:r>
    </w:p>
    <w:p w14:paraId="5F7E8D9C" w14:textId="77777777" w:rsidR="002F7EAC" w:rsidRDefault="002F7EAC" w:rsidP="009074DF">
      <w:pPr>
        <w:pStyle w:val="NormalWeb"/>
        <w:numPr>
          <w:ilvl w:val="0"/>
          <w:numId w:val="41"/>
        </w:numPr>
        <w:spacing w:line="480" w:lineRule="atLeast"/>
        <w:textAlignment w:val="baseline"/>
        <w:rPr>
          <w:rFonts w:ascii="Montserrat" w:hAnsi="Montserrat" w:cs="Segoe UI"/>
          <w:color w:val="0A0A0A"/>
        </w:rPr>
      </w:pPr>
      <w:r>
        <w:rPr>
          <w:rFonts w:ascii="Montserrat" w:hAnsi="Montserrat" w:cs="Segoe UI"/>
          <w:color w:val="0A0A0A"/>
        </w:rPr>
        <w:t>Radioactivity (intro)</w:t>
      </w:r>
    </w:p>
    <w:p w14:paraId="34D0235C" w14:textId="77777777" w:rsidR="00585F3B" w:rsidRDefault="00585F3B">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COMPUTER SCIENCE</w:t>
      </w:r>
    </w:p>
    <w:p w14:paraId="2FE949DA" w14:textId="77777777" w:rsidR="00585F3B" w:rsidRDefault="00585F3B">
      <w:pPr>
        <w:pStyle w:val="Heading5"/>
        <w:rPr>
          <w:rFonts w:ascii="inherit" w:eastAsia="Times New Roman" w:hAnsi="inherit" w:cs="Times New Roman"/>
          <w:color w:val="0A0A0A"/>
        </w:rPr>
      </w:pPr>
      <w:r>
        <w:rPr>
          <w:rFonts w:ascii="inherit" w:eastAsia="Times New Roman" w:hAnsi="inherit"/>
          <w:b/>
          <w:bCs/>
          <w:color w:val="0A0A0A"/>
        </w:rPr>
        <w:t>Computing Theory</w:t>
      </w:r>
    </w:p>
    <w:p w14:paraId="23C30A56" w14:textId="77777777" w:rsidR="00585F3B" w:rsidRDefault="00585F3B" w:rsidP="009074DF">
      <w:pPr>
        <w:pStyle w:val="NormalWeb"/>
        <w:numPr>
          <w:ilvl w:val="0"/>
          <w:numId w:val="42"/>
        </w:numPr>
        <w:spacing w:line="480" w:lineRule="atLeast"/>
        <w:textAlignment w:val="baseline"/>
        <w:rPr>
          <w:rFonts w:ascii="Montserrat" w:hAnsi="Montserrat"/>
          <w:color w:val="0A0A0A"/>
        </w:rPr>
      </w:pPr>
      <w:r>
        <w:rPr>
          <w:rFonts w:ascii="Montserrat" w:hAnsi="Montserrat"/>
          <w:color w:val="0A0A0A"/>
        </w:rPr>
        <w:t>System architecture (CPU, memory, cache, registers)</w:t>
      </w:r>
    </w:p>
    <w:p w14:paraId="0C704C6D" w14:textId="77777777" w:rsidR="00585F3B" w:rsidRDefault="00585F3B" w:rsidP="009074DF">
      <w:pPr>
        <w:pStyle w:val="NormalWeb"/>
        <w:numPr>
          <w:ilvl w:val="0"/>
          <w:numId w:val="42"/>
        </w:numPr>
        <w:spacing w:line="480" w:lineRule="atLeast"/>
        <w:textAlignment w:val="baseline"/>
        <w:rPr>
          <w:rFonts w:ascii="Montserrat" w:hAnsi="Montserrat"/>
          <w:color w:val="0A0A0A"/>
        </w:rPr>
      </w:pPr>
      <w:r>
        <w:rPr>
          <w:rFonts w:ascii="Montserrat" w:hAnsi="Montserrat"/>
          <w:color w:val="0A0A0A"/>
        </w:rPr>
        <w:t>Embedded systems</w:t>
      </w:r>
    </w:p>
    <w:p w14:paraId="4B30BA81" w14:textId="77777777" w:rsidR="00585F3B" w:rsidRDefault="00585F3B" w:rsidP="009074DF">
      <w:pPr>
        <w:pStyle w:val="NormalWeb"/>
        <w:numPr>
          <w:ilvl w:val="0"/>
          <w:numId w:val="42"/>
        </w:numPr>
        <w:spacing w:line="480" w:lineRule="atLeast"/>
        <w:textAlignment w:val="baseline"/>
        <w:rPr>
          <w:rFonts w:ascii="Montserrat" w:hAnsi="Montserrat"/>
          <w:color w:val="0A0A0A"/>
        </w:rPr>
      </w:pPr>
      <w:r>
        <w:rPr>
          <w:rFonts w:ascii="Montserrat" w:hAnsi="Montserrat"/>
          <w:color w:val="0A0A0A"/>
        </w:rPr>
        <w:t>Networks (topologies, hardware, protocols, TCP/IP)</w:t>
      </w:r>
    </w:p>
    <w:p w14:paraId="276FB697" w14:textId="77777777" w:rsidR="00585F3B" w:rsidRDefault="00585F3B" w:rsidP="009074DF">
      <w:pPr>
        <w:pStyle w:val="NormalWeb"/>
        <w:numPr>
          <w:ilvl w:val="0"/>
          <w:numId w:val="42"/>
        </w:numPr>
        <w:spacing w:line="480" w:lineRule="atLeast"/>
        <w:textAlignment w:val="baseline"/>
        <w:rPr>
          <w:rFonts w:ascii="Montserrat" w:hAnsi="Montserrat"/>
          <w:color w:val="0A0A0A"/>
        </w:rPr>
      </w:pPr>
      <w:r>
        <w:rPr>
          <w:rFonts w:ascii="Montserrat" w:hAnsi="Montserrat"/>
          <w:color w:val="0A0A0A"/>
        </w:rPr>
        <w:t>Cybersecurity (malware, threats, social engineering)</w:t>
      </w:r>
    </w:p>
    <w:p w14:paraId="03BC7C87" w14:textId="77777777" w:rsidR="00585F3B" w:rsidRDefault="00585F3B" w:rsidP="009074DF">
      <w:pPr>
        <w:pStyle w:val="NormalWeb"/>
        <w:numPr>
          <w:ilvl w:val="0"/>
          <w:numId w:val="42"/>
        </w:numPr>
        <w:spacing w:line="480" w:lineRule="atLeast"/>
        <w:textAlignment w:val="baseline"/>
        <w:rPr>
          <w:rFonts w:ascii="Montserrat" w:hAnsi="Montserrat"/>
          <w:color w:val="0A0A0A"/>
        </w:rPr>
      </w:pPr>
      <w:r>
        <w:rPr>
          <w:rFonts w:ascii="Montserrat" w:hAnsi="Montserrat"/>
          <w:color w:val="0A0A0A"/>
        </w:rPr>
        <w:t>Legal &amp; ethical issues</w:t>
      </w:r>
    </w:p>
    <w:p w14:paraId="7101E6F6" w14:textId="77777777" w:rsidR="00585F3B" w:rsidRDefault="00585F3B">
      <w:pPr>
        <w:pStyle w:val="Heading5"/>
        <w:rPr>
          <w:rFonts w:ascii="inherit" w:eastAsia="Times New Roman" w:hAnsi="inherit"/>
          <w:color w:val="0A0A0A"/>
        </w:rPr>
      </w:pPr>
      <w:r>
        <w:rPr>
          <w:rFonts w:ascii="inherit" w:eastAsia="Times New Roman" w:hAnsi="inherit"/>
          <w:b/>
          <w:bCs/>
          <w:color w:val="0A0A0A"/>
        </w:rPr>
        <w:t>Programming &amp; Algorithms</w:t>
      </w:r>
    </w:p>
    <w:p w14:paraId="710653BD" w14:textId="77777777" w:rsidR="00585F3B" w:rsidRDefault="00585F3B" w:rsidP="009074DF">
      <w:pPr>
        <w:numPr>
          <w:ilvl w:val="0"/>
          <w:numId w:val="4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Python programming (input/output, loops, functions)</w:t>
      </w:r>
    </w:p>
    <w:p w14:paraId="1AC77AEA" w14:textId="77777777" w:rsidR="00585F3B" w:rsidRDefault="00585F3B" w:rsidP="009074DF">
      <w:pPr>
        <w:numPr>
          <w:ilvl w:val="0"/>
          <w:numId w:val="4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Data types &amp; structures (arrays/lists)</w:t>
      </w:r>
    </w:p>
    <w:p w14:paraId="71C32338" w14:textId="77777777" w:rsidR="00585F3B" w:rsidRDefault="00585F3B" w:rsidP="009074DF">
      <w:pPr>
        <w:numPr>
          <w:ilvl w:val="0"/>
          <w:numId w:val="4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Algorithms: sorting (bubble, merge intro), searching</w:t>
      </w:r>
    </w:p>
    <w:p w14:paraId="662B0EBB" w14:textId="6B463BFC" w:rsidR="00585F3B" w:rsidRDefault="00585F3B" w:rsidP="009074DF">
      <w:pPr>
        <w:numPr>
          <w:ilvl w:val="0"/>
          <w:numId w:val="4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 xml:space="preserve">Flowcharts, </w:t>
      </w:r>
      <w:r w:rsidR="009074DF">
        <w:rPr>
          <w:rFonts w:ascii="Montserrat" w:eastAsia="Times New Roman" w:hAnsi="Montserrat"/>
          <w:color w:val="0A0A0A"/>
        </w:rPr>
        <w:t>pseudo code</w:t>
      </w:r>
    </w:p>
    <w:p w14:paraId="1CE111A6" w14:textId="77777777" w:rsidR="00585F3B" w:rsidRDefault="00585F3B" w:rsidP="009074DF">
      <w:pPr>
        <w:numPr>
          <w:ilvl w:val="0"/>
          <w:numId w:val="4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Defensive programming, validation</w:t>
      </w:r>
    </w:p>
    <w:p w14:paraId="016ECE7F" w14:textId="77777777" w:rsidR="00585F3B" w:rsidRDefault="00585F3B" w:rsidP="009074DF">
      <w:pPr>
        <w:numPr>
          <w:ilvl w:val="0"/>
          <w:numId w:val="4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Computational thinking (abstraction, decomposition)</w:t>
      </w:r>
    </w:p>
    <w:p w14:paraId="2B462E15" w14:textId="77777777" w:rsidR="00462215" w:rsidRDefault="00462215">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lastRenderedPageBreak/>
        <w:t>YEAR 11</w:t>
      </w:r>
    </w:p>
    <w:p w14:paraId="34E695F1" w14:textId="23ED5BBF" w:rsidR="00462215" w:rsidRPr="00462215" w:rsidRDefault="00462215">
      <w:pPr>
        <w:shd w:val="clear" w:color="auto" w:fill="FFFFFF"/>
        <w:rPr>
          <w:rFonts w:ascii="Segoe UI" w:eastAsia="Times New Roman" w:hAnsi="Segoe UI" w:cs="Segoe UI"/>
          <w:color w:val="333333"/>
          <w:sz w:val="24"/>
          <w:szCs w:val="24"/>
        </w:rPr>
      </w:pPr>
      <w:hyperlink r:id="rId33" w:anchor="year11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34" w:anchor="year11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r>
        <w:rPr>
          <w:rFonts w:ascii="Segoe UI" w:eastAsia="Times New Roman" w:hAnsi="Segoe UI" w:cs="Segoe UI"/>
          <w:color w:val="333333"/>
          <w:sz w:val="24"/>
          <w:szCs w:val="24"/>
        </w:rPr>
        <w:t xml:space="preserve"> </w:t>
      </w:r>
      <w:hyperlink r:id="rId35" w:anchor="year11_science" w:history="1">
        <w:r>
          <w:rPr>
            <w:rStyle w:val="elementor-button-text"/>
            <w:rFonts w:ascii="Roboto" w:eastAsia="Times New Roman" w:hAnsi="Roboto" w:cs="Segoe UI"/>
            <w:color w:val="10AFF4"/>
            <w:sz w:val="23"/>
            <w:szCs w:val="23"/>
            <w:bdr w:val="single" w:sz="24" w:space="9" w:color="10AFF4" w:frame="1"/>
            <w:shd w:val="clear" w:color="auto" w:fill="FFFFFF"/>
          </w:rPr>
          <w:t>SCIENCE</w:t>
        </w:r>
      </w:hyperlink>
      <w:r>
        <w:rPr>
          <w:rFonts w:ascii="Segoe UI" w:eastAsia="Times New Roman" w:hAnsi="Segoe UI" w:cs="Segoe UI"/>
          <w:color w:val="333333"/>
          <w:sz w:val="24"/>
          <w:szCs w:val="24"/>
        </w:rPr>
        <w:t xml:space="preserve"> </w:t>
      </w:r>
      <w:hyperlink r:id="rId36" w:anchor="year11_computer_science" w:history="1">
        <w:r>
          <w:rPr>
            <w:rStyle w:val="elementor-button-text"/>
            <w:rFonts w:ascii="Roboto" w:eastAsia="Times New Roman" w:hAnsi="Roboto" w:cs="Segoe UI"/>
            <w:color w:val="1EB187"/>
            <w:sz w:val="23"/>
            <w:szCs w:val="23"/>
            <w:bdr w:val="single" w:sz="24" w:space="9" w:color="1EB187" w:frame="1"/>
            <w:shd w:val="clear" w:color="auto" w:fill="FFFFFF"/>
          </w:rPr>
          <w:t>COMPUTER SCIENCE</w:t>
        </w:r>
      </w:hyperlink>
    </w:p>
    <w:p w14:paraId="0D13031D" w14:textId="77777777" w:rsidR="00462215" w:rsidRDefault="00462215">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2D6B2ABB" w14:textId="77777777" w:rsidR="00462215" w:rsidRDefault="00462215">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Algebra (Higher content included where appropriate)</w:t>
      </w:r>
    </w:p>
    <w:p w14:paraId="03530E72" w14:textId="77777777" w:rsidR="00462215" w:rsidRDefault="00462215" w:rsidP="009074DF">
      <w:pPr>
        <w:pStyle w:val="NormalWeb"/>
        <w:numPr>
          <w:ilvl w:val="0"/>
          <w:numId w:val="44"/>
        </w:numPr>
        <w:spacing w:line="480" w:lineRule="atLeast"/>
        <w:textAlignment w:val="baseline"/>
        <w:rPr>
          <w:rFonts w:ascii="Montserrat" w:hAnsi="Montserrat" w:cs="Segoe UI"/>
          <w:color w:val="0A0A0A"/>
        </w:rPr>
      </w:pPr>
      <w:r>
        <w:rPr>
          <w:rFonts w:ascii="Montserrat" w:hAnsi="Montserrat" w:cs="Segoe UI"/>
          <w:color w:val="0A0A0A"/>
        </w:rPr>
        <w:t>Quadratic graphs &amp; simultaneous equations (advanced)</w:t>
      </w:r>
    </w:p>
    <w:p w14:paraId="245DDBF8" w14:textId="77777777" w:rsidR="00462215" w:rsidRDefault="00462215" w:rsidP="009074DF">
      <w:pPr>
        <w:pStyle w:val="NormalWeb"/>
        <w:numPr>
          <w:ilvl w:val="0"/>
          <w:numId w:val="44"/>
        </w:numPr>
        <w:spacing w:line="480" w:lineRule="atLeast"/>
        <w:textAlignment w:val="baseline"/>
        <w:rPr>
          <w:rFonts w:ascii="Montserrat" w:hAnsi="Montserrat" w:cs="Segoe UI"/>
          <w:color w:val="0A0A0A"/>
        </w:rPr>
      </w:pPr>
      <w:r>
        <w:rPr>
          <w:rFonts w:ascii="Montserrat" w:hAnsi="Montserrat" w:cs="Segoe UI"/>
          <w:color w:val="0A0A0A"/>
        </w:rPr>
        <w:t>Transformations of functions</w:t>
      </w:r>
    </w:p>
    <w:p w14:paraId="3FCC878C" w14:textId="77777777" w:rsidR="00462215" w:rsidRDefault="00462215" w:rsidP="009074DF">
      <w:pPr>
        <w:pStyle w:val="NormalWeb"/>
        <w:numPr>
          <w:ilvl w:val="0"/>
          <w:numId w:val="44"/>
        </w:numPr>
        <w:spacing w:line="480" w:lineRule="atLeast"/>
        <w:textAlignment w:val="baseline"/>
        <w:rPr>
          <w:rFonts w:ascii="Montserrat" w:hAnsi="Montserrat" w:cs="Segoe UI"/>
          <w:color w:val="0A0A0A"/>
        </w:rPr>
      </w:pPr>
      <w:r>
        <w:rPr>
          <w:rFonts w:ascii="Montserrat" w:hAnsi="Montserrat" w:cs="Segoe UI"/>
          <w:color w:val="0A0A0A"/>
        </w:rPr>
        <w:t>Solving quadratic &amp; cubic equations</w:t>
      </w:r>
    </w:p>
    <w:p w14:paraId="2478D729" w14:textId="77777777" w:rsidR="00462215" w:rsidRDefault="00462215" w:rsidP="009074DF">
      <w:pPr>
        <w:pStyle w:val="NormalWeb"/>
        <w:numPr>
          <w:ilvl w:val="0"/>
          <w:numId w:val="44"/>
        </w:numPr>
        <w:spacing w:line="480" w:lineRule="atLeast"/>
        <w:textAlignment w:val="baseline"/>
        <w:rPr>
          <w:rFonts w:ascii="Montserrat" w:hAnsi="Montserrat" w:cs="Segoe UI"/>
          <w:color w:val="0A0A0A"/>
        </w:rPr>
      </w:pPr>
      <w:r>
        <w:rPr>
          <w:rFonts w:ascii="Montserrat" w:hAnsi="Montserrat" w:cs="Segoe UI"/>
          <w:color w:val="0A0A0A"/>
        </w:rPr>
        <w:t>Algebraic fractions</w:t>
      </w:r>
    </w:p>
    <w:p w14:paraId="4AE2F671" w14:textId="77777777" w:rsidR="00462215" w:rsidRDefault="00462215" w:rsidP="009074DF">
      <w:pPr>
        <w:pStyle w:val="NormalWeb"/>
        <w:numPr>
          <w:ilvl w:val="0"/>
          <w:numId w:val="44"/>
        </w:numPr>
        <w:spacing w:line="480" w:lineRule="atLeast"/>
        <w:textAlignment w:val="baseline"/>
        <w:rPr>
          <w:rFonts w:ascii="Montserrat" w:hAnsi="Montserrat" w:cs="Segoe UI"/>
          <w:color w:val="0A0A0A"/>
        </w:rPr>
      </w:pPr>
      <w:r>
        <w:rPr>
          <w:rFonts w:ascii="Montserrat" w:hAnsi="Montserrat" w:cs="Segoe UI"/>
          <w:color w:val="0A0A0A"/>
        </w:rPr>
        <w:t>Inequalities (including regions)</w:t>
      </w:r>
    </w:p>
    <w:p w14:paraId="00152FE3" w14:textId="77777777" w:rsidR="00462215" w:rsidRDefault="00462215" w:rsidP="009074DF">
      <w:pPr>
        <w:pStyle w:val="NormalWeb"/>
        <w:numPr>
          <w:ilvl w:val="0"/>
          <w:numId w:val="44"/>
        </w:numPr>
        <w:spacing w:line="480" w:lineRule="atLeast"/>
        <w:textAlignment w:val="baseline"/>
        <w:rPr>
          <w:rFonts w:ascii="Montserrat" w:hAnsi="Montserrat" w:cs="Segoe UI"/>
          <w:color w:val="0A0A0A"/>
        </w:rPr>
      </w:pPr>
      <w:r>
        <w:rPr>
          <w:rFonts w:ascii="Montserrat" w:hAnsi="Montserrat" w:cs="Segoe UI"/>
          <w:color w:val="0A0A0A"/>
        </w:rPr>
        <w:t>Sequences (quadratic, geometric)</w:t>
      </w:r>
    </w:p>
    <w:p w14:paraId="47DABAFB" w14:textId="77777777" w:rsidR="00462215" w:rsidRDefault="00462215">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Geometry &amp; Measures</w:t>
      </w:r>
    </w:p>
    <w:p w14:paraId="2D440CC6" w14:textId="77777777" w:rsidR="00462215" w:rsidRDefault="00462215" w:rsidP="009074DF">
      <w:pPr>
        <w:pStyle w:val="NormalWeb"/>
        <w:numPr>
          <w:ilvl w:val="0"/>
          <w:numId w:val="45"/>
        </w:numPr>
        <w:spacing w:line="480" w:lineRule="atLeast"/>
        <w:textAlignment w:val="baseline"/>
        <w:rPr>
          <w:rFonts w:ascii="Montserrat" w:hAnsi="Montserrat" w:cs="Segoe UI"/>
          <w:color w:val="0A0A0A"/>
        </w:rPr>
      </w:pPr>
      <w:r>
        <w:rPr>
          <w:rFonts w:ascii="Montserrat" w:hAnsi="Montserrat" w:cs="Segoe UI"/>
          <w:color w:val="0A0A0A"/>
        </w:rPr>
        <w:t>Circle theorems (full set)</w:t>
      </w:r>
    </w:p>
    <w:p w14:paraId="26AAC406" w14:textId="77777777" w:rsidR="00462215" w:rsidRDefault="00462215" w:rsidP="009074DF">
      <w:pPr>
        <w:pStyle w:val="NormalWeb"/>
        <w:numPr>
          <w:ilvl w:val="0"/>
          <w:numId w:val="45"/>
        </w:numPr>
        <w:spacing w:line="480" w:lineRule="atLeast"/>
        <w:textAlignment w:val="baseline"/>
        <w:rPr>
          <w:rFonts w:ascii="Montserrat" w:hAnsi="Montserrat" w:cs="Segoe UI"/>
          <w:color w:val="0A0A0A"/>
        </w:rPr>
      </w:pPr>
      <w:r>
        <w:rPr>
          <w:rFonts w:ascii="Montserrat" w:hAnsi="Montserrat" w:cs="Segoe UI"/>
          <w:color w:val="0A0A0A"/>
        </w:rPr>
        <w:t>Similarity &amp; congruence</w:t>
      </w:r>
    </w:p>
    <w:p w14:paraId="002EE796" w14:textId="77777777" w:rsidR="00462215" w:rsidRDefault="00462215" w:rsidP="009074DF">
      <w:pPr>
        <w:pStyle w:val="NormalWeb"/>
        <w:numPr>
          <w:ilvl w:val="0"/>
          <w:numId w:val="45"/>
        </w:numPr>
        <w:spacing w:line="480" w:lineRule="atLeast"/>
        <w:textAlignment w:val="baseline"/>
        <w:rPr>
          <w:rFonts w:ascii="Montserrat" w:hAnsi="Montserrat" w:cs="Segoe UI"/>
          <w:color w:val="0A0A0A"/>
        </w:rPr>
      </w:pPr>
      <w:r>
        <w:rPr>
          <w:rFonts w:ascii="Montserrat" w:hAnsi="Montserrat" w:cs="Segoe UI"/>
          <w:color w:val="0A0A0A"/>
        </w:rPr>
        <w:t>Advanced trigonometry (sine/cosine rule, area of triangle)</w:t>
      </w:r>
    </w:p>
    <w:p w14:paraId="22770AF5" w14:textId="77777777" w:rsidR="00462215" w:rsidRDefault="00462215" w:rsidP="009074DF">
      <w:pPr>
        <w:pStyle w:val="NormalWeb"/>
        <w:numPr>
          <w:ilvl w:val="0"/>
          <w:numId w:val="45"/>
        </w:numPr>
        <w:spacing w:line="480" w:lineRule="atLeast"/>
        <w:textAlignment w:val="baseline"/>
        <w:rPr>
          <w:rFonts w:ascii="Montserrat" w:hAnsi="Montserrat" w:cs="Segoe UI"/>
          <w:color w:val="0A0A0A"/>
        </w:rPr>
      </w:pPr>
      <w:r>
        <w:rPr>
          <w:rFonts w:ascii="Montserrat" w:hAnsi="Montserrat" w:cs="Segoe UI"/>
          <w:color w:val="0A0A0A"/>
        </w:rPr>
        <w:t>Vectors</w:t>
      </w:r>
    </w:p>
    <w:p w14:paraId="4BEC2BF3" w14:textId="77777777" w:rsidR="00462215" w:rsidRDefault="00462215">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Statistics &amp; Probability</w:t>
      </w:r>
    </w:p>
    <w:p w14:paraId="3E5EF46D" w14:textId="77777777" w:rsidR="00462215" w:rsidRDefault="00462215" w:rsidP="009074DF">
      <w:pPr>
        <w:pStyle w:val="NormalWeb"/>
        <w:numPr>
          <w:ilvl w:val="0"/>
          <w:numId w:val="46"/>
        </w:numPr>
        <w:spacing w:line="480" w:lineRule="atLeast"/>
        <w:textAlignment w:val="baseline"/>
        <w:rPr>
          <w:rFonts w:ascii="Montserrat" w:hAnsi="Montserrat" w:cs="Segoe UI"/>
          <w:color w:val="0A0A0A"/>
        </w:rPr>
      </w:pPr>
      <w:r>
        <w:rPr>
          <w:rFonts w:ascii="Montserrat" w:hAnsi="Montserrat" w:cs="Segoe UI"/>
          <w:color w:val="0A0A0A"/>
        </w:rPr>
        <w:t>Histograms &amp; cumulative frequency</w:t>
      </w:r>
    </w:p>
    <w:p w14:paraId="5BD3C9B2" w14:textId="77777777" w:rsidR="00462215" w:rsidRDefault="00462215" w:rsidP="009074DF">
      <w:pPr>
        <w:pStyle w:val="NormalWeb"/>
        <w:numPr>
          <w:ilvl w:val="0"/>
          <w:numId w:val="46"/>
        </w:numPr>
        <w:spacing w:line="480" w:lineRule="atLeast"/>
        <w:textAlignment w:val="baseline"/>
        <w:rPr>
          <w:rFonts w:ascii="Montserrat" w:hAnsi="Montserrat" w:cs="Segoe UI"/>
          <w:color w:val="0A0A0A"/>
        </w:rPr>
      </w:pPr>
      <w:r>
        <w:rPr>
          <w:rFonts w:ascii="Montserrat" w:hAnsi="Montserrat" w:cs="Segoe UI"/>
          <w:color w:val="0A0A0A"/>
        </w:rPr>
        <w:t>Tree diagrams</w:t>
      </w:r>
    </w:p>
    <w:p w14:paraId="66ED922B" w14:textId="77777777" w:rsidR="00462215" w:rsidRDefault="00462215" w:rsidP="009074DF">
      <w:pPr>
        <w:pStyle w:val="NormalWeb"/>
        <w:numPr>
          <w:ilvl w:val="0"/>
          <w:numId w:val="46"/>
        </w:numPr>
        <w:spacing w:line="480" w:lineRule="atLeast"/>
        <w:textAlignment w:val="baseline"/>
        <w:rPr>
          <w:rFonts w:ascii="Montserrat" w:hAnsi="Montserrat" w:cs="Segoe UI"/>
          <w:color w:val="0A0A0A"/>
        </w:rPr>
      </w:pPr>
      <w:r>
        <w:rPr>
          <w:rFonts w:ascii="Montserrat" w:hAnsi="Montserrat" w:cs="Segoe UI"/>
          <w:color w:val="0A0A0A"/>
        </w:rPr>
        <w:t>Conditional probability</w:t>
      </w:r>
    </w:p>
    <w:p w14:paraId="430D7A06" w14:textId="77777777" w:rsidR="00462215" w:rsidRDefault="00462215">
      <w:pPr>
        <w:pStyle w:val="NormalWeb"/>
        <w:shd w:val="clear" w:color="auto" w:fill="E3F3FA"/>
        <w:spacing w:line="480" w:lineRule="atLeast"/>
        <w:rPr>
          <w:rFonts w:ascii="Montserrat" w:hAnsi="Montserrat" w:cs="Segoe UI"/>
          <w:color w:val="0A0A0A"/>
        </w:rPr>
      </w:pPr>
      <w:r>
        <w:rPr>
          <w:rStyle w:val="Strong"/>
          <w:rFonts w:ascii="Montserrat" w:hAnsi="Montserrat" w:cs="Segoe UI"/>
          <w:color w:val="0A0A0A"/>
        </w:rPr>
        <w:t>Exam Preparation  </w:t>
      </w:r>
      <w:r>
        <w:rPr>
          <w:rStyle w:val="Strong"/>
          <w:rFonts w:ascii="Montserrat" w:hAnsi="Montserrat" w:cs="Segoe UI"/>
          <w:b w:val="0"/>
          <w:bCs w:val="0"/>
          <w:color w:val="0A0A0A"/>
        </w:rPr>
        <w:t>Problem-solving, mixed-topic exam practice</w:t>
      </w:r>
    </w:p>
    <w:p w14:paraId="7CF0320B" w14:textId="77777777" w:rsidR="00FD3DEC" w:rsidRDefault="00FD3DEC">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lastRenderedPageBreak/>
        <w:t>ENGLISH</w:t>
      </w:r>
    </w:p>
    <w:p w14:paraId="25BCD8F8" w14:textId="77777777" w:rsidR="00FD3DEC" w:rsidRDefault="00FD3DEC">
      <w:pPr>
        <w:pStyle w:val="NormalWeb"/>
        <w:spacing w:line="480" w:lineRule="atLeast"/>
        <w:rPr>
          <w:rFonts w:ascii="Montserrat" w:hAnsi="Montserrat"/>
          <w:color w:val="0A0A0A"/>
        </w:rPr>
      </w:pPr>
      <w:r>
        <w:rPr>
          <w:rStyle w:val="Strong"/>
          <w:rFonts w:ascii="Montserrat" w:hAnsi="Montserrat"/>
          <w:color w:val="0A0A0A"/>
        </w:rPr>
        <w:t>English Language</w:t>
      </w:r>
    </w:p>
    <w:p w14:paraId="58DC5711" w14:textId="77777777" w:rsidR="00FD3DEC" w:rsidRDefault="00FD3DEC" w:rsidP="009074DF">
      <w:pPr>
        <w:pStyle w:val="NormalWeb"/>
        <w:numPr>
          <w:ilvl w:val="0"/>
          <w:numId w:val="47"/>
        </w:numPr>
        <w:spacing w:line="480" w:lineRule="atLeast"/>
        <w:textAlignment w:val="baseline"/>
        <w:rPr>
          <w:rFonts w:ascii="Montserrat" w:hAnsi="Montserrat"/>
          <w:color w:val="0A0A0A"/>
        </w:rPr>
      </w:pPr>
      <w:r>
        <w:rPr>
          <w:rFonts w:ascii="Montserrat" w:hAnsi="Montserrat"/>
          <w:color w:val="0A0A0A"/>
        </w:rPr>
        <w:t>Full exam practice for Papers 1 &amp; 2</w:t>
      </w:r>
    </w:p>
    <w:p w14:paraId="18051121" w14:textId="77777777" w:rsidR="00FD3DEC" w:rsidRDefault="00FD3DEC" w:rsidP="009074DF">
      <w:pPr>
        <w:pStyle w:val="NormalWeb"/>
        <w:numPr>
          <w:ilvl w:val="0"/>
          <w:numId w:val="47"/>
        </w:numPr>
        <w:spacing w:line="480" w:lineRule="atLeast"/>
        <w:textAlignment w:val="baseline"/>
        <w:rPr>
          <w:rFonts w:ascii="Montserrat" w:hAnsi="Montserrat"/>
          <w:color w:val="0A0A0A"/>
        </w:rPr>
      </w:pPr>
      <w:r>
        <w:rPr>
          <w:rFonts w:ascii="Montserrat" w:hAnsi="Montserrat"/>
          <w:color w:val="0A0A0A"/>
        </w:rPr>
        <w:t>High-level analysis of unseen texts</w:t>
      </w:r>
    </w:p>
    <w:p w14:paraId="156ECC53" w14:textId="77777777" w:rsidR="00FD3DEC" w:rsidRDefault="00FD3DEC" w:rsidP="009074DF">
      <w:pPr>
        <w:pStyle w:val="NormalWeb"/>
        <w:numPr>
          <w:ilvl w:val="0"/>
          <w:numId w:val="47"/>
        </w:numPr>
        <w:spacing w:line="480" w:lineRule="atLeast"/>
        <w:textAlignment w:val="baseline"/>
        <w:rPr>
          <w:rFonts w:ascii="Montserrat" w:hAnsi="Montserrat"/>
          <w:color w:val="0A0A0A"/>
        </w:rPr>
      </w:pPr>
      <w:r>
        <w:rPr>
          <w:rFonts w:ascii="Montserrat" w:hAnsi="Montserrat"/>
          <w:color w:val="0A0A0A"/>
        </w:rPr>
        <w:t>Extended creative writing pieces</w:t>
      </w:r>
    </w:p>
    <w:p w14:paraId="56A13B82" w14:textId="77777777" w:rsidR="00FD3DEC" w:rsidRDefault="00FD3DEC" w:rsidP="009074DF">
      <w:pPr>
        <w:pStyle w:val="NormalWeb"/>
        <w:numPr>
          <w:ilvl w:val="0"/>
          <w:numId w:val="47"/>
        </w:numPr>
        <w:spacing w:line="480" w:lineRule="atLeast"/>
        <w:textAlignment w:val="baseline"/>
        <w:rPr>
          <w:rFonts w:ascii="Montserrat" w:hAnsi="Montserrat"/>
          <w:color w:val="0A0A0A"/>
        </w:rPr>
      </w:pPr>
      <w:r>
        <w:rPr>
          <w:rFonts w:ascii="Montserrat" w:hAnsi="Montserrat"/>
          <w:color w:val="0A0A0A"/>
        </w:rPr>
        <w:t>Comparison of writers’ viewpoints</w:t>
      </w:r>
    </w:p>
    <w:p w14:paraId="0274BC47" w14:textId="77777777" w:rsidR="00FD3DEC" w:rsidRDefault="00FD3DEC">
      <w:pPr>
        <w:pStyle w:val="NormalWeb"/>
        <w:spacing w:line="480" w:lineRule="atLeast"/>
        <w:rPr>
          <w:rFonts w:ascii="Montserrat" w:hAnsi="Montserrat"/>
          <w:color w:val="0A0A0A"/>
        </w:rPr>
      </w:pPr>
      <w:r>
        <w:rPr>
          <w:rStyle w:val="Strong"/>
          <w:rFonts w:ascii="Montserrat" w:hAnsi="Montserrat"/>
          <w:color w:val="0A0A0A"/>
        </w:rPr>
        <w:t>English Literature</w:t>
      </w:r>
    </w:p>
    <w:p w14:paraId="53679F4C" w14:textId="77777777" w:rsidR="00FD3DEC" w:rsidRDefault="00FD3DEC" w:rsidP="009074DF">
      <w:pPr>
        <w:numPr>
          <w:ilvl w:val="0"/>
          <w:numId w:val="4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19th-century novel (e.g., </w:t>
      </w:r>
      <w:r>
        <w:rPr>
          <w:rStyle w:val="Emphasis"/>
          <w:rFonts w:ascii="Montserrat" w:eastAsia="Times New Roman" w:hAnsi="Montserrat"/>
          <w:color w:val="0A0A0A"/>
        </w:rPr>
        <w:t>Jekyll &amp; Hyde</w:t>
      </w:r>
      <w:r>
        <w:rPr>
          <w:rFonts w:ascii="Montserrat" w:eastAsia="Times New Roman" w:hAnsi="Montserrat"/>
          <w:color w:val="0A0A0A"/>
        </w:rPr>
        <w:t>, </w:t>
      </w:r>
      <w:r>
        <w:rPr>
          <w:rStyle w:val="Emphasis"/>
          <w:rFonts w:ascii="Montserrat" w:eastAsia="Times New Roman" w:hAnsi="Montserrat"/>
          <w:color w:val="0A0A0A"/>
        </w:rPr>
        <w:t>A Christmas Carol</w:t>
      </w:r>
      <w:r>
        <w:rPr>
          <w:rFonts w:ascii="Montserrat" w:eastAsia="Times New Roman" w:hAnsi="Montserrat"/>
          <w:color w:val="0A0A0A"/>
        </w:rPr>
        <w:t>)</w:t>
      </w:r>
    </w:p>
    <w:p w14:paraId="49570698" w14:textId="77777777" w:rsidR="00FD3DEC" w:rsidRDefault="00FD3DEC" w:rsidP="009074DF">
      <w:pPr>
        <w:numPr>
          <w:ilvl w:val="0"/>
          <w:numId w:val="4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Poetry anthology (full revision)</w:t>
      </w:r>
    </w:p>
    <w:p w14:paraId="2AA4D9D9" w14:textId="77777777" w:rsidR="00FD3DEC" w:rsidRDefault="00FD3DEC" w:rsidP="009074DF">
      <w:pPr>
        <w:numPr>
          <w:ilvl w:val="0"/>
          <w:numId w:val="4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Unseen poetry (comparison)</w:t>
      </w:r>
    </w:p>
    <w:p w14:paraId="11463180" w14:textId="77777777" w:rsidR="00FD3DEC" w:rsidRDefault="00FD3DEC" w:rsidP="009074DF">
      <w:pPr>
        <w:numPr>
          <w:ilvl w:val="0"/>
          <w:numId w:val="4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Shakespeare &amp; Modern Text revision</w:t>
      </w:r>
    </w:p>
    <w:p w14:paraId="4CE5C2E8" w14:textId="77777777" w:rsidR="00FD3DEC" w:rsidRDefault="00FD3DEC" w:rsidP="009074DF">
      <w:pPr>
        <w:numPr>
          <w:ilvl w:val="0"/>
          <w:numId w:val="4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Exam essays with timed practice</w:t>
      </w:r>
    </w:p>
    <w:p w14:paraId="0F7665C1" w14:textId="77777777" w:rsidR="001826D7" w:rsidRDefault="001826D7">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SCIENCE</w:t>
      </w:r>
    </w:p>
    <w:p w14:paraId="4C2A5084" w14:textId="77777777" w:rsidR="001826D7" w:rsidRDefault="001826D7">
      <w:pPr>
        <w:pStyle w:val="Heading5"/>
        <w:rPr>
          <w:rFonts w:ascii="inherit" w:eastAsia="Times New Roman" w:hAnsi="inherit" w:cs="Times New Roman"/>
          <w:color w:val="0A0A0A"/>
          <w:sz w:val="20"/>
          <w:szCs w:val="20"/>
        </w:rPr>
      </w:pPr>
      <w:r>
        <w:rPr>
          <w:rFonts w:ascii="inherit" w:eastAsia="Times New Roman" w:hAnsi="inherit"/>
          <w:b/>
          <w:bCs/>
          <w:color w:val="0A0A0A"/>
        </w:rPr>
        <w:t>Biology</w:t>
      </w:r>
    </w:p>
    <w:p w14:paraId="0E5FA2A9" w14:textId="77777777" w:rsidR="001826D7" w:rsidRDefault="001826D7" w:rsidP="001826D7">
      <w:pPr>
        <w:pStyle w:val="NormalWeb"/>
        <w:numPr>
          <w:ilvl w:val="0"/>
          <w:numId w:val="49"/>
        </w:numPr>
        <w:spacing w:line="480" w:lineRule="atLeast"/>
        <w:textAlignment w:val="baseline"/>
        <w:rPr>
          <w:rFonts w:ascii="Montserrat" w:hAnsi="Montserrat"/>
          <w:color w:val="0A0A0A"/>
        </w:rPr>
      </w:pPr>
      <w:r>
        <w:rPr>
          <w:rFonts w:ascii="Montserrat" w:hAnsi="Montserrat"/>
          <w:color w:val="0A0A0A"/>
        </w:rPr>
        <w:t>Homeostasis &amp; response</w:t>
      </w:r>
    </w:p>
    <w:p w14:paraId="05EFE48C" w14:textId="77777777" w:rsidR="001826D7" w:rsidRDefault="001826D7" w:rsidP="001826D7">
      <w:pPr>
        <w:pStyle w:val="NormalWeb"/>
        <w:numPr>
          <w:ilvl w:val="0"/>
          <w:numId w:val="49"/>
        </w:numPr>
        <w:spacing w:line="480" w:lineRule="atLeast"/>
        <w:textAlignment w:val="baseline"/>
        <w:rPr>
          <w:rFonts w:ascii="Montserrat" w:hAnsi="Montserrat"/>
          <w:color w:val="0A0A0A"/>
        </w:rPr>
      </w:pPr>
      <w:r>
        <w:rPr>
          <w:rFonts w:ascii="Montserrat" w:hAnsi="Montserrat"/>
          <w:color w:val="0A0A0A"/>
        </w:rPr>
        <w:t>Inheritance, variation &amp; evolution</w:t>
      </w:r>
    </w:p>
    <w:p w14:paraId="5F1F7658" w14:textId="77777777" w:rsidR="001826D7" w:rsidRDefault="001826D7" w:rsidP="001826D7">
      <w:pPr>
        <w:pStyle w:val="NormalWeb"/>
        <w:numPr>
          <w:ilvl w:val="0"/>
          <w:numId w:val="49"/>
        </w:numPr>
        <w:spacing w:line="480" w:lineRule="atLeast"/>
        <w:textAlignment w:val="baseline"/>
        <w:rPr>
          <w:rFonts w:ascii="Montserrat" w:hAnsi="Montserrat"/>
          <w:color w:val="0A0A0A"/>
        </w:rPr>
      </w:pPr>
      <w:r>
        <w:rPr>
          <w:rFonts w:ascii="Montserrat" w:hAnsi="Montserrat"/>
          <w:color w:val="0A0A0A"/>
        </w:rPr>
        <w:t>Ecology</w:t>
      </w:r>
    </w:p>
    <w:p w14:paraId="550C039B" w14:textId="77777777" w:rsidR="001826D7" w:rsidRDefault="001826D7" w:rsidP="001826D7">
      <w:pPr>
        <w:pStyle w:val="NormalWeb"/>
        <w:numPr>
          <w:ilvl w:val="0"/>
          <w:numId w:val="49"/>
        </w:numPr>
        <w:spacing w:line="480" w:lineRule="atLeast"/>
        <w:textAlignment w:val="baseline"/>
        <w:rPr>
          <w:rFonts w:ascii="Montserrat" w:hAnsi="Montserrat"/>
          <w:color w:val="0A0A0A"/>
        </w:rPr>
      </w:pPr>
      <w:r>
        <w:rPr>
          <w:rFonts w:ascii="Montserrat" w:hAnsi="Montserrat"/>
          <w:color w:val="0A0A0A"/>
        </w:rPr>
        <w:t>Triple-only extensions: monoclonal antibodies, antibiotics, plant hormones</w:t>
      </w:r>
    </w:p>
    <w:p w14:paraId="48F331E4" w14:textId="77777777" w:rsidR="001826D7" w:rsidRDefault="001826D7">
      <w:pPr>
        <w:pStyle w:val="Heading5"/>
        <w:rPr>
          <w:rFonts w:ascii="inherit" w:eastAsia="Times New Roman" w:hAnsi="inherit"/>
          <w:color w:val="0A0A0A"/>
        </w:rPr>
      </w:pPr>
      <w:r>
        <w:rPr>
          <w:rFonts w:ascii="inherit" w:eastAsia="Times New Roman" w:hAnsi="inherit"/>
          <w:b/>
          <w:bCs/>
          <w:color w:val="0A0A0A"/>
        </w:rPr>
        <w:t>Chemistry</w:t>
      </w:r>
    </w:p>
    <w:p w14:paraId="34CDD6D7" w14:textId="77777777" w:rsidR="001826D7" w:rsidRDefault="001826D7" w:rsidP="001826D7">
      <w:pPr>
        <w:pStyle w:val="NormalWeb"/>
        <w:numPr>
          <w:ilvl w:val="0"/>
          <w:numId w:val="50"/>
        </w:numPr>
        <w:spacing w:line="480" w:lineRule="atLeast"/>
        <w:textAlignment w:val="baseline"/>
        <w:rPr>
          <w:rFonts w:ascii="Montserrat" w:hAnsi="Montserrat"/>
          <w:color w:val="0A0A0A"/>
        </w:rPr>
      </w:pPr>
      <w:r>
        <w:rPr>
          <w:rFonts w:ascii="Montserrat" w:hAnsi="Montserrat"/>
          <w:color w:val="0A0A0A"/>
        </w:rPr>
        <w:t>Quantitative chemistry (moles, concentration)</w:t>
      </w:r>
    </w:p>
    <w:p w14:paraId="57B7B5DE" w14:textId="77777777" w:rsidR="001826D7" w:rsidRDefault="001826D7" w:rsidP="001826D7">
      <w:pPr>
        <w:pStyle w:val="NormalWeb"/>
        <w:numPr>
          <w:ilvl w:val="0"/>
          <w:numId w:val="50"/>
        </w:numPr>
        <w:spacing w:line="480" w:lineRule="atLeast"/>
        <w:textAlignment w:val="baseline"/>
        <w:rPr>
          <w:rFonts w:ascii="Montserrat" w:hAnsi="Montserrat"/>
          <w:color w:val="0A0A0A"/>
        </w:rPr>
      </w:pPr>
      <w:r>
        <w:rPr>
          <w:rFonts w:ascii="Montserrat" w:hAnsi="Montserrat"/>
          <w:color w:val="0A0A0A"/>
        </w:rPr>
        <w:t>Chemical analysis</w:t>
      </w:r>
    </w:p>
    <w:p w14:paraId="3DC8F597" w14:textId="77777777" w:rsidR="001826D7" w:rsidRDefault="001826D7" w:rsidP="001826D7">
      <w:pPr>
        <w:pStyle w:val="NormalWeb"/>
        <w:numPr>
          <w:ilvl w:val="0"/>
          <w:numId w:val="50"/>
        </w:numPr>
        <w:spacing w:line="480" w:lineRule="atLeast"/>
        <w:textAlignment w:val="baseline"/>
        <w:rPr>
          <w:rFonts w:ascii="Montserrat" w:hAnsi="Montserrat"/>
          <w:color w:val="0A0A0A"/>
        </w:rPr>
      </w:pPr>
      <w:r>
        <w:rPr>
          <w:rFonts w:ascii="Montserrat" w:hAnsi="Montserrat"/>
          <w:color w:val="0A0A0A"/>
        </w:rPr>
        <w:lastRenderedPageBreak/>
        <w:t>Rates of reaction</w:t>
      </w:r>
    </w:p>
    <w:p w14:paraId="618289EE" w14:textId="77777777" w:rsidR="001826D7" w:rsidRDefault="001826D7" w:rsidP="001826D7">
      <w:pPr>
        <w:pStyle w:val="NormalWeb"/>
        <w:numPr>
          <w:ilvl w:val="0"/>
          <w:numId w:val="50"/>
        </w:numPr>
        <w:spacing w:line="480" w:lineRule="atLeast"/>
        <w:textAlignment w:val="baseline"/>
        <w:rPr>
          <w:rFonts w:ascii="Montserrat" w:hAnsi="Montserrat"/>
          <w:color w:val="0A0A0A"/>
        </w:rPr>
      </w:pPr>
      <w:r>
        <w:rPr>
          <w:rFonts w:ascii="Montserrat" w:hAnsi="Montserrat"/>
          <w:color w:val="0A0A0A"/>
        </w:rPr>
        <w:t>Organic chemistry (alkanes, alkenes, polymers)</w:t>
      </w:r>
    </w:p>
    <w:p w14:paraId="67F254C3" w14:textId="77777777" w:rsidR="001826D7" w:rsidRDefault="001826D7" w:rsidP="001826D7">
      <w:pPr>
        <w:pStyle w:val="NormalWeb"/>
        <w:numPr>
          <w:ilvl w:val="0"/>
          <w:numId w:val="50"/>
        </w:numPr>
        <w:spacing w:line="480" w:lineRule="atLeast"/>
        <w:textAlignment w:val="baseline"/>
        <w:rPr>
          <w:rFonts w:ascii="Montserrat" w:hAnsi="Montserrat"/>
          <w:color w:val="0A0A0A"/>
        </w:rPr>
      </w:pPr>
      <w:r>
        <w:rPr>
          <w:rFonts w:ascii="Montserrat" w:hAnsi="Montserrat"/>
          <w:color w:val="0A0A0A"/>
        </w:rPr>
        <w:t>Earth’s resources &amp; atmosphere</w:t>
      </w:r>
    </w:p>
    <w:p w14:paraId="56AAACDB" w14:textId="77777777" w:rsidR="001826D7" w:rsidRDefault="001826D7">
      <w:pPr>
        <w:pStyle w:val="Heading5"/>
        <w:rPr>
          <w:rFonts w:ascii="inherit" w:eastAsia="Times New Roman" w:hAnsi="inherit"/>
          <w:color w:val="0A0A0A"/>
        </w:rPr>
      </w:pPr>
      <w:r>
        <w:rPr>
          <w:rFonts w:ascii="inherit" w:eastAsia="Times New Roman" w:hAnsi="inherit"/>
          <w:b/>
          <w:bCs/>
          <w:color w:val="0A0A0A"/>
        </w:rPr>
        <w:t>Physics</w:t>
      </w:r>
    </w:p>
    <w:p w14:paraId="6CB63C9A" w14:textId="77777777" w:rsidR="001826D7" w:rsidRDefault="001826D7" w:rsidP="001826D7">
      <w:pPr>
        <w:pStyle w:val="NormalWeb"/>
        <w:numPr>
          <w:ilvl w:val="0"/>
          <w:numId w:val="51"/>
        </w:numPr>
        <w:spacing w:line="480" w:lineRule="atLeast"/>
        <w:textAlignment w:val="baseline"/>
        <w:rPr>
          <w:rFonts w:ascii="Montserrat" w:hAnsi="Montserrat"/>
          <w:color w:val="0A0A0A"/>
        </w:rPr>
      </w:pPr>
      <w:r>
        <w:rPr>
          <w:rFonts w:ascii="Montserrat" w:hAnsi="Montserrat"/>
          <w:color w:val="0A0A0A"/>
        </w:rPr>
        <w:t>Forces (Newton’s laws, motion graphs)</w:t>
      </w:r>
    </w:p>
    <w:p w14:paraId="263FC121" w14:textId="77777777" w:rsidR="001826D7" w:rsidRDefault="001826D7" w:rsidP="001826D7">
      <w:pPr>
        <w:pStyle w:val="NormalWeb"/>
        <w:numPr>
          <w:ilvl w:val="0"/>
          <w:numId w:val="51"/>
        </w:numPr>
        <w:spacing w:line="480" w:lineRule="atLeast"/>
        <w:textAlignment w:val="baseline"/>
        <w:rPr>
          <w:rFonts w:ascii="Montserrat" w:hAnsi="Montserrat"/>
          <w:color w:val="0A0A0A"/>
        </w:rPr>
      </w:pPr>
      <w:r>
        <w:rPr>
          <w:rFonts w:ascii="Montserrat" w:hAnsi="Montserrat"/>
          <w:color w:val="0A0A0A"/>
        </w:rPr>
        <w:t>Waves (sound, electromagnetic spectrum)</w:t>
      </w:r>
    </w:p>
    <w:p w14:paraId="76E0D917" w14:textId="77777777" w:rsidR="001826D7" w:rsidRDefault="001826D7" w:rsidP="001826D7">
      <w:pPr>
        <w:pStyle w:val="NormalWeb"/>
        <w:numPr>
          <w:ilvl w:val="0"/>
          <w:numId w:val="51"/>
        </w:numPr>
        <w:spacing w:line="480" w:lineRule="atLeast"/>
        <w:textAlignment w:val="baseline"/>
        <w:rPr>
          <w:rFonts w:ascii="Montserrat" w:hAnsi="Montserrat"/>
          <w:color w:val="0A0A0A"/>
        </w:rPr>
      </w:pPr>
      <w:r>
        <w:rPr>
          <w:rFonts w:ascii="Montserrat" w:hAnsi="Montserrat"/>
          <w:color w:val="0A0A0A"/>
        </w:rPr>
        <w:t>Magnetism &amp; electromagnetism</w:t>
      </w:r>
    </w:p>
    <w:p w14:paraId="2AF539D9" w14:textId="77777777" w:rsidR="001826D7" w:rsidRDefault="001826D7" w:rsidP="001826D7">
      <w:pPr>
        <w:pStyle w:val="NormalWeb"/>
        <w:numPr>
          <w:ilvl w:val="0"/>
          <w:numId w:val="51"/>
        </w:numPr>
        <w:spacing w:line="480" w:lineRule="atLeast"/>
        <w:textAlignment w:val="baseline"/>
        <w:rPr>
          <w:rFonts w:ascii="Montserrat" w:hAnsi="Montserrat"/>
          <w:color w:val="0A0A0A"/>
        </w:rPr>
      </w:pPr>
      <w:r>
        <w:rPr>
          <w:rFonts w:ascii="Montserrat" w:hAnsi="Montserrat"/>
          <w:color w:val="0A0A0A"/>
        </w:rPr>
        <w:t>Space physics (Triple only)</w:t>
      </w:r>
    </w:p>
    <w:p w14:paraId="1CB9024A" w14:textId="77777777" w:rsidR="001826D7" w:rsidRDefault="001826D7" w:rsidP="001826D7">
      <w:pPr>
        <w:pStyle w:val="NormalWeb"/>
        <w:numPr>
          <w:ilvl w:val="0"/>
          <w:numId w:val="51"/>
        </w:numPr>
        <w:spacing w:line="480" w:lineRule="atLeast"/>
        <w:textAlignment w:val="baseline"/>
        <w:rPr>
          <w:rFonts w:ascii="Montserrat" w:hAnsi="Montserrat"/>
          <w:color w:val="0A0A0A"/>
        </w:rPr>
      </w:pPr>
      <w:r>
        <w:rPr>
          <w:rFonts w:ascii="Montserrat" w:hAnsi="Montserrat"/>
          <w:color w:val="0A0A0A"/>
        </w:rPr>
        <w:t>Energy revision (efficiency, changes, heating)</w:t>
      </w:r>
    </w:p>
    <w:p w14:paraId="6D7A031E" w14:textId="77777777" w:rsidR="00006857" w:rsidRDefault="00006857">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COMPUTER SCIENCE</w:t>
      </w:r>
    </w:p>
    <w:p w14:paraId="7CD67C06" w14:textId="77777777" w:rsidR="00006857" w:rsidRDefault="00006857">
      <w:pPr>
        <w:pStyle w:val="Heading5"/>
        <w:rPr>
          <w:rFonts w:ascii="inherit" w:eastAsia="Times New Roman" w:hAnsi="inherit" w:cs="Times New Roman"/>
          <w:color w:val="0A0A0A"/>
        </w:rPr>
      </w:pPr>
      <w:r>
        <w:rPr>
          <w:rFonts w:ascii="inherit" w:eastAsia="Times New Roman" w:hAnsi="inherit"/>
          <w:b/>
          <w:bCs/>
          <w:color w:val="0A0A0A"/>
        </w:rPr>
        <w:t>Computing Theory</w:t>
      </w:r>
    </w:p>
    <w:p w14:paraId="4B60E232" w14:textId="77777777" w:rsidR="00006857" w:rsidRDefault="00006857" w:rsidP="00006857">
      <w:pPr>
        <w:pStyle w:val="NormalWeb"/>
        <w:numPr>
          <w:ilvl w:val="0"/>
          <w:numId w:val="52"/>
        </w:numPr>
        <w:spacing w:line="480" w:lineRule="atLeast"/>
        <w:textAlignment w:val="baseline"/>
        <w:rPr>
          <w:rFonts w:ascii="Montserrat" w:hAnsi="Montserrat"/>
          <w:color w:val="0A0A0A"/>
        </w:rPr>
      </w:pPr>
      <w:r>
        <w:rPr>
          <w:rFonts w:ascii="Montserrat" w:hAnsi="Montserrat"/>
          <w:color w:val="0A0A0A"/>
        </w:rPr>
        <w:t>Boolean logic &amp; logic gates</w:t>
      </w:r>
    </w:p>
    <w:p w14:paraId="5ED28748" w14:textId="77777777" w:rsidR="00006857" w:rsidRDefault="00006857" w:rsidP="00006857">
      <w:pPr>
        <w:pStyle w:val="NormalWeb"/>
        <w:numPr>
          <w:ilvl w:val="0"/>
          <w:numId w:val="52"/>
        </w:numPr>
        <w:spacing w:line="480" w:lineRule="atLeast"/>
        <w:textAlignment w:val="baseline"/>
        <w:rPr>
          <w:rFonts w:ascii="Montserrat" w:hAnsi="Montserrat"/>
          <w:color w:val="0A0A0A"/>
        </w:rPr>
      </w:pPr>
      <w:r>
        <w:rPr>
          <w:rFonts w:ascii="Montserrat" w:hAnsi="Montserrat"/>
          <w:color w:val="0A0A0A"/>
        </w:rPr>
        <w:t>Data representation (binary, hex, images, sound, compression)</w:t>
      </w:r>
    </w:p>
    <w:p w14:paraId="4D9CBD4E" w14:textId="77777777" w:rsidR="00006857" w:rsidRDefault="00006857" w:rsidP="00006857">
      <w:pPr>
        <w:pStyle w:val="NormalWeb"/>
        <w:numPr>
          <w:ilvl w:val="0"/>
          <w:numId w:val="52"/>
        </w:numPr>
        <w:spacing w:line="480" w:lineRule="atLeast"/>
        <w:textAlignment w:val="baseline"/>
        <w:rPr>
          <w:rFonts w:ascii="Montserrat" w:hAnsi="Montserrat"/>
          <w:color w:val="0A0A0A"/>
        </w:rPr>
      </w:pPr>
      <w:r>
        <w:rPr>
          <w:rFonts w:ascii="Montserrat" w:hAnsi="Montserrat"/>
          <w:color w:val="0A0A0A"/>
        </w:rPr>
        <w:t>Secondary storage</w:t>
      </w:r>
    </w:p>
    <w:p w14:paraId="1117459C" w14:textId="77777777" w:rsidR="00006857" w:rsidRDefault="00006857" w:rsidP="00006857">
      <w:pPr>
        <w:pStyle w:val="NormalWeb"/>
        <w:numPr>
          <w:ilvl w:val="0"/>
          <w:numId w:val="52"/>
        </w:numPr>
        <w:spacing w:line="480" w:lineRule="atLeast"/>
        <w:textAlignment w:val="baseline"/>
        <w:rPr>
          <w:rFonts w:ascii="Montserrat" w:hAnsi="Montserrat"/>
          <w:color w:val="0A0A0A"/>
        </w:rPr>
      </w:pPr>
      <w:r>
        <w:rPr>
          <w:rFonts w:ascii="Montserrat" w:hAnsi="Montserrat"/>
          <w:color w:val="0A0A0A"/>
        </w:rPr>
        <w:t>Ethical, moral &amp; legal impacts</w:t>
      </w:r>
    </w:p>
    <w:p w14:paraId="44D63735" w14:textId="77777777" w:rsidR="00006857" w:rsidRDefault="00006857" w:rsidP="00006857">
      <w:pPr>
        <w:pStyle w:val="NormalWeb"/>
        <w:numPr>
          <w:ilvl w:val="0"/>
          <w:numId w:val="52"/>
        </w:numPr>
        <w:spacing w:line="480" w:lineRule="atLeast"/>
        <w:textAlignment w:val="baseline"/>
        <w:rPr>
          <w:rFonts w:ascii="Montserrat" w:hAnsi="Montserrat"/>
          <w:color w:val="0A0A0A"/>
        </w:rPr>
      </w:pPr>
      <w:r>
        <w:rPr>
          <w:rFonts w:ascii="Montserrat" w:hAnsi="Montserrat"/>
          <w:color w:val="0A0A0A"/>
        </w:rPr>
        <w:t>Network security (advanced)</w:t>
      </w:r>
    </w:p>
    <w:p w14:paraId="6910B54F" w14:textId="77777777" w:rsidR="00006857" w:rsidRDefault="00006857">
      <w:pPr>
        <w:pStyle w:val="Heading5"/>
        <w:rPr>
          <w:rFonts w:ascii="inherit" w:eastAsia="Times New Roman" w:hAnsi="inherit"/>
          <w:color w:val="0A0A0A"/>
        </w:rPr>
      </w:pPr>
      <w:r>
        <w:rPr>
          <w:rFonts w:ascii="inherit" w:eastAsia="Times New Roman" w:hAnsi="inherit"/>
          <w:b/>
          <w:bCs/>
          <w:color w:val="0A0A0A"/>
        </w:rPr>
        <w:t>Programming &amp; Algorithms</w:t>
      </w:r>
    </w:p>
    <w:p w14:paraId="4108755C" w14:textId="77777777" w:rsidR="00006857" w:rsidRDefault="00006857" w:rsidP="00006857">
      <w:pPr>
        <w:pStyle w:val="NormalWeb"/>
        <w:numPr>
          <w:ilvl w:val="0"/>
          <w:numId w:val="53"/>
        </w:numPr>
        <w:spacing w:line="480" w:lineRule="atLeast"/>
        <w:textAlignment w:val="baseline"/>
        <w:rPr>
          <w:rFonts w:ascii="Montserrat" w:hAnsi="Montserrat"/>
          <w:color w:val="0A0A0A"/>
        </w:rPr>
      </w:pPr>
      <w:r>
        <w:rPr>
          <w:rFonts w:ascii="Montserrat" w:hAnsi="Montserrat"/>
          <w:color w:val="0A0A0A"/>
        </w:rPr>
        <w:t>Advanced Python: structures, subroutines, files</w:t>
      </w:r>
    </w:p>
    <w:p w14:paraId="7C8B2635" w14:textId="77777777" w:rsidR="00006857" w:rsidRDefault="00006857" w:rsidP="00006857">
      <w:pPr>
        <w:pStyle w:val="NormalWeb"/>
        <w:numPr>
          <w:ilvl w:val="0"/>
          <w:numId w:val="53"/>
        </w:numPr>
        <w:spacing w:line="480" w:lineRule="atLeast"/>
        <w:textAlignment w:val="baseline"/>
        <w:rPr>
          <w:rFonts w:ascii="Montserrat" w:hAnsi="Montserrat"/>
          <w:color w:val="0A0A0A"/>
        </w:rPr>
      </w:pPr>
      <w:r>
        <w:rPr>
          <w:rFonts w:ascii="Montserrat" w:hAnsi="Montserrat"/>
          <w:color w:val="0A0A0A"/>
        </w:rPr>
        <w:t>Testing &amp; debugging</w:t>
      </w:r>
    </w:p>
    <w:p w14:paraId="0145ACA7" w14:textId="77777777" w:rsidR="00006857" w:rsidRDefault="00006857" w:rsidP="00006857">
      <w:pPr>
        <w:pStyle w:val="NormalWeb"/>
        <w:numPr>
          <w:ilvl w:val="0"/>
          <w:numId w:val="53"/>
        </w:numPr>
        <w:spacing w:line="480" w:lineRule="atLeast"/>
        <w:textAlignment w:val="baseline"/>
        <w:rPr>
          <w:rFonts w:ascii="Montserrat" w:hAnsi="Montserrat"/>
          <w:color w:val="0A0A0A"/>
        </w:rPr>
      </w:pPr>
      <w:r>
        <w:rPr>
          <w:rFonts w:ascii="Montserrat" w:hAnsi="Montserrat"/>
          <w:color w:val="0A0A0A"/>
        </w:rPr>
        <w:t>Algorithm efficiency</w:t>
      </w:r>
    </w:p>
    <w:p w14:paraId="68FD3DA2" w14:textId="15306AC0" w:rsidR="00006857" w:rsidRDefault="00006857" w:rsidP="00006857">
      <w:pPr>
        <w:pStyle w:val="NormalWeb"/>
        <w:numPr>
          <w:ilvl w:val="0"/>
          <w:numId w:val="53"/>
        </w:numPr>
        <w:spacing w:line="480" w:lineRule="atLeast"/>
        <w:textAlignment w:val="baseline"/>
        <w:rPr>
          <w:rFonts w:ascii="Montserrat" w:hAnsi="Montserrat"/>
          <w:color w:val="0A0A0A"/>
        </w:rPr>
      </w:pPr>
      <w:r>
        <w:rPr>
          <w:rFonts w:ascii="Montserrat" w:hAnsi="Montserrat"/>
          <w:color w:val="0A0A0A"/>
        </w:rPr>
        <w:t xml:space="preserve">Exam </w:t>
      </w:r>
      <w:r w:rsidR="0007535F">
        <w:rPr>
          <w:rFonts w:ascii="Montserrat" w:hAnsi="Montserrat"/>
          <w:color w:val="0A0A0A"/>
        </w:rPr>
        <w:t>pseudo code</w:t>
      </w:r>
      <w:r>
        <w:rPr>
          <w:rFonts w:ascii="Montserrat" w:hAnsi="Montserrat"/>
          <w:color w:val="0A0A0A"/>
        </w:rPr>
        <w:t xml:space="preserve"> preparation</w:t>
      </w:r>
    </w:p>
    <w:p w14:paraId="56326E2E" w14:textId="77777777" w:rsidR="00006857" w:rsidRDefault="00006857" w:rsidP="00006857">
      <w:pPr>
        <w:pStyle w:val="NormalWeb"/>
        <w:numPr>
          <w:ilvl w:val="0"/>
          <w:numId w:val="53"/>
        </w:numPr>
        <w:spacing w:line="480" w:lineRule="atLeast"/>
        <w:textAlignment w:val="baseline"/>
        <w:rPr>
          <w:rFonts w:ascii="Montserrat" w:hAnsi="Montserrat"/>
          <w:color w:val="0A0A0A"/>
        </w:rPr>
      </w:pPr>
      <w:r>
        <w:rPr>
          <w:rFonts w:ascii="Montserrat" w:hAnsi="Montserrat"/>
          <w:color w:val="0A0A0A"/>
        </w:rPr>
        <w:t>Larger-scale programming project (non-assessed but required practice)</w:t>
      </w:r>
    </w:p>
    <w:p w14:paraId="67B9C974" w14:textId="77777777" w:rsidR="00006857" w:rsidRDefault="00006857">
      <w:pPr>
        <w:pStyle w:val="Heading5"/>
        <w:rPr>
          <w:rFonts w:ascii="inherit" w:eastAsia="Times New Roman" w:hAnsi="inherit"/>
          <w:color w:val="0A0A0A"/>
        </w:rPr>
      </w:pPr>
      <w:r>
        <w:rPr>
          <w:rFonts w:ascii="inherit" w:eastAsia="Times New Roman" w:hAnsi="inherit"/>
          <w:b/>
          <w:bCs/>
          <w:color w:val="0A0A0A"/>
        </w:rPr>
        <w:lastRenderedPageBreak/>
        <w:t>Exam Preparation</w:t>
      </w:r>
    </w:p>
    <w:p w14:paraId="5D7252D0" w14:textId="77777777" w:rsidR="00006857" w:rsidRDefault="00006857">
      <w:pPr>
        <w:pStyle w:val="NormalWeb"/>
        <w:spacing w:line="480" w:lineRule="atLeast"/>
        <w:rPr>
          <w:rFonts w:ascii="Montserrat" w:hAnsi="Montserrat"/>
          <w:color w:val="0A0A0A"/>
        </w:rPr>
      </w:pPr>
      <w:r>
        <w:rPr>
          <w:rFonts w:ascii="Montserrat" w:hAnsi="Montserrat"/>
          <w:color w:val="0A0A0A"/>
        </w:rPr>
        <w:t>Paper 1: Computational thinking &amp; programming</w:t>
      </w:r>
    </w:p>
    <w:p w14:paraId="05DFD014" w14:textId="77777777" w:rsidR="00006857" w:rsidRDefault="00006857">
      <w:pPr>
        <w:pStyle w:val="NormalWeb"/>
        <w:spacing w:line="480" w:lineRule="atLeast"/>
        <w:rPr>
          <w:rFonts w:ascii="Montserrat" w:hAnsi="Montserrat"/>
          <w:color w:val="0A0A0A"/>
        </w:rPr>
      </w:pPr>
      <w:r>
        <w:rPr>
          <w:rFonts w:ascii="Montserrat" w:hAnsi="Montserrat"/>
          <w:color w:val="0A0A0A"/>
        </w:rPr>
        <w:t>Paper 2: Computer systems theory</w:t>
      </w:r>
    </w:p>
    <w:p w14:paraId="44F760FB" w14:textId="77777777" w:rsidR="00B71F20" w:rsidRDefault="00B71F20">
      <w:pPr>
        <w:pStyle w:val="NormalWeb"/>
        <w:spacing w:line="480" w:lineRule="atLeast"/>
        <w:rPr>
          <w:rFonts w:ascii="Montserrat" w:hAnsi="Montserrat"/>
          <w:color w:val="0A0A0A"/>
        </w:rPr>
      </w:pPr>
    </w:p>
    <w:p w14:paraId="7B9D1070" w14:textId="77777777" w:rsidR="00B71F20" w:rsidRDefault="00B71F20">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11 Plus Exam Preparation</w:t>
      </w:r>
    </w:p>
    <w:p w14:paraId="50959FEA" w14:textId="49F49074" w:rsidR="00B71F20" w:rsidRPr="00B71F20" w:rsidRDefault="00B71F20">
      <w:pPr>
        <w:shd w:val="clear" w:color="auto" w:fill="FFFFFF"/>
        <w:rPr>
          <w:rFonts w:ascii="Segoe UI" w:eastAsia="Times New Roman" w:hAnsi="Segoe UI" w:cs="Segoe UI"/>
          <w:color w:val="333333"/>
          <w:sz w:val="24"/>
          <w:szCs w:val="24"/>
        </w:rPr>
      </w:pPr>
      <w:hyperlink r:id="rId37" w:anchor="year10_maths" w:history="1">
        <w:r>
          <w:rPr>
            <w:rStyle w:val="elementor-button-text"/>
            <w:rFonts w:ascii="Roboto" w:eastAsia="Times New Roman" w:hAnsi="Roboto" w:cs="Segoe UI"/>
            <w:color w:val="10AFF4"/>
            <w:sz w:val="23"/>
            <w:szCs w:val="23"/>
            <w:bdr w:val="single" w:sz="24" w:space="9" w:color="10AFF4" w:frame="1"/>
            <w:shd w:val="clear" w:color="auto" w:fill="FFFFFF"/>
          </w:rPr>
          <w:t>MATHS</w:t>
        </w:r>
      </w:hyperlink>
      <w:r>
        <w:rPr>
          <w:rFonts w:ascii="Segoe UI" w:eastAsia="Times New Roman" w:hAnsi="Segoe UI" w:cs="Segoe UI"/>
          <w:color w:val="333333"/>
          <w:sz w:val="24"/>
          <w:szCs w:val="24"/>
        </w:rPr>
        <w:t xml:space="preserve"> </w:t>
      </w:r>
      <w:hyperlink r:id="rId38" w:anchor="year10_english" w:history="1">
        <w:r>
          <w:rPr>
            <w:rStyle w:val="elementor-button-text"/>
            <w:rFonts w:ascii="Roboto" w:eastAsia="Times New Roman" w:hAnsi="Roboto" w:cs="Segoe UI"/>
            <w:color w:val="1EB187"/>
            <w:sz w:val="23"/>
            <w:szCs w:val="23"/>
            <w:bdr w:val="single" w:sz="24" w:space="9" w:color="1EB187" w:frame="1"/>
            <w:shd w:val="clear" w:color="auto" w:fill="FFFFFF"/>
          </w:rPr>
          <w:t>ENGLISH</w:t>
        </w:r>
      </w:hyperlink>
      <w:r>
        <w:rPr>
          <w:rFonts w:ascii="Segoe UI" w:eastAsia="Times New Roman" w:hAnsi="Segoe UI" w:cs="Segoe UI"/>
          <w:color w:val="333333"/>
          <w:sz w:val="24"/>
          <w:szCs w:val="24"/>
        </w:rPr>
        <w:t xml:space="preserve"> </w:t>
      </w:r>
      <w:hyperlink r:id="rId39" w:anchor="year10_science" w:history="1">
        <w:r>
          <w:rPr>
            <w:rStyle w:val="elementor-button-text"/>
            <w:rFonts w:ascii="Roboto" w:eastAsia="Times New Roman" w:hAnsi="Roboto" w:cs="Segoe UI"/>
            <w:color w:val="10AFF4"/>
            <w:sz w:val="23"/>
            <w:szCs w:val="23"/>
            <w:bdr w:val="single" w:sz="24" w:space="9" w:color="10AFF4" w:frame="1"/>
            <w:shd w:val="clear" w:color="auto" w:fill="FFFFFF"/>
          </w:rPr>
          <w:t>VERBAL REASONING</w:t>
        </w:r>
      </w:hyperlink>
      <w:r>
        <w:rPr>
          <w:rFonts w:ascii="Segoe UI" w:eastAsia="Times New Roman" w:hAnsi="Segoe UI" w:cs="Segoe UI"/>
          <w:color w:val="333333"/>
          <w:sz w:val="24"/>
          <w:szCs w:val="24"/>
        </w:rPr>
        <w:t xml:space="preserve"> </w:t>
      </w:r>
      <w:hyperlink r:id="rId40" w:anchor="year10_computer_science" w:history="1">
        <w:r>
          <w:rPr>
            <w:rStyle w:val="elementor-button-text"/>
            <w:rFonts w:ascii="Roboto" w:eastAsia="Times New Roman" w:hAnsi="Roboto" w:cs="Segoe UI"/>
            <w:color w:val="1EB187"/>
            <w:sz w:val="23"/>
            <w:szCs w:val="23"/>
            <w:bdr w:val="single" w:sz="24" w:space="9" w:color="1EB187" w:frame="1"/>
            <w:shd w:val="clear" w:color="auto" w:fill="FFFFFF"/>
          </w:rPr>
          <w:t>NON-VERBAL REASONING</w:t>
        </w:r>
      </w:hyperlink>
    </w:p>
    <w:p w14:paraId="1724C36E" w14:textId="77777777" w:rsidR="00B71F20" w:rsidRDefault="00B71F20">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786A0A41" w14:textId="77777777" w:rsidR="00B71F20" w:rsidRDefault="00B71F20">
      <w:pPr>
        <w:pStyle w:val="NormalWeb"/>
        <w:shd w:val="clear" w:color="auto" w:fill="E3F3FA"/>
        <w:spacing w:line="480" w:lineRule="atLeast"/>
        <w:rPr>
          <w:rFonts w:ascii="Montserrat" w:hAnsi="Montserrat" w:cs="Segoe UI"/>
          <w:color w:val="0A0A0A"/>
        </w:rPr>
      </w:pPr>
      <w:r>
        <w:rPr>
          <w:rFonts w:ascii="Montserrat" w:hAnsi="Montserrat" w:cs="Segoe UI"/>
          <w:color w:val="0A0A0A"/>
        </w:rPr>
        <w:t>Based on the KS2 Maths Programme of Study. (</w:t>
      </w:r>
      <w:hyperlink r:id="rId41" w:tgtFrame="_blank" w:history="1">
        <w:r>
          <w:rPr>
            <w:rStyle w:val="Hyperlink"/>
            <w:rFonts w:ascii="Montserrat" w:hAnsi="Montserrat" w:cs="Segoe UI"/>
            <w:color w:val="CC3366"/>
            <w:u w:val="none"/>
          </w:rPr>
          <w:t>GOV.UK</w:t>
        </w:r>
      </w:hyperlink>
      <w:r>
        <w:rPr>
          <w:rFonts w:ascii="Montserrat" w:hAnsi="Montserrat" w:cs="Segoe UI"/>
          <w:color w:val="0A0A0A"/>
        </w:rPr>
        <w:t>)</w:t>
      </w:r>
    </w:p>
    <w:p w14:paraId="171861C4" w14:textId="77777777" w:rsidR="00B71F20" w:rsidRDefault="00B71F20">
      <w:pPr>
        <w:pStyle w:val="NormalWeb"/>
        <w:shd w:val="clear" w:color="auto" w:fill="E3F3FA"/>
        <w:spacing w:line="480" w:lineRule="atLeast"/>
        <w:rPr>
          <w:rFonts w:ascii="Montserrat" w:hAnsi="Montserrat" w:cs="Segoe UI"/>
          <w:color w:val="0A0A0A"/>
        </w:rPr>
      </w:pPr>
      <w:r>
        <w:rPr>
          <w:rFonts w:ascii="Montserrat" w:hAnsi="Montserrat" w:cs="Segoe UI"/>
          <w:color w:val="0A0A0A"/>
        </w:rPr>
        <w:t>Typical topics include:</w:t>
      </w:r>
    </w:p>
    <w:p w14:paraId="1D6B6350"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Number &amp; Place Value</w:t>
      </w:r>
    </w:p>
    <w:p w14:paraId="3BCDB600"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Reading, writing, ordering numbers</w:t>
      </w:r>
    </w:p>
    <w:p w14:paraId="5DCBF1D8"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Comparing numbers</w:t>
      </w:r>
    </w:p>
    <w:p w14:paraId="7409CF1F"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Understanding place value (units, tens, hundreds, thousands, etc.)</w:t>
      </w:r>
    </w:p>
    <w:p w14:paraId="375BC86E"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Rounding numbers (</w:t>
      </w:r>
      <w:hyperlink r:id="rId42" w:tgtFrame="_blank" w:history="1">
        <w:r>
          <w:rPr>
            <w:rStyle w:val="Hyperlink"/>
            <w:rFonts w:ascii="Montserrat" w:eastAsia="Times New Roman" w:hAnsi="Montserrat" w:cs="Segoe UI"/>
            <w:color w:val="CC3366"/>
            <w:u w:val="none"/>
          </w:rPr>
          <w:t>GOV.UK</w:t>
        </w:r>
      </w:hyperlink>
      <w:r>
        <w:rPr>
          <w:rFonts w:ascii="Montserrat" w:eastAsia="Times New Roman" w:hAnsi="Montserrat" w:cs="Segoe UI"/>
          <w:color w:val="0A0A0A"/>
        </w:rPr>
        <w:t>)</w:t>
      </w:r>
    </w:p>
    <w:p w14:paraId="5724FAA7"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Addition and Subtraction</w:t>
      </w:r>
    </w:p>
    <w:p w14:paraId="40B0B894"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Mental methods and formal written methods</w:t>
      </w:r>
    </w:p>
    <w:p w14:paraId="56A5CC6C"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Estimation</w:t>
      </w:r>
    </w:p>
    <w:p w14:paraId="31A03017"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Solving word / problem-based questions (</w:t>
      </w:r>
      <w:hyperlink r:id="rId43" w:tgtFrame="_blank" w:history="1">
        <w:r>
          <w:rPr>
            <w:rStyle w:val="Hyperlink"/>
            <w:rFonts w:ascii="Montserrat" w:eastAsia="Times New Roman" w:hAnsi="Montserrat" w:cs="Segoe UI"/>
            <w:color w:val="CC3366"/>
            <w:u w:val="none"/>
          </w:rPr>
          <w:t>GOV.UK</w:t>
        </w:r>
      </w:hyperlink>
      <w:r>
        <w:rPr>
          <w:rFonts w:ascii="Montserrat" w:eastAsia="Times New Roman" w:hAnsi="Montserrat" w:cs="Segoe UI"/>
          <w:color w:val="0A0A0A"/>
        </w:rPr>
        <w:t>)</w:t>
      </w:r>
    </w:p>
    <w:p w14:paraId="6961A890"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Multiplication and Division</w:t>
      </w:r>
    </w:p>
    <w:p w14:paraId="628C7DB8"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Times tables (often up to 12×12)</w:t>
      </w:r>
    </w:p>
    <w:p w14:paraId="42BFDAC7"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Mental &amp; written methods</w:t>
      </w:r>
    </w:p>
    <w:p w14:paraId="5538E373"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Division with remainders, etc. (</w:t>
      </w:r>
      <w:proofErr w:type="spellStart"/>
      <w:r>
        <w:rPr>
          <w:rFonts w:ascii="Montserrat" w:eastAsia="Times New Roman" w:hAnsi="Montserrat" w:cs="Segoe UI"/>
          <w:color w:val="0A0A0A"/>
        </w:rPr>
        <w:fldChar w:fldCharType="begin"/>
      </w:r>
      <w:r>
        <w:rPr>
          <w:rFonts w:ascii="Montserrat" w:eastAsia="Times New Roman" w:hAnsi="Montserrat" w:cs="Segoe UI"/>
          <w:color w:val="0A0A0A"/>
        </w:rPr>
        <w:instrText>HYPERLINK "https://www.twinkl.it/teaching-wiki/national-curriculum-for-maths-for-ks2?utm_source=chatgpt.com" \t "_blank"</w:instrText>
      </w:r>
      <w:r>
        <w:rPr>
          <w:rFonts w:ascii="Montserrat" w:eastAsia="Times New Roman" w:hAnsi="Montserrat" w:cs="Segoe UI"/>
          <w:color w:val="0A0A0A"/>
        </w:rPr>
      </w:r>
      <w:r>
        <w:rPr>
          <w:rFonts w:ascii="Montserrat" w:eastAsia="Times New Roman" w:hAnsi="Montserrat" w:cs="Segoe UI"/>
          <w:color w:val="0A0A0A"/>
        </w:rPr>
        <w:fldChar w:fldCharType="separate"/>
      </w:r>
      <w:r>
        <w:rPr>
          <w:rStyle w:val="Hyperlink"/>
          <w:rFonts w:ascii="Montserrat" w:eastAsia="Times New Roman" w:hAnsi="Montserrat" w:cs="Segoe UI"/>
          <w:color w:val="CC3366"/>
          <w:u w:val="none"/>
        </w:rPr>
        <w:t>Twinkl</w:t>
      </w:r>
      <w:proofErr w:type="spellEnd"/>
      <w:r>
        <w:rPr>
          <w:rFonts w:ascii="Montserrat" w:eastAsia="Times New Roman" w:hAnsi="Montserrat" w:cs="Segoe UI"/>
          <w:color w:val="0A0A0A"/>
        </w:rPr>
        <w:fldChar w:fldCharType="end"/>
      </w:r>
      <w:r>
        <w:rPr>
          <w:rFonts w:ascii="Montserrat" w:eastAsia="Times New Roman" w:hAnsi="Montserrat" w:cs="Segoe UI"/>
          <w:color w:val="0A0A0A"/>
        </w:rPr>
        <w:t>)</w:t>
      </w:r>
    </w:p>
    <w:p w14:paraId="027AA6D8"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Fractions, Decimals and Percentages</w:t>
      </w:r>
    </w:p>
    <w:p w14:paraId="365F6DCF"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Equivalent fractions, simplifying</w:t>
      </w:r>
    </w:p>
    <w:p w14:paraId="060460AB"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Adding, subtracting, multiplying, dividing fractions</w:t>
      </w:r>
    </w:p>
    <w:p w14:paraId="70FD28A8"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Converting between fractions, decimals, percentages (</w:t>
      </w:r>
      <w:proofErr w:type="spellStart"/>
      <w:r>
        <w:rPr>
          <w:rFonts w:ascii="Montserrat" w:eastAsia="Times New Roman" w:hAnsi="Montserrat" w:cs="Segoe UI"/>
          <w:color w:val="0A0A0A"/>
        </w:rPr>
        <w:fldChar w:fldCharType="begin"/>
      </w:r>
      <w:r>
        <w:rPr>
          <w:rFonts w:ascii="Montserrat" w:eastAsia="Times New Roman" w:hAnsi="Montserrat" w:cs="Segoe UI"/>
          <w:color w:val="0A0A0A"/>
        </w:rPr>
        <w:instrText>HYPERLINK "https://www.twinkl.it/teaching-wiki/national-curriculum-for-maths-for-ks2?utm_source=chatgpt.com" \t "_blank"</w:instrText>
      </w:r>
      <w:r>
        <w:rPr>
          <w:rFonts w:ascii="Montserrat" w:eastAsia="Times New Roman" w:hAnsi="Montserrat" w:cs="Segoe UI"/>
          <w:color w:val="0A0A0A"/>
        </w:rPr>
      </w:r>
      <w:r>
        <w:rPr>
          <w:rFonts w:ascii="Montserrat" w:eastAsia="Times New Roman" w:hAnsi="Montserrat" w:cs="Segoe UI"/>
          <w:color w:val="0A0A0A"/>
        </w:rPr>
        <w:fldChar w:fldCharType="separate"/>
      </w:r>
      <w:r>
        <w:rPr>
          <w:rStyle w:val="Hyperlink"/>
          <w:rFonts w:ascii="Montserrat" w:eastAsia="Times New Roman" w:hAnsi="Montserrat" w:cs="Segoe UI"/>
          <w:color w:val="CC3366"/>
          <w:u w:val="none"/>
        </w:rPr>
        <w:t>Twinkl</w:t>
      </w:r>
      <w:proofErr w:type="spellEnd"/>
      <w:r>
        <w:rPr>
          <w:rFonts w:ascii="Montserrat" w:eastAsia="Times New Roman" w:hAnsi="Montserrat" w:cs="Segoe UI"/>
          <w:color w:val="0A0A0A"/>
        </w:rPr>
        <w:fldChar w:fldCharType="end"/>
      </w:r>
      <w:r>
        <w:rPr>
          <w:rFonts w:ascii="Montserrat" w:eastAsia="Times New Roman" w:hAnsi="Montserrat" w:cs="Segoe UI"/>
          <w:color w:val="0A0A0A"/>
        </w:rPr>
        <w:t>)</w:t>
      </w:r>
    </w:p>
    <w:p w14:paraId="3B0D9923"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Measurement</w:t>
      </w:r>
    </w:p>
    <w:p w14:paraId="13B8A0F8"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Length, mass, volume / capacity</w:t>
      </w:r>
    </w:p>
    <w:p w14:paraId="2D0407FC"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Perimeter, area, sometimes volume</w:t>
      </w:r>
    </w:p>
    <w:p w14:paraId="0EB329BD"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Converting units (metric and sometimes imperial)</w:t>
      </w:r>
    </w:p>
    <w:p w14:paraId="0A54ED50"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Time – reading clocks, using time, calendars etc. (</w:t>
      </w:r>
      <w:hyperlink r:id="rId44" w:tgtFrame="_blank" w:history="1">
        <w:r>
          <w:rPr>
            <w:rStyle w:val="Hyperlink"/>
            <w:rFonts w:ascii="Montserrat" w:eastAsia="Times New Roman" w:hAnsi="Montserrat" w:cs="Segoe UI"/>
            <w:color w:val="CC3366"/>
            <w:u w:val="none"/>
          </w:rPr>
          <w:t>holywellschool.co.uk</w:t>
        </w:r>
      </w:hyperlink>
      <w:r>
        <w:rPr>
          <w:rFonts w:ascii="Montserrat" w:eastAsia="Times New Roman" w:hAnsi="Montserrat" w:cs="Segoe UI"/>
          <w:color w:val="0A0A0A"/>
        </w:rPr>
        <w:t>)</w:t>
      </w:r>
    </w:p>
    <w:p w14:paraId="7720CBA2"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w:t>
      </w:r>
    </w:p>
    <w:p w14:paraId="4031012F"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Properties of shapes (2D and 3D), angles, symmetry</w:t>
      </w:r>
    </w:p>
    <w:p w14:paraId="3307412A"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Position &amp; direction: coordinates, transformations (translations, reflections), and sometimes rotations (</w:t>
      </w:r>
      <w:hyperlink r:id="rId45" w:tgtFrame="_blank" w:history="1">
        <w:r>
          <w:rPr>
            <w:rStyle w:val="Hyperlink"/>
            <w:rFonts w:ascii="Montserrat" w:eastAsia="Times New Roman" w:hAnsi="Montserrat" w:cs="Segoe UI"/>
            <w:color w:val="CC3366"/>
            <w:u w:val="none"/>
          </w:rPr>
          <w:t>holywellschool.co.uk</w:t>
        </w:r>
      </w:hyperlink>
      <w:r>
        <w:rPr>
          <w:rFonts w:ascii="Montserrat" w:eastAsia="Times New Roman" w:hAnsi="Montserrat" w:cs="Segoe UI"/>
          <w:color w:val="0A0A0A"/>
        </w:rPr>
        <w:t>)</w:t>
      </w:r>
    </w:p>
    <w:p w14:paraId="385BC0F9"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w:t>
      </w:r>
    </w:p>
    <w:p w14:paraId="3306ECB2"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Reading and interpreting data (charts, graphs, tables)</w:t>
      </w:r>
    </w:p>
    <w:p w14:paraId="2BB33325"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Averages (mean, mode, median possibly)</w:t>
      </w:r>
    </w:p>
    <w:p w14:paraId="14BDDB0D"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Probability in some cases, depending on the test board (</w:t>
      </w:r>
      <w:hyperlink r:id="rId46" w:tgtFrame="_blank" w:history="1">
        <w:r>
          <w:rPr>
            <w:rStyle w:val="Hyperlink"/>
            <w:rFonts w:ascii="Montserrat" w:eastAsia="Times New Roman" w:hAnsi="Montserrat" w:cs="Segoe UI"/>
            <w:color w:val="CC3366"/>
            <w:u w:val="none"/>
          </w:rPr>
          <w:t>holywellschool.co.uk</w:t>
        </w:r>
      </w:hyperlink>
      <w:r>
        <w:rPr>
          <w:rFonts w:ascii="Montserrat" w:eastAsia="Times New Roman" w:hAnsi="Montserrat" w:cs="Segoe UI"/>
          <w:color w:val="0A0A0A"/>
        </w:rPr>
        <w:t>)</w:t>
      </w:r>
    </w:p>
    <w:p w14:paraId="52893592"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Ratio &amp; Proportion (sometimes in upper KS2) (</w:t>
      </w:r>
      <w:proofErr w:type="spellStart"/>
      <w:r>
        <w:rPr>
          <w:rFonts w:ascii="Montserrat" w:eastAsia="Times New Roman" w:hAnsi="Montserrat" w:cs="Segoe UI"/>
          <w:color w:val="0A0A0A"/>
        </w:rPr>
        <w:fldChar w:fldCharType="begin"/>
      </w:r>
      <w:r>
        <w:rPr>
          <w:rFonts w:ascii="Montserrat" w:eastAsia="Times New Roman" w:hAnsi="Montserrat" w:cs="Segoe UI"/>
          <w:color w:val="0A0A0A"/>
        </w:rPr>
        <w:instrText>HYPERLINK "https://www.twinkl.it/teaching-wiki/national-curriculum-for-maths-for-ks2?utm_source=chatgpt.com" \t "_blank"</w:instrText>
      </w:r>
      <w:r>
        <w:rPr>
          <w:rFonts w:ascii="Montserrat" w:eastAsia="Times New Roman" w:hAnsi="Montserrat" w:cs="Segoe UI"/>
          <w:color w:val="0A0A0A"/>
        </w:rPr>
      </w:r>
      <w:r>
        <w:rPr>
          <w:rFonts w:ascii="Montserrat" w:eastAsia="Times New Roman" w:hAnsi="Montserrat" w:cs="Segoe UI"/>
          <w:color w:val="0A0A0A"/>
        </w:rPr>
        <w:fldChar w:fldCharType="separate"/>
      </w:r>
      <w:r>
        <w:rPr>
          <w:rStyle w:val="Hyperlink"/>
          <w:rFonts w:ascii="Montserrat" w:eastAsia="Times New Roman" w:hAnsi="Montserrat" w:cs="Segoe UI"/>
          <w:color w:val="CC3366"/>
          <w:u w:val="none"/>
        </w:rPr>
        <w:t>Twinkl</w:t>
      </w:r>
      <w:proofErr w:type="spellEnd"/>
      <w:r>
        <w:rPr>
          <w:rFonts w:ascii="Montserrat" w:eastAsia="Times New Roman" w:hAnsi="Montserrat" w:cs="Segoe UI"/>
          <w:color w:val="0A0A0A"/>
        </w:rPr>
        <w:fldChar w:fldCharType="end"/>
      </w:r>
      <w:r>
        <w:rPr>
          <w:rFonts w:ascii="Montserrat" w:eastAsia="Times New Roman" w:hAnsi="Montserrat" w:cs="Segoe UI"/>
          <w:color w:val="0A0A0A"/>
        </w:rPr>
        <w:t>)</w:t>
      </w:r>
    </w:p>
    <w:p w14:paraId="74D9168D" w14:textId="77777777" w:rsidR="00B71F20" w:rsidRDefault="00B71F20" w:rsidP="00B71F20">
      <w:pPr>
        <w:numPr>
          <w:ilvl w:val="0"/>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Basic Algebra (very simple)</w:t>
      </w:r>
    </w:p>
    <w:p w14:paraId="47430A5F" w14:textId="77777777" w:rsidR="00B71F20" w:rsidRDefault="00B71F20" w:rsidP="00B71F20">
      <w:pPr>
        <w:numPr>
          <w:ilvl w:val="1"/>
          <w:numId w:val="5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Patterns, simple equations</w:t>
      </w:r>
    </w:p>
    <w:p w14:paraId="71F1AE9B" w14:textId="77777777" w:rsidR="00B71F20" w:rsidRDefault="00B71F20">
      <w:pPr>
        <w:pStyle w:val="NormalWeb"/>
        <w:shd w:val="clear" w:color="auto" w:fill="E3F3FA"/>
        <w:spacing w:line="480" w:lineRule="atLeast"/>
        <w:rPr>
          <w:rFonts w:ascii="Montserrat" w:hAnsi="Montserrat" w:cs="Segoe UI"/>
          <w:color w:val="0A0A0A"/>
        </w:rPr>
      </w:pPr>
      <w:r>
        <w:rPr>
          <w:rFonts w:ascii="Montserrat" w:hAnsi="Montserrat" w:cs="Segoe UI"/>
          <w:color w:val="0A0A0A"/>
        </w:rPr>
        <w:lastRenderedPageBreak/>
        <w:t>Missing number problems etc. (</w:t>
      </w:r>
      <w:hyperlink r:id="rId47" w:tgtFrame="_blank" w:history="1">
        <w:r>
          <w:rPr>
            <w:rStyle w:val="Hyperlink"/>
            <w:rFonts w:ascii="Montserrat" w:hAnsi="Montserrat" w:cs="Segoe UI"/>
            <w:color w:val="CC3366"/>
            <w:u w:val="none"/>
          </w:rPr>
          <w:t>Grammar School Pathway</w:t>
        </w:r>
      </w:hyperlink>
      <w:r>
        <w:rPr>
          <w:rFonts w:ascii="Montserrat" w:hAnsi="Montserrat" w:cs="Segoe UI"/>
          <w:color w:val="0A0A0A"/>
        </w:rPr>
        <w:t>)</w:t>
      </w:r>
    </w:p>
    <w:p w14:paraId="6A47A4A1" w14:textId="77777777" w:rsidR="003A5E7F" w:rsidRDefault="003A5E7F">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ENGLISH</w:t>
      </w:r>
    </w:p>
    <w:p w14:paraId="598398BE" w14:textId="77777777" w:rsidR="003A5E7F" w:rsidRDefault="003A5E7F">
      <w:pPr>
        <w:pStyle w:val="NormalWeb"/>
        <w:spacing w:line="480" w:lineRule="atLeast"/>
        <w:rPr>
          <w:rFonts w:ascii="Montserrat" w:hAnsi="Montserrat"/>
          <w:color w:val="0A0A0A"/>
        </w:rPr>
      </w:pPr>
      <w:r>
        <w:rPr>
          <w:rFonts w:ascii="Montserrat" w:hAnsi="Montserrat"/>
          <w:color w:val="0A0A0A"/>
        </w:rPr>
        <w:t>Covers comprehension, vocabulary, grammar &amp; punctuation, often some creative writing. Based largely on KS2 English grammar, punctuation &amp; vocabulary requirements. (</w:t>
      </w:r>
      <w:hyperlink r:id="rId48" w:tgtFrame="_blank" w:history="1">
        <w:r>
          <w:rPr>
            <w:rStyle w:val="Hyperlink"/>
            <w:rFonts w:ascii="Montserrat" w:hAnsi="Montserrat"/>
            <w:color w:val="CC3366"/>
            <w:u w:val="none"/>
          </w:rPr>
          <w:t>Grammar School Pathway</w:t>
        </w:r>
      </w:hyperlink>
      <w:r>
        <w:rPr>
          <w:rFonts w:ascii="Montserrat" w:hAnsi="Montserrat"/>
          <w:color w:val="0A0A0A"/>
        </w:rPr>
        <w:t>)</w:t>
      </w:r>
    </w:p>
    <w:p w14:paraId="28878C37" w14:textId="77777777" w:rsidR="003A5E7F" w:rsidRDefault="003A5E7F">
      <w:pPr>
        <w:pStyle w:val="NormalWeb"/>
        <w:spacing w:line="480" w:lineRule="atLeast"/>
        <w:rPr>
          <w:rFonts w:ascii="Montserrat" w:hAnsi="Montserrat"/>
          <w:color w:val="0A0A0A"/>
        </w:rPr>
      </w:pPr>
      <w:r>
        <w:rPr>
          <w:rFonts w:ascii="Montserrat" w:hAnsi="Montserrat"/>
          <w:color w:val="0A0A0A"/>
        </w:rPr>
        <w:t>Usual topics:</w:t>
      </w:r>
    </w:p>
    <w:p w14:paraId="731ACFA0" w14:textId="77777777" w:rsidR="003A5E7F" w:rsidRDefault="003A5E7F" w:rsidP="003A5E7F">
      <w:pPr>
        <w:numPr>
          <w:ilvl w:val="0"/>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Reading Comprehension</w:t>
      </w:r>
    </w:p>
    <w:p w14:paraId="669C2F6C"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 xml:space="preserve">Understanding passages: main ideas, inference, </w:t>
      </w:r>
      <w:proofErr w:type="spellStart"/>
      <w:r>
        <w:rPr>
          <w:rFonts w:ascii="Montserrat" w:eastAsia="Times New Roman" w:hAnsi="Montserrat"/>
          <w:color w:val="0A0A0A"/>
        </w:rPr>
        <w:t>summarising</w:t>
      </w:r>
      <w:proofErr w:type="spellEnd"/>
    </w:p>
    <w:p w14:paraId="10D43DA5"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Literal vs implicit meaning</w:t>
      </w:r>
    </w:p>
    <w:p w14:paraId="394D9CA3"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Answering questions based on texts (</w:t>
      </w:r>
      <w:hyperlink r:id="rId49" w:tgtFrame="_blank" w:history="1">
        <w:r>
          <w:rPr>
            <w:rStyle w:val="Hyperlink"/>
            <w:rFonts w:ascii="Montserrat" w:eastAsia="Times New Roman" w:hAnsi="Montserrat"/>
            <w:color w:val="CC3366"/>
            <w:u w:val="none"/>
          </w:rPr>
          <w:t>Grammar School Pathway</w:t>
        </w:r>
      </w:hyperlink>
      <w:r>
        <w:rPr>
          <w:rFonts w:ascii="Montserrat" w:eastAsia="Times New Roman" w:hAnsi="Montserrat"/>
          <w:color w:val="0A0A0A"/>
        </w:rPr>
        <w:t>)</w:t>
      </w:r>
    </w:p>
    <w:p w14:paraId="717EEDCE" w14:textId="77777777" w:rsidR="003A5E7F" w:rsidRDefault="003A5E7F" w:rsidP="003A5E7F">
      <w:pPr>
        <w:numPr>
          <w:ilvl w:val="0"/>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Vocabulary</w:t>
      </w:r>
    </w:p>
    <w:p w14:paraId="2D75FAD0"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Synonyms and antonyms</w:t>
      </w:r>
    </w:p>
    <w:p w14:paraId="2223C486"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Prefixes, suffixes, roots, etymology in some cases</w:t>
      </w:r>
    </w:p>
    <w:p w14:paraId="5136FCAE"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Word meanings in context</w:t>
      </w:r>
    </w:p>
    <w:p w14:paraId="45887B4C"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Spelling rules, commonly misspelt words (</w:t>
      </w:r>
      <w:hyperlink r:id="rId50" w:tgtFrame="_blank" w:history="1">
        <w:r>
          <w:rPr>
            <w:rStyle w:val="Hyperlink"/>
            <w:rFonts w:ascii="Montserrat" w:eastAsia="Times New Roman" w:hAnsi="Montserrat"/>
            <w:color w:val="CC3366"/>
            <w:u w:val="none"/>
          </w:rPr>
          <w:t>11plusehelp.co.uk</w:t>
        </w:r>
      </w:hyperlink>
      <w:r>
        <w:rPr>
          <w:rFonts w:ascii="Montserrat" w:eastAsia="Times New Roman" w:hAnsi="Montserrat"/>
          <w:color w:val="0A0A0A"/>
        </w:rPr>
        <w:t>)</w:t>
      </w:r>
    </w:p>
    <w:p w14:paraId="1FEEF584" w14:textId="77777777" w:rsidR="003A5E7F" w:rsidRDefault="003A5E7F" w:rsidP="003A5E7F">
      <w:pPr>
        <w:numPr>
          <w:ilvl w:val="0"/>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Grammar &amp; Punctuation</w:t>
      </w:r>
    </w:p>
    <w:p w14:paraId="2D4D99CD"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Parts of speech (noun, verb, adjective, adverb, pronoun, conjunction, preposition etc.)</w:t>
      </w:r>
    </w:p>
    <w:p w14:paraId="151226F1"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Tenses, subject-verb agreement</w:t>
      </w:r>
    </w:p>
    <w:p w14:paraId="746C9A61"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Sentence types (statements, questions, commands, exclamations)</w:t>
      </w:r>
    </w:p>
    <w:p w14:paraId="056B693D"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Clauses: main vs subordinate, relative clauses etc.</w:t>
      </w:r>
    </w:p>
    <w:p w14:paraId="04B0EF27"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lastRenderedPageBreak/>
        <w:t>Use of punctuation: full stops, commas, apostrophes, quotation/inverted commas, semi-colons, colons, brackets/parentheses, dashes etc. (</w:t>
      </w:r>
      <w:hyperlink r:id="rId51" w:tgtFrame="_blank" w:history="1">
        <w:r>
          <w:rPr>
            <w:rStyle w:val="Hyperlink"/>
            <w:rFonts w:ascii="Montserrat" w:eastAsia="Times New Roman" w:hAnsi="Montserrat"/>
            <w:color w:val="CC3366"/>
            <w:u w:val="none"/>
          </w:rPr>
          <w:t>GOV.UK</w:t>
        </w:r>
      </w:hyperlink>
      <w:r>
        <w:rPr>
          <w:rFonts w:ascii="Montserrat" w:eastAsia="Times New Roman" w:hAnsi="Montserrat"/>
          <w:color w:val="0A0A0A"/>
        </w:rPr>
        <w:t>)</w:t>
      </w:r>
    </w:p>
    <w:p w14:paraId="12D3622B" w14:textId="77777777" w:rsidR="003A5E7F" w:rsidRDefault="003A5E7F" w:rsidP="003A5E7F">
      <w:pPr>
        <w:numPr>
          <w:ilvl w:val="0"/>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Spelling (in some exams, or as part of English)</w:t>
      </w:r>
    </w:p>
    <w:p w14:paraId="5269CB89"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Common rules (e.g. doubling consonants, dropping the ‘e’, etc.)</w:t>
      </w:r>
    </w:p>
    <w:p w14:paraId="3FB21E49"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Prefixes/suffixes spelling, irregular words etc. (</w:t>
      </w:r>
      <w:hyperlink r:id="rId52" w:tgtFrame="_blank" w:history="1">
        <w:r>
          <w:rPr>
            <w:rStyle w:val="Hyperlink"/>
            <w:rFonts w:ascii="Montserrat" w:eastAsia="Times New Roman" w:hAnsi="Montserrat"/>
            <w:color w:val="CC3366"/>
            <w:u w:val="none"/>
          </w:rPr>
          <w:t>11plusehelp.co.uk</w:t>
        </w:r>
      </w:hyperlink>
      <w:r>
        <w:rPr>
          <w:rFonts w:ascii="Montserrat" w:eastAsia="Times New Roman" w:hAnsi="Montserrat"/>
          <w:color w:val="0A0A0A"/>
        </w:rPr>
        <w:t>)</w:t>
      </w:r>
    </w:p>
    <w:p w14:paraId="2F40B65B" w14:textId="77777777" w:rsidR="003A5E7F" w:rsidRDefault="003A5E7F" w:rsidP="003A5E7F">
      <w:pPr>
        <w:numPr>
          <w:ilvl w:val="0"/>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Creative / Extended Writing (if included)</w:t>
      </w:r>
    </w:p>
    <w:p w14:paraId="60A080BF"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Writing stories, essays, imaginative / descriptive writing</w:t>
      </w:r>
    </w:p>
    <w:p w14:paraId="0878085D" w14:textId="77777777" w:rsidR="003A5E7F" w:rsidRDefault="003A5E7F" w:rsidP="003A5E7F">
      <w:pPr>
        <w:numPr>
          <w:ilvl w:val="1"/>
          <w:numId w:val="55"/>
        </w:numPr>
        <w:spacing w:before="100" w:beforeAutospacing="1" w:after="100" w:afterAutospacing="1" w:line="480" w:lineRule="atLeast"/>
        <w:textAlignment w:val="baseline"/>
        <w:rPr>
          <w:rFonts w:ascii="Montserrat" w:eastAsia="Times New Roman" w:hAnsi="Montserrat"/>
          <w:color w:val="0A0A0A"/>
        </w:rPr>
      </w:pPr>
      <w:proofErr w:type="spellStart"/>
      <w:r>
        <w:rPr>
          <w:rFonts w:ascii="Montserrat" w:eastAsia="Times New Roman" w:hAnsi="Montserrat"/>
          <w:color w:val="0A0A0A"/>
        </w:rPr>
        <w:t>Organising</w:t>
      </w:r>
      <w:proofErr w:type="spellEnd"/>
      <w:r>
        <w:rPr>
          <w:rFonts w:ascii="Montserrat" w:eastAsia="Times New Roman" w:hAnsi="Montserrat"/>
          <w:color w:val="0A0A0A"/>
        </w:rPr>
        <w:t xml:space="preserve"> ideas, paragraphs, style &amp; tone, audience awareness (</w:t>
      </w:r>
      <w:hyperlink r:id="rId53" w:tgtFrame="_blank" w:history="1">
        <w:r>
          <w:rPr>
            <w:rStyle w:val="Hyperlink"/>
            <w:rFonts w:ascii="Montserrat" w:eastAsia="Times New Roman" w:hAnsi="Montserrat"/>
            <w:color w:val="CC3366"/>
            <w:u w:val="none"/>
          </w:rPr>
          <w:t>Grammar School Pathway</w:t>
        </w:r>
      </w:hyperlink>
      <w:r>
        <w:rPr>
          <w:rFonts w:ascii="Montserrat" w:eastAsia="Times New Roman" w:hAnsi="Montserrat"/>
          <w:color w:val="0A0A0A"/>
        </w:rPr>
        <w:t>)</w:t>
      </w:r>
    </w:p>
    <w:p w14:paraId="7ADCC5A8" w14:textId="77777777" w:rsidR="00EC0A0B" w:rsidRDefault="00EC0A0B">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VERBAL REASONING</w:t>
      </w:r>
    </w:p>
    <w:p w14:paraId="0297BCE4" w14:textId="77777777" w:rsidR="00EC0A0B" w:rsidRDefault="00EC0A0B">
      <w:pPr>
        <w:pStyle w:val="NormalWeb"/>
        <w:spacing w:line="480" w:lineRule="atLeast"/>
        <w:rPr>
          <w:rFonts w:ascii="Montserrat" w:hAnsi="Montserrat"/>
          <w:color w:val="0A0A0A"/>
        </w:rPr>
      </w:pPr>
      <w:r>
        <w:rPr>
          <w:rFonts w:ascii="Montserrat" w:hAnsi="Montserrat"/>
          <w:color w:val="0A0A0A"/>
        </w:rPr>
        <w:t>These are logic / reasoning questions using words. Not part of the national curriculum, so schools and exam boards vary more. Common topic types:</w:t>
      </w:r>
    </w:p>
    <w:p w14:paraId="123617E0"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Analogies (word analogies)</w:t>
      </w:r>
    </w:p>
    <w:p w14:paraId="403EA3D3"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Opposites / antonyms</w:t>
      </w:r>
    </w:p>
    <w:p w14:paraId="3E1FB004"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Synonyms</w:t>
      </w:r>
    </w:p>
    <w:p w14:paraId="60B0658A"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Word meanings, vocabulary in context</w:t>
      </w:r>
    </w:p>
    <w:p w14:paraId="6A344209"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Cloze tests (fill in missing words)</w:t>
      </w:r>
    </w:p>
    <w:p w14:paraId="71D64A7A"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Codes &amp; code words (simple ciphers)</w:t>
      </w:r>
    </w:p>
    <w:p w14:paraId="44F42A26"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Hidden words / missing letters</w:t>
      </w:r>
    </w:p>
    <w:p w14:paraId="6601C8FF"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Word puzzles: making words from letters, rearrangements (anagrams)</w:t>
      </w:r>
    </w:p>
    <w:p w14:paraId="6D88CCA1"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Letter series / number-letter codes</w:t>
      </w:r>
    </w:p>
    <w:p w14:paraId="341F2F34"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Word-number connections (e.g. letters represent numbers etc.)</w:t>
      </w:r>
    </w:p>
    <w:p w14:paraId="2B62BB54" w14:textId="77777777" w:rsidR="00EC0A0B" w:rsidRDefault="00EC0A0B" w:rsidP="00EC0A0B">
      <w:pPr>
        <w:numPr>
          <w:ilvl w:val="0"/>
          <w:numId w:val="5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lastRenderedPageBreak/>
        <w:t>Following instructions with words, logical word problem statements (</w:t>
      </w:r>
      <w:hyperlink r:id="rId54" w:tgtFrame="_blank" w:history="1">
        <w:r>
          <w:rPr>
            <w:rStyle w:val="Hyperlink"/>
            <w:rFonts w:ascii="Montserrat" w:eastAsia="Times New Roman" w:hAnsi="Montserrat"/>
            <w:color w:val="CC3366"/>
            <w:u w:val="none"/>
          </w:rPr>
          <w:t>Education Quizzes</w:t>
        </w:r>
      </w:hyperlink>
      <w:r>
        <w:rPr>
          <w:rFonts w:ascii="Montserrat" w:eastAsia="Times New Roman" w:hAnsi="Montserrat"/>
          <w:color w:val="0A0A0A"/>
        </w:rPr>
        <w:t>)</w:t>
      </w:r>
    </w:p>
    <w:p w14:paraId="72EE60A0" w14:textId="77777777" w:rsidR="00A128B2" w:rsidRDefault="00A128B2">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NON - VERBAL REASONING</w:t>
      </w:r>
    </w:p>
    <w:p w14:paraId="3DFDBD1B" w14:textId="77777777" w:rsidR="00A128B2" w:rsidRDefault="00A128B2">
      <w:pPr>
        <w:pStyle w:val="NormalWeb"/>
        <w:spacing w:line="480" w:lineRule="atLeast"/>
        <w:rPr>
          <w:rFonts w:ascii="Montserrat" w:hAnsi="Montserrat"/>
          <w:color w:val="0A0A0A"/>
        </w:rPr>
      </w:pPr>
      <w:r>
        <w:rPr>
          <w:rFonts w:ascii="Montserrat" w:hAnsi="Montserrat"/>
          <w:color w:val="0A0A0A"/>
        </w:rPr>
        <w:t>These test spatial, pattern, and visual logic skills. Again, more variable between exam boards / regions. Common topic types:</w:t>
      </w:r>
    </w:p>
    <w:p w14:paraId="4A4C8CB3"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Shape series (what comes next in a sequence of figures)</w:t>
      </w:r>
    </w:p>
    <w:p w14:paraId="75BE8B56"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Pattern / abstract shapes</w:t>
      </w:r>
    </w:p>
    <w:p w14:paraId="29F45A0E"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Matrices (figure matrices)</w:t>
      </w:r>
    </w:p>
    <w:p w14:paraId="1E2F8FA6"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Similar shapes / matching / odd one out in shape sets</w:t>
      </w:r>
    </w:p>
    <w:p w14:paraId="21A68E80"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Codes using shapes / symbols</w:t>
      </w:r>
    </w:p>
    <w:p w14:paraId="0DB58B03"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Rotations, reflections of shapes</w:t>
      </w:r>
    </w:p>
    <w:p w14:paraId="08A2A2A6"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Symmetry, mirror images</w:t>
      </w:r>
    </w:p>
    <w:p w14:paraId="62466264" w14:textId="77777777" w:rsidR="00A128B2" w:rsidRDefault="00A128B2" w:rsidP="00A128B2">
      <w:pPr>
        <w:numPr>
          <w:ilvl w:val="0"/>
          <w:numId w:val="5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Spatial reasoning: fitting shapes, visual puzzles etc.</w:t>
      </w:r>
    </w:p>
    <w:p w14:paraId="18724BC3" w14:textId="77777777" w:rsidR="00966F5D" w:rsidRDefault="00966F5D">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ADDITIONAL TOPICS</w:t>
      </w:r>
    </w:p>
    <w:p w14:paraId="73D144CA" w14:textId="77777777" w:rsidR="00966F5D" w:rsidRDefault="00966F5D" w:rsidP="00966F5D">
      <w:pPr>
        <w:numPr>
          <w:ilvl w:val="0"/>
          <w:numId w:val="58"/>
        </w:numPr>
        <w:spacing w:before="100" w:beforeAutospacing="1" w:after="100" w:afterAutospacing="1" w:line="480" w:lineRule="atLeast"/>
        <w:textAlignment w:val="baseline"/>
        <w:rPr>
          <w:rFonts w:ascii="Montserrat" w:eastAsia="Times New Roman" w:hAnsi="Montserrat" w:cs="Times New Roman"/>
          <w:color w:val="0A0A0A"/>
          <w:sz w:val="24"/>
          <w:szCs w:val="24"/>
        </w:rPr>
      </w:pPr>
      <w:r>
        <w:rPr>
          <w:rFonts w:ascii="Montserrat" w:eastAsia="Times New Roman" w:hAnsi="Montserrat"/>
          <w:color w:val="0A0A0A"/>
        </w:rPr>
        <w:t>Some areas include </w:t>
      </w:r>
      <w:r>
        <w:rPr>
          <w:rStyle w:val="Emphasis"/>
          <w:rFonts w:ascii="Montserrat" w:eastAsia="Times New Roman" w:hAnsi="Montserrat"/>
          <w:color w:val="0A0A0A"/>
        </w:rPr>
        <w:t>numerical reasoning</w:t>
      </w:r>
      <w:r>
        <w:rPr>
          <w:rFonts w:ascii="Montserrat" w:eastAsia="Times New Roman" w:hAnsi="Montserrat"/>
          <w:color w:val="0A0A0A"/>
        </w:rPr>
        <w:t xml:space="preserve">, separate from </w:t>
      </w:r>
      <w:proofErr w:type="spellStart"/>
      <w:r>
        <w:rPr>
          <w:rFonts w:ascii="Montserrat" w:eastAsia="Times New Roman" w:hAnsi="Montserrat"/>
          <w:color w:val="0A0A0A"/>
        </w:rPr>
        <w:t>maths</w:t>
      </w:r>
      <w:proofErr w:type="spellEnd"/>
      <w:r>
        <w:rPr>
          <w:rFonts w:ascii="Montserrat" w:eastAsia="Times New Roman" w:hAnsi="Montserrat"/>
          <w:color w:val="0A0A0A"/>
        </w:rPr>
        <w:t xml:space="preserve"> or VR. </w:t>
      </w:r>
    </w:p>
    <w:p w14:paraId="3E48E821" w14:textId="77777777" w:rsidR="00966F5D" w:rsidRDefault="00966F5D" w:rsidP="00966F5D">
      <w:pPr>
        <w:numPr>
          <w:ilvl w:val="0"/>
          <w:numId w:val="5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Some include </w:t>
      </w:r>
      <w:r>
        <w:rPr>
          <w:rStyle w:val="Emphasis"/>
          <w:rFonts w:ascii="Montserrat" w:eastAsia="Times New Roman" w:hAnsi="Montserrat"/>
          <w:color w:val="0A0A0A"/>
        </w:rPr>
        <w:t>creative writing</w:t>
      </w:r>
      <w:r>
        <w:rPr>
          <w:rFonts w:ascii="Montserrat" w:eastAsia="Times New Roman" w:hAnsi="Montserrat"/>
          <w:color w:val="0A0A0A"/>
        </w:rPr>
        <w:t> as a separate paper. </w:t>
      </w:r>
    </w:p>
    <w:p w14:paraId="0DFDFF4D" w14:textId="77777777" w:rsidR="00966F5D" w:rsidRDefault="00966F5D" w:rsidP="00966F5D">
      <w:pPr>
        <w:numPr>
          <w:ilvl w:val="0"/>
          <w:numId w:val="5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Some local grammar schools may include </w:t>
      </w:r>
      <w:r>
        <w:rPr>
          <w:rStyle w:val="Emphasis"/>
          <w:rFonts w:ascii="Montserrat" w:eastAsia="Times New Roman" w:hAnsi="Montserrat"/>
          <w:color w:val="0A0A0A"/>
        </w:rPr>
        <w:t>verbal skills</w:t>
      </w:r>
      <w:r>
        <w:rPr>
          <w:rFonts w:ascii="Montserrat" w:eastAsia="Times New Roman" w:hAnsi="Montserrat"/>
          <w:color w:val="0A0A0A"/>
        </w:rPr>
        <w:t>, </w:t>
      </w:r>
      <w:r>
        <w:rPr>
          <w:rStyle w:val="Emphasis"/>
          <w:rFonts w:ascii="Montserrat" w:eastAsia="Times New Roman" w:hAnsi="Montserrat"/>
          <w:color w:val="0A0A0A"/>
        </w:rPr>
        <w:t>writing assessment</w:t>
      </w:r>
      <w:r>
        <w:rPr>
          <w:rFonts w:ascii="Montserrat" w:eastAsia="Times New Roman" w:hAnsi="Montserrat"/>
          <w:color w:val="0A0A0A"/>
        </w:rPr>
        <w:t> or </w:t>
      </w:r>
      <w:r>
        <w:rPr>
          <w:rStyle w:val="Emphasis"/>
          <w:rFonts w:ascii="Montserrat" w:eastAsia="Times New Roman" w:hAnsi="Montserrat"/>
          <w:color w:val="0A0A0A"/>
        </w:rPr>
        <w:t>vocabulary</w:t>
      </w:r>
      <w:r>
        <w:rPr>
          <w:rFonts w:ascii="Montserrat" w:eastAsia="Times New Roman" w:hAnsi="Montserrat"/>
          <w:color w:val="0A0A0A"/>
        </w:rPr>
        <w:t> papers. </w:t>
      </w:r>
    </w:p>
    <w:p w14:paraId="5585FFF9" w14:textId="77777777" w:rsidR="001F292D" w:rsidRDefault="001F292D">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13 Plus Exam Preparation</w:t>
      </w:r>
    </w:p>
    <w:p w14:paraId="068C9C81" w14:textId="3B077AEB" w:rsidR="001F292D" w:rsidRPr="008E78D8" w:rsidRDefault="001F292D">
      <w:pPr>
        <w:shd w:val="clear" w:color="auto" w:fill="FFFFFF"/>
        <w:rPr>
          <w:rFonts w:ascii="Segoe UI" w:eastAsia="Times New Roman" w:hAnsi="Segoe UI" w:cs="Segoe UI"/>
          <w:color w:val="333333"/>
          <w:sz w:val="24"/>
          <w:szCs w:val="24"/>
        </w:rPr>
      </w:pPr>
      <w:hyperlink r:id="rId55" w:anchor="year10_maths" w:history="1">
        <w:r>
          <w:rPr>
            <w:rStyle w:val="elementor-button-text"/>
            <w:rFonts w:ascii="Roboto" w:eastAsia="Times New Roman" w:hAnsi="Roboto" w:cs="Segoe UI"/>
            <w:color w:val="10AFF4"/>
            <w:sz w:val="21"/>
            <w:szCs w:val="21"/>
            <w:bdr w:val="single" w:sz="24" w:space="9" w:color="10AFF4" w:frame="1"/>
            <w:shd w:val="clear" w:color="auto" w:fill="FFFFFF"/>
          </w:rPr>
          <w:t>MATHS</w:t>
        </w:r>
      </w:hyperlink>
      <w:r w:rsidR="008E78D8">
        <w:rPr>
          <w:rFonts w:ascii="Segoe UI" w:eastAsia="Times New Roman" w:hAnsi="Segoe UI" w:cs="Segoe UI"/>
          <w:color w:val="333333"/>
          <w:sz w:val="24"/>
          <w:szCs w:val="24"/>
        </w:rPr>
        <w:t xml:space="preserve"> </w:t>
      </w:r>
      <w:hyperlink r:id="rId56" w:anchor="year10_english" w:history="1">
        <w:r>
          <w:rPr>
            <w:rStyle w:val="elementor-button-text"/>
            <w:rFonts w:ascii="Roboto" w:eastAsia="Times New Roman" w:hAnsi="Roboto" w:cs="Segoe UI"/>
            <w:color w:val="1EB187"/>
            <w:sz w:val="21"/>
            <w:szCs w:val="21"/>
            <w:bdr w:val="single" w:sz="24" w:space="9" w:color="1EB187" w:frame="1"/>
            <w:shd w:val="clear" w:color="auto" w:fill="FFFFFF"/>
          </w:rPr>
          <w:t>ENGLISH</w:t>
        </w:r>
      </w:hyperlink>
      <w:r w:rsidR="008E78D8">
        <w:rPr>
          <w:rFonts w:ascii="Segoe UI" w:eastAsia="Times New Roman" w:hAnsi="Segoe UI" w:cs="Segoe UI"/>
          <w:color w:val="333333"/>
          <w:sz w:val="24"/>
          <w:szCs w:val="24"/>
        </w:rPr>
        <w:t xml:space="preserve"> </w:t>
      </w:r>
      <w:hyperlink r:id="rId57" w:anchor="year10_science" w:history="1">
        <w:r>
          <w:rPr>
            <w:rStyle w:val="elementor-button-text"/>
            <w:rFonts w:ascii="Roboto" w:eastAsia="Times New Roman" w:hAnsi="Roboto" w:cs="Segoe UI"/>
            <w:color w:val="10AFF4"/>
            <w:sz w:val="21"/>
            <w:szCs w:val="21"/>
            <w:bdr w:val="single" w:sz="24" w:space="9" w:color="10AFF4" w:frame="1"/>
            <w:shd w:val="clear" w:color="auto" w:fill="FFFFFF"/>
          </w:rPr>
          <w:t>VERBAL REASONING</w:t>
        </w:r>
      </w:hyperlink>
      <w:r w:rsidR="008E78D8">
        <w:rPr>
          <w:rFonts w:ascii="Segoe UI" w:eastAsia="Times New Roman" w:hAnsi="Segoe UI" w:cs="Segoe UI"/>
          <w:color w:val="333333"/>
          <w:sz w:val="24"/>
          <w:szCs w:val="24"/>
        </w:rPr>
        <w:t xml:space="preserve"> </w:t>
      </w:r>
      <w:hyperlink r:id="rId58" w:anchor="year10_computer_science" w:history="1">
        <w:r>
          <w:rPr>
            <w:rStyle w:val="elementor-button-text"/>
            <w:rFonts w:ascii="Roboto" w:eastAsia="Times New Roman" w:hAnsi="Roboto" w:cs="Segoe UI"/>
            <w:color w:val="1EB187"/>
            <w:sz w:val="21"/>
            <w:szCs w:val="21"/>
            <w:bdr w:val="single" w:sz="24" w:space="9" w:color="1EB187" w:frame="1"/>
            <w:shd w:val="clear" w:color="auto" w:fill="FFFFFF"/>
          </w:rPr>
          <w:t>NON-VERBAL REASONING</w:t>
        </w:r>
      </w:hyperlink>
    </w:p>
    <w:p w14:paraId="5B5CAF18" w14:textId="77777777" w:rsidR="001F292D" w:rsidRDefault="001F292D">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lastRenderedPageBreak/>
        <w:t>MATHS</w:t>
      </w:r>
    </w:p>
    <w:p w14:paraId="0DB60855" w14:textId="77777777" w:rsidR="001F292D" w:rsidRDefault="001F292D">
      <w:pPr>
        <w:pStyle w:val="NormalWeb"/>
        <w:shd w:val="clear" w:color="auto" w:fill="E3F3FA"/>
        <w:spacing w:line="480" w:lineRule="atLeast"/>
        <w:rPr>
          <w:rFonts w:ascii="Montserrat" w:hAnsi="Montserrat" w:cs="Segoe UI"/>
          <w:color w:val="0A0A0A"/>
        </w:rPr>
      </w:pPr>
      <w:r>
        <w:rPr>
          <w:rFonts w:ascii="Montserrat" w:hAnsi="Montserrat" w:cs="Segoe UI"/>
          <w:color w:val="0A0A0A"/>
        </w:rPr>
        <w:t>From ISEB CE Maths syllabus. </w:t>
      </w:r>
      <w:hyperlink r:id="rId59" w:tgtFrame="_blank" w:history="1">
        <w:r>
          <w:rPr>
            <w:rStyle w:val="Hyperlink"/>
            <w:rFonts w:ascii="Montserrat" w:hAnsi="Montserrat" w:cs="Segoe UI"/>
            <w:color w:val="CC3366"/>
            <w:u w:val="none"/>
          </w:rPr>
          <w:t>uniontuitionlondon.com+3ISEB+3Owl Tutors+3</w:t>
        </w:r>
      </w:hyperlink>
    </w:p>
    <w:p w14:paraId="1B6A6BD7" w14:textId="77777777" w:rsidR="001F292D" w:rsidRDefault="001F292D">
      <w:pPr>
        <w:pStyle w:val="NormalWeb"/>
        <w:shd w:val="clear" w:color="auto" w:fill="E3F3FA"/>
        <w:spacing w:line="480" w:lineRule="atLeast"/>
        <w:rPr>
          <w:rFonts w:ascii="Montserrat" w:hAnsi="Montserrat" w:cs="Segoe UI"/>
          <w:color w:val="0A0A0A"/>
        </w:rPr>
      </w:pPr>
      <w:r>
        <w:rPr>
          <w:rFonts w:ascii="Montserrat" w:hAnsi="Montserrat" w:cs="Segoe UI"/>
          <w:color w:val="0A0A0A"/>
        </w:rPr>
        <w:t>Components / Structure:</w:t>
      </w:r>
    </w:p>
    <w:p w14:paraId="5CB7CB1B" w14:textId="77777777" w:rsidR="001F292D" w:rsidRDefault="001F292D" w:rsidP="001F292D">
      <w:pPr>
        <w:numPr>
          <w:ilvl w:val="0"/>
          <w:numId w:val="5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Three papers:</w:t>
      </w:r>
      <w:r>
        <w:rPr>
          <w:rFonts w:ascii="Montserrat" w:eastAsia="Times New Roman" w:hAnsi="Montserrat" w:cs="Segoe UI"/>
          <w:color w:val="0A0A0A"/>
        </w:rPr>
        <w:br/>
        <w:t>• Non-calculator written paper</w:t>
      </w:r>
      <w:r>
        <w:rPr>
          <w:rFonts w:ascii="Montserrat" w:eastAsia="Times New Roman" w:hAnsi="Montserrat" w:cs="Segoe UI"/>
          <w:color w:val="0A0A0A"/>
        </w:rPr>
        <w:br/>
        <w:t>• Calculator paper</w:t>
      </w:r>
      <w:r>
        <w:rPr>
          <w:rFonts w:ascii="Montserrat" w:eastAsia="Times New Roman" w:hAnsi="Montserrat" w:cs="Segoe UI"/>
          <w:color w:val="0A0A0A"/>
        </w:rPr>
        <w:br/>
        <w:t>• Mental arithmetic (short timed test) </w:t>
      </w:r>
      <w:hyperlink r:id="rId60" w:tgtFrame="_blank" w:history="1">
        <w:r>
          <w:rPr>
            <w:rStyle w:val="Hyperlink"/>
            <w:rFonts w:ascii="Montserrat" w:eastAsia="Times New Roman" w:hAnsi="Montserrat" w:cs="Segoe UI"/>
            <w:color w:val="CC3366"/>
            <w:u w:val="none"/>
          </w:rPr>
          <w:t>Hachette Learning+2ISEB+2</w:t>
        </w:r>
      </w:hyperlink>
    </w:p>
    <w:p w14:paraId="11F7A6E6" w14:textId="77777777" w:rsidR="001F292D" w:rsidRDefault="001F292D" w:rsidP="001F292D">
      <w:pPr>
        <w:numPr>
          <w:ilvl w:val="0"/>
          <w:numId w:val="5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Levels: Foundation, Core, Additional (Higher / more challenging) for more able pupils. </w:t>
      </w:r>
      <w:hyperlink r:id="rId61" w:tgtFrame="_blank" w:history="1">
        <w:r>
          <w:rPr>
            <w:rStyle w:val="Hyperlink"/>
            <w:rFonts w:ascii="Montserrat" w:eastAsia="Times New Roman" w:hAnsi="Montserrat" w:cs="Segoe UI"/>
            <w:color w:val="CC3366"/>
            <w:u w:val="none"/>
          </w:rPr>
          <w:t>Hachette Learning+2ISEB+2</w:t>
        </w:r>
      </w:hyperlink>
    </w:p>
    <w:p w14:paraId="64CA8218" w14:textId="77777777" w:rsidR="001F292D" w:rsidRDefault="001F292D">
      <w:pPr>
        <w:pStyle w:val="NormalWeb"/>
        <w:shd w:val="clear" w:color="auto" w:fill="E3F3FA"/>
        <w:spacing w:line="480" w:lineRule="atLeast"/>
        <w:rPr>
          <w:rFonts w:ascii="Montserrat" w:hAnsi="Montserrat" w:cs="Segoe UI"/>
          <w:color w:val="0A0A0A"/>
        </w:rPr>
      </w:pPr>
      <w:r>
        <w:rPr>
          <w:rFonts w:ascii="Montserrat" w:hAnsi="Montserrat" w:cs="Segoe UI"/>
          <w:color w:val="0A0A0A"/>
        </w:rPr>
        <w:t>Topics:</w:t>
      </w:r>
    </w:p>
    <w:p w14:paraId="47EDC9EE" w14:textId="77777777" w:rsidR="001F292D" w:rsidRDefault="001F292D">
      <w:pPr>
        <w:pStyle w:val="NormalWeb"/>
        <w:shd w:val="clear" w:color="auto" w:fill="E3F3FA"/>
        <w:spacing w:line="480" w:lineRule="atLeast"/>
        <w:rPr>
          <w:rFonts w:ascii="Montserrat" w:hAnsi="Montserrat" w:cs="Segoe UI"/>
          <w:color w:val="0A0A0A"/>
        </w:rPr>
      </w:pPr>
      <w:r>
        <w:rPr>
          <w:rFonts w:ascii="Montserrat" w:hAnsi="Montserrat" w:cs="Segoe UI"/>
          <w:color w:val="0A0A0A"/>
        </w:rPr>
        <w:t>Here are the main topic areas and finer points:</w:t>
      </w:r>
    </w:p>
    <w:p w14:paraId="086888EE" w14:textId="77777777" w:rsidR="001F292D" w:rsidRDefault="001F292D" w:rsidP="001F292D">
      <w:pPr>
        <w:numPr>
          <w:ilvl w:val="0"/>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Number</w:t>
      </w:r>
    </w:p>
    <w:p w14:paraId="2D59C14B"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Place value (integers, decimals), ordering, rounding. </w:t>
      </w:r>
      <w:hyperlink r:id="rId62" w:tgtFrame="_blank" w:history="1">
        <w:r>
          <w:rPr>
            <w:rStyle w:val="Hyperlink"/>
            <w:rFonts w:ascii="Montserrat" w:eastAsia="Times New Roman" w:hAnsi="Montserrat" w:cs="Segoe UI"/>
            <w:color w:val="CC3366"/>
            <w:u w:val="none"/>
          </w:rPr>
          <w:t>Owl Tutors+2uniontuitionlondon.com+2</w:t>
        </w:r>
      </w:hyperlink>
    </w:p>
    <w:p w14:paraId="675921E0"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Negative numbers, fractions, decimals, percentages. </w:t>
      </w:r>
      <w:hyperlink r:id="rId63" w:tgtFrame="_blank" w:history="1">
        <w:r>
          <w:rPr>
            <w:rStyle w:val="Hyperlink"/>
            <w:rFonts w:ascii="Montserrat" w:eastAsia="Times New Roman" w:hAnsi="Montserrat" w:cs="Segoe UI"/>
            <w:color w:val="CC3366"/>
            <w:u w:val="none"/>
          </w:rPr>
          <w:t>Owl Tutors+1</w:t>
        </w:r>
      </w:hyperlink>
    </w:p>
    <w:p w14:paraId="61758117"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Prime numbers; factors; multiples; highest common factor (HCF), lowest common multiple (LCM); prime </w:t>
      </w:r>
      <w:proofErr w:type="spellStart"/>
      <w:r>
        <w:rPr>
          <w:rFonts w:ascii="Montserrat" w:eastAsia="Times New Roman" w:hAnsi="Montserrat" w:cs="Segoe UI"/>
          <w:color w:val="0A0A0A"/>
        </w:rPr>
        <w:t>factorisation</w:t>
      </w:r>
      <w:proofErr w:type="spellEnd"/>
      <w:r>
        <w:rPr>
          <w:rFonts w:ascii="Montserrat" w:eastAsia="Times New Roman" w:hAnsi="Montserrat" w:cs="Segoe UI"/>
          <w:color w:val="0A0A0A"/>
        </w:rPr>
        <w:t>. </w:t>
      </w:r>
      <w:hyperlink r:id="rId64" w:tgtFrame="_blank" w:history="1">
        <w:r>
          <w:rPr>
            <w:rStyle w:val="Hyperlink"/>
            <w:rFonts w:ascii="Montserrat" w:eastAsia="Times New Roman" w:hAnsi="Montserrat" w:cs="Segoe UI"/>
            <w:color w:val="CC3366"/>
            <w:u w:val="none"/>
          </w:rPr>
          <w:t>Owl Tutors+1</w:t>
        </w:r>
      </w:hyperlink>
    </w:p>
    <w:p w14:paraId="73E62CB7" w14:textId="77777777" w:rsidR="001F292D" w:rsidRDefault="001F292D" w:rsidP="001F292D">
      <w:pPr>
        <w:numPr>
          <w:ilvl w:val="0"/>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Algebra</w:t>
      </w:r>
    </w:p>
    <w:p w14:paraId="604E4EC2"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Expressions, equations, inequalities. </w:t>
      </w:r>
      <w:hyperlink r:id="rId65" w:tgtFrame="_blank" w:history="1">
        <w:r>
          <w:rPr>
            <w:rStyle w:val="Hyperlink"/>
            <w:rFonts w:ascii="Montserrat" w:eastAsia="Times New Roman" w:hAnsi="Montserrat" w:cs="Segoe UI"/>
            <w:color w:val="CC3366"/>
            <w:u w:val="none"/>
          </w:rPr>
          <w:t>Owl Tutors+2uniontuitionlondon.com+2</w:t>
        </w:r>
      </w:hyperlink>
    </w:p>
    <w:p w14:paraId="37304012"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Sequences, nth term. </w:t>
      </w:r>
      <w:hyperlink r:id="rId66" w:tgtFrame="_blank" w:history="1">
        <w:r>
          <w:rPr>
            <w:rStyle w:val="Hyperlink"/>
            <w:rFonts w:ascii="Montserrat" w:eastAsia="Times New Roman" w:hAnsi="Montserrat" w:cs="Segoe UI"/>
            <w:color w:val="CC3366"/>
            <w:u w:val="none"/>
          </w:rPr>
          <w:t>Owl Tutors+1</w:t>
        </w:r>
      </w:hyperlink>
    </w:p>
    <w:p w14:paraId="5116B2FA"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 xml:space="preserve">Manipulation like expanding, </w:t>
      </w:r>
      <w:proofErr w:type="spellStart"/>
      <w:r>
        <w:rPr>
          <w:rFonts w:ascii="Montserrat" w:eastAsia="Times New Roman" w:hAnsi="Montserrat" w:cs="Segoe UI"/>
          <w:color w:val="0A0A0A"/>
        </w:rPr>
        <w:t>factorising</w:t>
      </w:r>
      <w:proofErr w:type="spellEnd"/>
      <w:r>
        <w:rPr>
          <w:rFonts w:ascii="Montserrat" w:eastAsia="Times New Roman" w:hAnsi="Montserrat" w:cs="Segoe UI"/>
          <w:color w:val="0A0A0A"/>
        </w:rPr>
        <w:t>. </w:t>
      </w:r>
      <w:hyperlink r:id="rId67" w:tgtFrame="_blank" w:history="1">
        <w:r>
          <w:rPr>
            <w:rStyle w:val="Hyperlink"/>
            <w:rFonts w:ascii="Montserrat" w:eastAsia="Times New Roman" w:hAnsi="Montserrat" w:cs="Segoe UI"/>
            <w:color w:val="CC3366"/>
            <w:u w:val="none"/>
          </w:rPr>
          <w:t>Owl Tutors+1</w:t>
        </w:r>
      </w:hyperlink>
    </w:p>
    <w:p w14:paraId="6EDD02C0"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Substitution into formulae. </w:t>
      </w:r>
      <w:hyperlink r:id="rId68" w:tgtFrame="_blank" w:history="1">
        <w:r>
          <w:rPr>
            <w:rStyle w:val="Hyperlink"/>
            <w:rFonts w:ascii="Montserrat" w:eastAsia="Times New Roman" w:hAnsi="Montserrat" w:cs="Segoe UI"/>
            <w:color w:val="CC3366"/>
            <w:u w:val="none"/>
          </w:rPr>
          <w:t>Keystone Tutors+1</w:t>
        </w:r>
      </w:hyperlink>
    </w:p>
    <w:p w14:paraId="2FBF691A" w14:textId="77777777" w:rsidR="001F292D" w:rsidRDefault="001F292D" w:rsidP="001F292D">
      <w:pPr>
        <w:numPr>
          <w:ilvl w:val="0"/>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Ratio, Proportion &amp; Rates of Change</w:t>
      </w:r>
    </w:p>
    <w:p w14:paraId="5D2FCCC1"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Ratios, proportional reasoning. </w:t>
      </w:r>
      <w:hyperlink r:id="rId69" w:tgtFrame="_blank" w:history="1">
        <w:r>
          <w:rPr>
            <w:rStyle w:val="Hyperlink"/>
            <w:rFonts w:ascii="Montserrat" w:eastAsia="Times New Roman" w:hAnsi="Montserrat" w:cs="Segoe UI"/>
            <w:color w:val="CC3366"/>
            <w:u w:val="none"/>
          </w:rPr>
          <w:t>Owl Tutors+1</w:t>
        </w:r>
      </w:hyperlink>
    </w:p>
    <w:p w14:paraId="0DCEFECE"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Scaling, maps, diagrams. </w:t>
      </w:r>
      <w:hyperlink r:id="rId70" w:tgtFrame="_blank" w:history="1">
        <w:r>
          <w:rPr>
            <w:rStyle w:val="Hyperlink"/>
            <w:rFonts w:ascii="Montserrat" w:eastAsia="Times New Roman" w:hAnsi="Montserrat" w:cs="Segoe UI"/>
            <w:color w:val="CC3366"/>
            <w:u w:val="none"/>
          </w:rPr>
          <w:t>uniontuitionlondon.com+1</w:t>
        </w:r>
      </w:hyperlink>
    </w:p>
    <w:p w14:paraId="5911CD85" w14:textId="77777777" w:rsidR="001F292D" w:rsidRDefault="001F292D" w:rsidP="001F292D">
      <w:pPr>
        <w:numPr>
          <w:ilvl w:val="0"/>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Geometry &amp; Measures</w:t>
      </w:r>
    </w:p>
    <w:p w14:paraId="1B06595C"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Properties of shapes (2D &amp; 3D), classification, angles, lines, polygons. </w:t>
      </w:r>
      <w:hyperlink r:id="rId71" w:tgtFrame="_blank" w:history="1">
        <w:r>
          <w:rPr>
            <w:rStyle w:val="Hyperlink"/>
            <w:rFonts w:ascii="Montserrat" w:eastAsia="Times New Roman" w:hAnsi="Montserrat" w:cs="Segoe UI"/>
            <w:color w:val="CC3366"/>
            <w:u w:val="none"/>
          </w:rPr>
          <w:t>uniontuitionlondon.com+2Owl Tutors+2</w:t>
        </w:r>
      </w:hyperlink>
    </w:p>
    <w:p w14:paraId="5D9EE36E"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Perimeter, area, volume (including of prisms, cylinders) </w:t>
      </w:r>
      <w:hyperlink r:id="rId72" w:tgtFrame="_blank" w:history="1">
        <w:r>
          <w:rPr>
            <w:rStyle w:val="Hyperlink"/>
            <w:rFonts w:ascii="Montserrat" w:eastAsia="Times New Roman" w:hAnsi="Montserrat" w:cs="Segoe UI"/>
            <w:color w:val="CC3366"/>
            <w:u w:val="none"/>
          </w:rPr>
          <w:t>Scribd+2Owl Tutors+2</w:t>
        </w:r>
      </w:hyperlink>
    </w:p>
    <w:p w14:paraId="3387D7F7"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Transformations: reflection, rotation, translation, enlargement / scale factor. </w:t>
      </w:r>
      <w:hyperlink r:id="rId73" w:tgtFrame="_blank" w:history="1">
        <w:r>
          <w:rPr>
            <w:rStyle w:val="Hyperlink"/>
            <w:rFonts w:ascii="Montserrat" w:eastAsia="Times New Roman" w:hAnsi="Montserrat" w:cs="Segoe UI"/>
            <w:color w:val="CC3366"/>
            <w:u w:val="none"/>
          </w:rPr>
          <w:t>Owl Tutors+1</w:t>
        </w:r>
      </w:hyperlink>
    </w:p>
    <w:p w14:paraId="7D74F2DF"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Coordinates; measurement units; conversion; time, speed, distance etc. </w:t>
      </w:r>
      <w:hyperlink r:id="rId74" w:tgtFrame="_blank" w:history="1">
        <w:r>
          <w:rPr>
            <w:rStyle w:val="Hyperlink"/>
            <w:rFonts w:ascii="Montserrat" w:eastAsia="Times New Roman" w:hAnsi="Montserrat" w:cs="Segoe UI"/>
            <w:color w:val="CC3366"/>
            <w:u w:val="none"/>
          </w:rPr>
          <w:t>Hachette Learning+2uniontuitionlondon.com+2</w:t>
        </w:r>
      </w:hyperlink>
    </w:p>
    <w:p w14:paraId="0A96548B" w14:textId="77777777" w:rsidR="001F292D" w:rsidRDefault="001F292D" w:rsidP="001F292D">
      <w:pPr>
        <w:numPr>
          <w:ilvl w:val="0"/>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&amp; Probability</w:t>
      </w:r>
    </w:p>
    <w:p w14:paraId="443611D1"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Data handling: mean, median, mode, range. </w:t>
      </w:r>
      <w:hyperlink r:id="rId75" w:tgtFrame="_blank" w:history="1">
        <w:r>
          <w:rPr>
            <w:rStyle w:val="Hyperlink"/>
            <w:rFonts w:ascii="Montserrat" w:eastAsia="Times New Roman" w:hAnsi="Montserrat" w:cs="Segoe UI"/>
            <w:color w:val="CC3366"/>
            <w:u w:val="none"/>
          </w:rPr>
          <w:t>Keystone Tutors+2Hachette Learning+2</w:t>
        </w:r>
      </w:hyperlink>
    </w:p>
    <w:p w14:paraId="6956570A" w14:textId="77777777" w:rsidR="001F292D" w:rsidRDefault="001F292D" w:rsidP="001F292D">
      <w:pPr>
        <w:numPr>
          <w:ilvl w:val="1"/>
          <w:numId w:val="6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Probability basics. </w:t>
      </w:r>
      <w:hyperlink r:id="rId76" w:tgtFrame="_blank" w:history="1">
        <w:r>
          <w:rPr>
            <w:rStyle w:val="Hyperlink"/>
            <w:rFonts w:ascii="Montserrat" w:eastAsia="Times New Roman" w:hAnsi="Montserrat" w:cs="Segoe UI"/>
            <w:color w:val="CC3366"/>
            <w:u w:val="none"/>
          </w:rPr>
          <w:t>Keystone Tutors+2Hachette Learning+2</w:t>
        </w:r>
      </w:hyperlink>
    </w:p>
    <w:p w14:paraId="502DA33A" w14:textId="77777777" w:rsidR="00153347" w:rsidRDefault="00153347">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ENGLISH (READING AND WRITTING)</w:t>
      </w:r>
    </w:p>
    <w:p w14:paraId="01DBB5B3" w14:textId="77777777" w:rsidR="00153347" w:rsidRDefault="00153347">
      <w:pPr>
        <w:pStyle w:val="NormalWeb"/>
        <w:spacing w:line="480" w:lineRule="atLeast"/>
        <w:rPr>
          <w:rFonts w:ascii="Montserrat" w:hAnsi="Montserrat"/>
          <w:color w:val="0A0A0A"/>
        </w:rPr>
      </w:pPr>
      <w:r>
        <w:rPr>
          <w:rFonts w:ascii="Montserrat" w:hAnsi="Montserrat"/>
          <w:color w:val="0A0A0A"/>
        </w:rPr>
        <w:t>Based on ISEB CE English syllabus. </w:t>
      </w:r>
      <w:hyperlink r:id="rId77" w:tgtFrame="_blank" w:history="1">
        <w:r>
          <w:rPr>
            <w:rStyle w:val="Hyperlink"/>
            <w:rFonts w:ascii="Montserrat" w:hAnsi="Montserrat"/>
            <w:color w:val="CC3366"/>
            <w:u w:val="none"/>
          </w:rPr>
          <w:t>Hachette Learning+3ISEB+3Owl Tutors+3</w:t>
        </w:r>
      </w:hyperlink>
    </w:p>
    <w:p w14:paraId="64D64E65" w14:textId="77777777" w:rsidR="00153347" w:rsidRDefault="00153347">
      <w:pPr>
        <w:pStyle w:val="NormalWeb"/>
        <w:spacing w:line="480" w:lineRule="atLeast"/>
        <w:rPr>
          <w:rFonts w:ascii="Montserrat" w:hAnsi="Montserrat"/>
          <w:color w:val="0A0A0A"/>
        </w:rPr>
      </w:pPr>
      <w:r>
        <w:rPr>
          <w:rFonts w:ascii="Montserrat" w:hAnsi="Montserrat"/>
          <w:color w:val="0A0A0A"/>
        </w:rPr>
        <w:t>Components:</w:t>
      </w:r>
    </w:p>
    <w:p w14:paraId="0C8A65A5" w14:textId="77777777" w:rsidR="00153347" w:rsidRDefault="00153347" w:rsidP="00153347">
      <w:pPr>
        <w:numPr>
          <w:ilvl w:val="0"/>
          <w:numId w:val="61"/>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Two papers: One “Reading” (or comprehension &amp; analysis) and one “Writing”. </w:t>
      </w:r>
      <w:hyperlink r:id="rId78" w:tgtFrame="_blank" w:history="1">
        <w:r>
          <w:rPr>
            <w:rStyle w:val="Hyperlink"/>
            <w:rFonts w:ascii="Montserrat" w:eastAsia="Times New Roman" w:hAnsi="Montserrat"/>
            <w:color w:val="CC3366"/>
            <w:u w:val="none"/>
          </w:rPr>
          <w:t>Hachette Learning+2ISEB+2</w:t>
        </w:r>
      </w:hyperlink>
    </w:p>
    <w:p w14:paraId="346A131B" w14:textId="77777777" w:rsidR="00153347" w:rsidRDefault="00153347" w:rsidP="00153347">
      <w:pPr>
        <w:numPr>
          <w:ilvl w:val="0"/>
          <w:numId w:val="61"/>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lastRenderedPageBreak/>
        <w:t>Levels: usually “Foundation” (easier) or “Core” (standard). </w:t>
      </w:r>
      <w:hyperlink r:id="rId79" w:tgtFrame="_blank" w:history="1">
        <w:r>
          <w:rPr>
            <w:rStyle w:val="Hyperlink"/>
            <w:rFonts w:ascii="Montserrat" w:eastAsia="Times New Roman" w:hAnsi="Montserrat"/>
            <w:color w:val="CC3366"/>
            <w:u w:val="none"/>
          </w:rPr>
          <w:t>Hachette Learning+2Owl Tutors+2</w:t>
        </w:r>
      </w:hyperlink>
    </w:p>
    <w:p w14:paraId="646BB412" w14:textId="77777777" w:rsidR="00153347" w:rsidRDefault="00153347" w:rsidP="00153347">
      <w:pPr>
        <w:numPr>
          <w:ilvl w:val="0"/>
          <w:numId w:val="61"/>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Reading extracts could be prose, poetry, drama. May include unseen passages. </w:t>
      </w:r>
      <w:hyperlink r:id="rId80" w:tgtFrame="_blank" w:history="1">
        <w:r>
          <w:rPr>
            <w:rStyle w:val="Hyperlink"/>
            <w:rFonts w:ascii="Montserrat" w:eastAsia="Times New Roman" w:hAnsi="Montserrat"/>
            <w:color w:val="CC3366"/>
            <w:u w:val="none"/>
          </w:rPr>
          <w:t>ISEB+2Hachette Learning+2</w:t>
        </w:r>
      </w:hyperlink>
    </w:p>
    <w:p w14:paraId="12E7F866" w14:textId="77777777" w:rsidR="00153347" w:rsidRDefault="00153347">
      <w:pPr>
        <w:pStyle w:val="NormalWeb"/>
        <w:spacing w:line="480" w:lineRule="atLeast"/>
        <w:rPr>
          <w:rFonts w:ascii="Montserrat" w:hAnsi="Montserrat"/>
          <w:color w:val="0A0A0A"/>
        </w:rPr>
      </w:pPr>
      <w:r>
        <w:rPr>
          <w:rFonts w:ascii="Montserrat" w:hAnsi="Montserrat"/>
          <w:color w:val="0A0A0A"/>
        </w:rPr>
        <w:t>Skills / Topics tested:</w:t>
      </w:r>
    </w:p>
    <w:p w14:paraId="68311D12" w14:textId="77777777" w:rsidR="00153347" w:rsidRDefault="00153347" w:rsidP="00153347">
      <w:pPr>
        <w:numPr>
          <w:ilvl w:val="0"/>
          <w:numId w:val="62"/>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 xml:space="preserve">Reading comprehension: literal understanding, inference, </w:t>
      </w:r>
      <w:proofErr w:type="spellStart"/>
      <w:r>
        <w:rPr>
          <w:rFonts w:ascii="Montserrat" w:eastAsia="Times New Roman" w:hAnsi="Montserrat"/>
          <w:color w:val="0A0A0A"/>
        </w:rPr>
        <w:t>summarising</w:t>
      </w:r>
      <w:proofErr w:type="spellEnd"/>
      <w:r>
        <w:rPr>
          <w:rFonts w:ascii="Montserrat" w:eastAsia="Times New Roman" w:hAnsi="Montserrat"/>
          <w:color w:val="0A0A0A"/>
        </w:rPr>
        <w:t>, interpretation. </w:t>
      </w:r>
      <w:hyperlink r:id="rId81" w:tgtFrame="_blank" w:history="1">
        <w:r>
          <w:rPr>
            <w:rStyle w:val="Hyperlink"/>
            <w:rFonts w:ascii="Montserrat" w:eastAsia="Times New Roman" w:hAnsi="Montserrat"/>
            <w:color w:val="CC3366"/>
            <w:u w:val="none"/>
          </w:rPr>
          <w:t>ISEB+2Owl Tutors+2</w:t>
        </w:r>
      </w:hyperlink>
    </w:p>
    <w:p w14:paraId="3F352856" w14:textId="77777777" w:rsidR="00153347" w:rsidRDefault="00153347" w:rsidP="00153347">
      <w:pPr>
        <w:numPr>
          <w:ilvl w:val="0"/>
          <w:numId w:val="62"/>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Analysis of language: how grammar, syntax, punctuation, literary/trope devices affect meaning (e.g. metaphor, simile, imagery, alliteration etc.) </w:t>
      </w:r>
      <w:hyperlink r:id="rId82" w:tgtFrame="_blank" w:history="1">
        <w:r>
          <w:rPr>
            <w:rStyle w:val="Hyperlink"/>
            <w:rFonts w:ascii="Montserrat" w:eastAsia="Times New Roman" w:hAnsi="Montserrat"/>
            <w:color w:val="CC3366"/>
            <w:u w:val="none"/>
          </w:rPr>
          <w:t>Owl Tutors+2ISEB+2</w:t>
        </w:r>
      </w:hyperlink>
    </w:p>
    <w:p w14:paraId="75593B30" w14:textId="77777777" w:rsidR="00153347" w:rsidRDefault="00153347" w:rsidP="00153347">
      <w:pPr>
        <w:numPr>
          <w:ilvl w:val="0"/>
          <w:numId w:val="62"/>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Vocabulary in context, meaning of words, shades of meaning. </w:t>
      </w:r>
      <w:hyperlink r:id="rId83" w:tgtFrame="_blank" w:history="1">
        <w:r>
          <w:rPr>
            <w:rStyle w:val="Hyperlink"/>
            <w:rFonts w:ascii="Montserrat" w:eastAsia="Times New Roman" w:hAnsi="Montserrat"/>
            <w:color w:val="CC3366"/>
            <w:u w:val="none"/>
          </w:rPr>
          <w:t>Owl Tutors+1</w:t>
        </w:r>
      </w:hyperlink>
    </w:p>
    <w:p w14:paraId="7B40995E" w14:textId="77777777" w:rsidR="00153347" w:rsidRDefault="00153347" w:rsidP="00153347">
      <w:pPr>
        <w:numPr>
          <w:ilvl w:val="0"/>
          <w:numId w:val="62"/>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Writing styles/formats: narrative, descriptive, persuasive, argumentative, letter, report, essay etc. </w:t>
      </w:r>
      <w:hyperlink r:id="rId84" w:tgtFrame="_blank" w:history="1">
        <w:r>
          <w:rPr>
            <w:rStyle w:val="Hyperlink"/>
            <w:rFonts w:ascii="Montserrat" w:eastAsia="Times New Roman" w:hAnsi="Montserrat"/>
            <w:color w:val="CC3366"/>
            <w:u w:val="none"/>
          </w:rPr>
          <w:t>Owl Tutors+2Hachette Learning+2</w:t>
        </w:r>
      </w:hyperlink>
    </w:p>
    <w:p w14:paraId="7848B1CB" w14:textId="77777777" w:rsidR="00153347" w:rsidRDefault="00153347" w:rsidP="00153347">
      <w:pPr>
        <w:numPr>
          <w:ilvl w:val="0"/>
          <w:numId w:val="62"/>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Grammar, punctuation, spelling accuracy, register and tone. </w:t>
      </w:r>
      <w:hyperlink r:id="rId85" w:tgtFrame="_blank" w:history="1">
        <w:r>
          <w:rPr>
            <w:rStyle w:val="Hyperlink"/>
            <w:rFonts w:ascii="Montserrat" w:eastAsia="Times New Roman" w:hAnsi="Montserrat"/>
            <w:color w:val="CC3366"/>
            <w:u w:val="none"/>
          </w:rPr>
          <w:t>Owl Tutors+2Hachette Learning+2</w:t>
        </w:r>
      </w:hyperlink>
    </w:p>
    <w:p w14:paraId="1437373B" w14:textId="77777777" w:rsidR="005B162B" w:rsidRDefault="005B162B">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VERBAL REASONING</w:t>
      </w:r>
    </w:p>
    <w:p w14:paraId="254E8251" w14:textId="77777777" w:rsidR="005B162B" w:rsidRDefault="005B162B">
      <w:pPr>
        <w:pStyle w:val="NormalWeb"/>
        <w:spacing w:line="480" w:lineRule="atLeast"/>
        <w:rPr>
          <w:rFonts w:ascii="Montserrat" w:hAnsi="Montserrat"/>
          <w:color w:val="0A0A0A"/>
        </w:rPr>
      </w:pPr>
      <w:r>
        <w:rPr>
          <w:rFonts w:ascii="Montserrat" w:hAnsi="Montserrat"/>
          <w:color w:val="0A0A0A"/>
        </w:rPr>
        <w:t>VERBAL REASONING is not always compulsory in CE 13+, unlike some 11+ grammar exams. But when used (pre-tests, or by some schools), topics typically include:</w:t>
      </w:r>
    </w:p>
    <w:p w14:paraId="4FEA1386" w14:textId="77777777" w:rsidR="005B162B" w:rsidRDefault="005B162B" w:rsidP="005B162B">
      <w:pPr>
        <w:numPr>
          <w:ilvl w:val="0"/>
          <w:numId w:val="6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Synonyms, antonyms.</w:t>
      </w:r>
    </w:p>
    <w:p w14:paraId="61FBDB10" w14:textId="77777777" w:rsidR="005B162B" w:rsidRDefault="005B162B" w:rsidP="005B162B">
      <w:pPr>
        <w:numPr>
          <w:ilvl w:val="0"/>
          <w:numId w:val="6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Analogies.</w:t>
      </w:r>
    </w:p>
    <w:p w14:paraId="160FD76C" w14:textId="77777777" w:rsidR="005B162B" w:rsidRDefault="005B162B" w:rsidP="005B162B">
      <w:pPr>
        <w:numPr>
          <w:ilvl w:val="0"/>
          <w:numId w:val="6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Word codes, letter series.</w:t>
      </w:r>
    </w:p>
    <w:p w14:paraId="78C7FF35" w14:textId="77777777" w:rsidR="005B162B" w:rsidRDefault="005B162B" w:rsidP="005B162B">
      <w:pPr>
        <w:numPr>
          <w:ilvl w:val="0"/>
          <w:numId w:val="6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lastRenderedPageBreak/>
        <w:t>Following instructions, word puzzles.</w:t>
      </w:r>
    </w:p>
    <w:p w14:paraId="2B967E34" w14:textId="77777777" w:rsidR="005B162B" w:rsidRDefault="005B162B" w:rsidP="005B162B">
      <w:pPr>
        <w:numPr>
          <w:ilvl w:val="0"/>
          <w:numId w:val="63"/>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Cloze tests (fill in missing words).</w:t>
      </w:r>
    </w:p>
    <w:p w14:paraId="47746496" w14:textId="77777777" w:rsidR="005B162B" w:rsidRDefault="005B162B">
      <w:pPr>
        <w:pStyle w:val="NormalWeb"/>
        <w:spacing w:line="480" w:lineRule="atLeast"/>
        <w:rPr>
          <w:rFonts w:ascii="Montserrat" w:hAnsi="Montserrat"/>
          <w:color w:val="0A0A0A"/>
        </w:rPr>
      </w:pPr>
      <w:r>
        <w:rPr>
          <w:rFonts w:ascii="Montserrat" w:hAnsi="Montserrat"/>
          <w:color w:val="0A0A0A"/>
        </w:rPr>
        <w:t>Sources: general practice / preparatory guides. </w:t>
      </w:r>
      <w:hyperlink r:id="rId86" w:tgtFrame="_blank" w:history="1">
        <w:r>
          <w:rPr>
            <w:rStyle w:val="Hyperlink"/>
            <w:rFonts w:ascii="Montserrat" w:hAnsi="Montserrat"/>
            <w:color w:val="CC3366"/>
            <w:u w:val="none"/>
          </w:rPr>
          <w:t>Sherpa Online+1</w:t>
        </w:r>
      </w:hyperlink>
    </w:p>
    <w:p w14:paraId="49EF2DB9" w14:textId="77777777" w:rsidR="0092559E" w:rsidRDefault="0092559E">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NON - VERBAL REASONING</w:t>
      </w:r>
    </w:p>
    <w:p w14:paraId="77B9ED77" w14:textId="77777777" w:rsidR="0092559E" w:rsidRDefault="0092559E">
      <w:pPr>
        <w:pStyle w:val="NormalWeb"/>
        <w:spacing w:line="480" w:lineRule="atLeast"/>
        <w:rPr>
          <w:rFonts w:ascii="Montserrat" w:hAnsi="Montserrat"/>
          <w:color w:val="0A0A0A"/>
        </w:rPr>
      </w:pPr>
      <w:r>
        <w:rPr>
          <w:rFonts w:ascii="Montserrat" w:hAnsi="Montserrat"/>
          <w:color w:val="0A0A0A"/>
        </w:rPr>
        <w:t>Similarly optional, but topics often include:</w:t>
      </w:r>
    </w:p>
    <w:p w14:paraId="32D7F793" w14:textId="77777777" w:rsidR="0092559E" w:rsidRDefault="0092559E" w:rsidP="0092559E">
      <w:pPr>
        <w:numPr>
          <w:ilvl w:val="0"/>
          <w:numId w:val="64"/>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Pattern recognition / shape series.</w:t>
      </w:r>
    </w:p>
    <w:p w14:paraId="22419A4C" w14:textId="77777777" w:rsidR="0092559E" w:rsidRDefault="0092559E" w:rsidP="0092559E">
      <w:pPr>
        <w:numPr>
          <w:ilvl w:val="0"/>
          <w:numId w:val="64"/>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Matrices of shapes.</w:t>
      </w:r>
    </w:p>
    <w:p w14:paraId="49C90B8F" w14:textId="77777777" w:rsidR="0092559E" w:rsidRDefault="0092559E" w:rsidP="0092559E">
      <w:pPr>
        <w:numPr>
          <w:ilvl w:val="0"/>
          <w:numId w:val="64"/>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Matching, odd one out.</w:t>
      </w:r>
    </w:p>
    <w:p w14:paraId="40CD3E66" w14:textId="77777777" w:rsidR="0092559E" w:rsidRDefault="0092559E" w:rsidP="0092559E">
      <w:pPr>
        <w:numPr>
          <w:ilvl w:val="0"/>
          <w:numId w:val="64"/>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Rotations, reflections, transformations in visual form.</w:t>
      </w:r>
    </w:p>
    <w:p w14:paraId="1CDF938B" w14:textId="77777777" w:rsidR="0092559E" w:rsidRDefault="0092559E" w:rsidP="0092559E">
      <w:pPr>
        <w:numPr>
          <w:ilvl w:val="0"/>
          <w:numId w:val="64"/>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Mirror images.</w:t>
      </w:r>
    </w:p>
    <w:p w14:paraId="482BEFB9" w14:textId="77777777" w:rsidR="0092559E" w:rsidRDefault="0092559E">
      <w:pPr>
        <w:pStyle w:val="NormalWeb"/>
        <w:spacing w:line="480" w:lineRule="atLeast"/>
        <w:rPr>
          <w:rFonts w:ascii="Montserrat" w:hAnsi="Montserrat"/>
          <w:color w:val="0A0A0A"/>
        </w:rPr>
      </w:pPr>
      <w:r>
        <w:rPr>
          <w:rFonts w:ascii="Montserrat" w:hAnsi="Montserrat"/>
          <w:color w:val="0A0A0A"/>
        </w:rPr>
        <w:t>Again, mostly used in pre-tests or specific school entrance tests.</w:t>
      </w:r>
    </w:p>
    <w:p w14:paraId="3016AD85" w14:textId="77777777" w:rsidR="00F07C4C" w:rsidRDefault="00F07C4C">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AS &amp; A2 LEVELS</w:t>
      </w:r>
    </w:p>
    <w:p w14:paraId="2358EF19" w14:textId="58A86C20" w:rsidR="00F07C4C" w:rsidRPr="00A55BCB" w:rsidRDefault="00F07C4C">
      <w:pPr>
        <w:shd w:val="clear" w:color="auto" w:fill="FFFFFF"/>
        <w:rPr>
          <w:rFonts w:ascii="Segoe UI" w:eastAsia="Times New Roman" w:hAnsi="Segoe UI" w:cs="Segoe UI"/>
          <w:color w:val="333333"/>
          <w:sz w:val="24"/>
          <w:szCs w:val="24"/>
        </w:rPr>
      </w:pPr>
      <w:hyperlink r:id="rId87" w:anchor="year10_maths" w:history="1">
        <w:r>
          <w:rPr>
            <w:rStyle w:val="elementor-button-text"/>
            <w:rFonts w:ascii="Roboto" w:eastAsia="Times New Roman" w:hAnsi="Roboto" w:cs="Segoe UI"/>
            <w:color w:val="10AFF4"/>
            <w:sz w:val="21"/>
            <w:szCs w:val="21"/>
            <w:bdr w:val="single" w:sz="24" w:space="9" w:color="10AFF4" w:frame="1"/>
            <w:shd w:val="clear" w:color="auto" w:fill="FFFFFF"/>
          </w:rPr>
          <w:t>MATHS PURE</w:t>
        </w:r>
      </w:hyperlink>
      <w:r w:rsidR="00A55BCB">
        <w:rPr>
          <w:rFonts w:ascii="Segoe UI" w:eastAsia="Times New Roman" w:hAnsi="Segoe UI" w:cs="Segoe UI"/>
          <w:color w:val="333333"/>
          <w:sz w:val="24"/>
          <w:szCs w:val="24"/>
        </w:rPr>
        <w:t xml:space="preserve"> </w:t>
      </w:r>
      <w:hyperlink r:id="rId88" w:anchor="year10_english" w:history="1">
        <w:r>
          <w:rPr>
            <w:rStyle w:val="elementor-button-text"/>
            <w:rFonts w:ascii="Roboto" w:eastAsia="Times New Roman" w:hAnsi="Roboto" w:cs="Segoe UI"/>
            <w:color w:val="1EB187"/>
            <w:sz w:val="21"/>
            <w:szCs w:val="21"/>
            <w:bdr w:val="single" w:sz="24" w:space="9" w:color="1EB187" w:frame="1"/>
            <w:shd w:val="clear" w:color="auto" w:fill="FFFFFF"/>
          </w:rPr>
          <w:t>FURTHER MATHEMATICS</w:t>
        </w:r>
      </w:hyperlink>
      <w:r w:rsidR="00A55BCB">
        <w:rPr>
          <w:rFonts w:ascii="Segoe UI" w:eastAsia="Times New Roman" w:hAnsi="Segoe UI" w:cs="Segoe UI"/>
          <w:color w:val="333333"/>
          <w:sz w:val="24"/>
          <w:szCs w:val="24"/>
        </w:rPr>
        <w:t xml:space="preserve"> </w:t>
      </w:r>
      <w:hyperlink r:id="rId89" w:anchor="year10_science" w:history="1">
        <w:r>
          <w:rPr>
            <w:rStyle w:val="elementor-button-text"/>
            <w:rFonts w:ascii="Roboto" w:eastAsia="Times New Roman" w:hAnsi="Roboto" w:cs="Segoe UI"/>
            <w:color w:val="10AFF4"/>
            <w:sz w:val="21"/>
            <w:szCs w:val="21"/>
            <w:bdr w:val="single" w:sz="24" w:space="9" w:color="10AFF4" w:frame="1"/>
            <w:shd w:val="clear" w:color="auto" w:fill="FFFFFF"/>
          </w:rPr>
          <w:t>BIOLOGY</w:t>
        </w:r>
      </w:hyperlink>
      <w:r w:rsidR="00A55BCB">
        <w:rPr>
          <w:rFonts w:ascii="Segoe UI" w:eastAsia="Times New Roman" w:hAnsi="Segoe UI" w:cs="Segoe UI"/>
          <w:color w:val="333333"/>
          <w:sz w:val="24"/>
          <w:szCs w:val="24"/>
        </w:rPr>
        <w:t xml:space="preserve"> </w:t>
      </w:r>
      <w:hyperlink r:id="rId90" w:anchor="year10_computer_science" w:history="1">
        <w:r>
          <w:rPr>
            <w:rStyle w:val="elementor-button-text"/>
            <w:rFonts w:ascii="Roboto" w:eastAsia="Times New Roman" w:hAnsi="Roboto" w:cs="Segoe UI"/>
            <w:color w:val="1EB187"/>
            <w:sz w:val="21"/>
            <w:szCs w:val="21"/>
            <w:bdr w:val="single" w:sz="24" w:space="9" w:color="1EB187" w:frame="1"/>
            <w:shd w:val="clear" w:color="auto" w:fill="FFFFFF"/>
          </w:rPr>
          <w:t>CHEMISTRY</w:t>
        </w:r>
      </w:hyperlink>
    </w:p>
    <w:p w14:paraId="25D954D8" w14:textId="77777777" w:rsidR="00F07C4C" w:rsidRDefault="00F07C4C">
      <w:pPr>
        <w:shd w:val="clear" w:color="auto" w:fill="FFFFFF"/>
        <w:rPr>
          <w:rFonts w:ascii="Segoe UI" w:eastAsia="Times New Roman" w:hAnsi="Segoe UI" w:cs="Segoe UI"/>
          <w:color w:val="333333"/>
        </w:rPr>
      </w:pPr>
      <w:hyperlink r:id="rId91" w:anchor="year10_physics" w:history="1">
        <w:r>
          <w:rPr>
            <w:rStyle w:val="elementor-button-text"/>
            <w:rFonts w:ascii="Roboto" w:eastAsia="Times New Roman" w:hAnsi="Roboto" w:cs="Segoe UI"/>
            <w:color w:val="10AFF4"/>
            <w:sz w:val="21"/>
            <w:szCs w:val="21"/>
            <w:bdr w:val="single" w:sz="24" w:space="9" w:color="10AFF4" w:frame="1"/>
            <w:shd w:val="clear" w:color="auto" w:fill="FFFFFF"/>
          </w:rPr>
          <w:t>PHYSICS</w:t>
        </w:r>
      </w:hyperlink>
    </w:p>
    <w:p w14:paraId="1D98B63E" w14:textId="77777777" w:rsidR="00F07C4C" w:rsidRDefault="00F07C4C">
      <w:pPr>
        <w:pStyle w:val="Heading3"/>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MATHS</w:t>
      </w:r>
    </w:p>
    <w:p w14:paraId="06941EDA"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sz w:val="24"/>
          <w:szCs w:val="24"/>
        </w:rPr>
      </w:pPr>
      <w:r>
        <w:rPr>
          <w:rFonts w:ascii="Montserrat" w:eastAsia="Times New Roman" w:hAnsi="Montserrat" w:cs="Segoe UI"/>
          <w:color w:val="0A0A0A"/>
        </w:rPr>
        <w:t>Proof</w:t>
      </w:r>
    </w:p>
    <w:p w14:paraId="7B7038C1"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Algebra and functions</w:t>
      </w:r>
    </w:p>
    <w:p w14:paraId="1B3E40B9"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Coordinate geometry</w:t>
      </w:r>
    </w:p>
    <w:p w14:paraId="3E45AF61"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Sequences and series</w:t>
      </w:r>
    </w:p>
    <w:p w14:paraId="12660298"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Trigonometry</w:t>
      </w:r>
    </w:p>
    <w:p w14:paraId="6E7E3956"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Exponentials and logarithms</w:t>
      </w:r>
    </w:p>
    <w:p w14:paraId="7B6A9A50"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Differentiation</w:t>
      </w:r>
    </w:p>
    <w:p w14:paraId="43AEFBDA"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Integration</w:t>
      </w:r>
    </w:p>
    <w:p w14:paraId="2B00BFBA"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Numerical methods</w:t>
      </w:r>
    </w:p>
    <w:p w14:paraId="56C7FAC4"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Vectors</w:t>
      </w:r>
    </w:p>
    <w:p w14:paraId="50EC13E2"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Statistics: sampling, data presentation, probability, distributions, hypothesis testing</w:t>
      </w:r>
    </w:p>
    <w:p w14:paraId="0BC3A769" w14:textId="77777777" w:rsidR="00F07C4C" w:rsidRDefault="00F07C4C" w:rsidP="00F07C4C">
      <w:pPr>
        <w:numPr>
          <w:ilvl w:val="0"/>
          <w:numId w:val="6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Mechanics: kinematics, forces, Newton’s laws, moments, energy, power, momentum</w:t>
      </w:r>
    </w:p>
    <w:p w14:paraId="09E026B6" w14:textId="77777777" w:rsidR="00FB3AD4" w:rsidRDefault="00FB3AD4">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FURTHER MATHEMATICS (CORE)</w:t>
      </w:r>
    </w:p>
    <w:p w14:paraId="7739C917"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s="Times New Roman"/>
          <w:color w:val="0A0A0A"/>
        </w:rPr>
      </w:pPr>
      <w:r>
        <w:rPr>
          <w:rFonts w:ascii="Montserrat" w:eastAsia="Times New Roman" w:hAnsi="Montserrat"/>
          <w:color w:val="0A0A0A"/>
        </w:rPr>
        <w:t>Complex numbers</w:t>
      </w:r>
    </w:p>
    <w:p w14:paraId="7EE4614D"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Matrices</w:t>
      </w:r>
    </w:p>
    <w:p w14:paraId="1A75C109"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Roots of polynomials</w:t>
      </w:r>
    </w:p>
    <w:p w14:paraId="327B25B3"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Series and summation</w:t>
      </w:r>
    </w:p>
    <w:p w14:paraId="39621D0B"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Hyperbolic functions</w:t>
      </w:r>
    </w:p>
    <w:p w14:paraId="040100BF"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Further calculus</w:t>
      </w:r>
    </w:p>
    <w:p w14:paraId="35865962"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Polar coordinates</w:t>
      </w:r>
    </w:p>
    <w:p w14:paraId="7E1FCEB4"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Vectors and 3D geometry</w:t>
      </w:r>
    </w:p>
    <w:p w14:paraId="2549C1E2"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Differential equations</w:t>
      </w:r>
    </w:p>
    <w:p w14:paraId="199FC38F" w14:textId="77777777" w:rsidR="00FB3AD4" w:rsidRDefault="00FB3AD4" w:rsidP="00FB3AD4">
      <w:pPr>
        <w:numPr>
          <w:ilvl w:val="0"/>
          <w:numId w:val="66"/>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Proof (incl. induction)</w:t>
      </w:r>
    </w:p>
    <w:p w14:paraId="23E5F183" w14:textId="77777777" w:rsidR="00F11887" w:rsidRDefault="00F11887">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t>BIOLOGY</w:t>
      </w:r>
    </w:p>
    <w:p w14:paraId="476EEB6E"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s="Times New Roman"/>
          <w:color w:val="0A0A0A"/>
          <w:sz w:val="24"/>
          <w:szCs w:val="24"/>
        </w:rPr>
      </w:pPr>
      <w:r>
        <w:rPr>
          <w:rFonts w:ascii="Montserrat" w:eastAsia="Times New Roman" w:hAnsi="Montserrat"/>
          <w:color w:val="0A0A0A"/>
        </w:rPr>
        <w:t>Biological molecules</w:t>
      </w:r>
    </w:p>
    <w:p w14:paraId="054AC7B0"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Cells and membranes</w:t>
      </w:r>
    </w:p>
    <w:p w14:paraId="20DB4D8E"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Exchange of substances in organisms</w:t>
      </w:r>
    </w:p>
    <w:p w14:paraId="183B1748"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lastRenderedPageBreak/>
        <w:t>Genetic information, variation and relationships</w:t>
      </w:r>
    </w:p>
    <w:p w14:paraId="2DF8DEB4"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Biodiversity and evolution</w:t>
      </w:r>
    </w:p>
    <w:p w14:paraId="3F84660C"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Energy transfers (photosynthesis, respiration)</w:t>
      </w:r>
    </w:p>
    <w:p w14:paraId="554BBF36"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Organisms respond to changes (nervous, hormonal systems)</w:t>
      </w:r>
    </w:p>
    <w:p w14:paraId="55F36730"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Genetics, populations, evolution and ecosystems</w:t>
      </w:r>
    </w:p>
    <w:p w14:paraId="75CA7DD7"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Control of gene expression</w:t>
      </w:r>
    </w:p>
    <w:p w14:paraId="744AA666"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Immunity and disease</w:t>
      </w:r>
    </w:p>
    <w:p w14:paraId="6EDE9CA6" w14:textId="77777777" w:rsidR="00F11887" w:rsidRDefault="00F11887" w:rsidP="00F11887">
      <w:pPr>
        <w:numPr>
          <w:ilvl w:val="0"/>
          <w:numId w:val="67"/>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Ecology and ecosystems</w:t>
      </w:r>
    </w:p>
    <w:p w14:paraId="7773B710" w14:textId="77777777" w:rsidR="00195340" w:rsidRDefault="00195340">
      <w:pPr>
        <w:pStyle w:val="Heading2"/>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CHEMISTRY</w:t>
      </w:r>
    </w:p>
    <w:p w14:paraId="2D42E596"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s="Times New Roman"/>
          <w:color w:val="0A0A0A"/>
        </w:rPr>
      </w:pPr>
      <w:r>
        <w:rPr>
          <w:rFonts w:ascii="Montserrat" w:eastAsia="Times New Roman" w:hAnsi="Montserrat"/>
          <w:color w:val="0A0A0A"/>
        </w:rPr>
        <w:t>Atomic structure and the periodic table</w:t>
      </w:r>
    </w:p>
    <w:p w14:paraId="7A6E803C"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Bonding and structure</w:t>
      </w:r>
    </w:p>
    <w:p w14:paraId="7C3A6857"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Amount of substance / formulae, equations, redox</w:t>
      </w:r>
    </w:p>
    <w:p w14:paraId="67C1DD0B"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Energetics</w:t>
      </w:r>
    </w:p>
    <w:p w14:paraId="1349F08D"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Kinetics</w:t>
      </w:r>
    </w:p>
    <w:p w14:paraId="169E06E0"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Equilibria</w:t>
      </w:r>
    </w:p>
    <w:p w14:paraId="477A74F3"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Group chemistry (Group 2, Group 7, transition metals)</w:t>
      </w:r>
    </w:p>
    <w:p w14:paraId="3FE5633F"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Periodicity</w:t>
      </w:r>
    </w:p>
    <w:p w14:paraId="5E1D40FA"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 xml:space="preserve">Organic chemistry: introduction, alkanes, alkenes, </w:t>
      </w:r>
      <w:proofErr w:type="spellStart"/>
      <w:r>
        <w:rPr>
          <w:rFonts w:ascii="Montserrat" w:eastAsia="Times New Roman" w:hAnsi="Montserrat"/>
          <w:color w:val="0A0A0A"/>
        </w:rPr>
        <w:t>halogenoalkanes</w:t>
      </w:r>
      <w:proofErr w:type="spellEnd"/>
      <w:r>
        <w:rPr>
          <w:rFonts w:ascii="Montserrat" w:eastAsia="Times New Roman" w:hAnsi="Montserrat"/>
          <w:color w:val="0A0A0A"/>
        </w:rPr>
        <w:t>, alcohols</w:t>
      </w:r>
    </w:p>
    <w:p w14:paraId="23528F8A"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Organic analysis / spectroscopy</w:t>
      </w:r>
    </w:p>
    <w:p w14:paraId="31595702"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Further organic: carbonyls, carboxylic acids and derivatives, aromatic chemistry, amines, polymers, amino acids and DNA</w:t>
      </w:r>
    </w:p>
    <w:p w14:paraId="4B6BB234" w14:textId="77777777" w:rsidR="00195340" w:rsidRDefault="00195340" w:rsidP="00195340">
      <w:pPr>
        <w:numPr>
          <w:ilvl w:val="0"/>
          <w:numId w:val="68"/>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Advanced analysis: NMR, chromatography, mass spectrometry</w:t>
      </w:r>
    </w:p>
    <w:p w14:paraId="3270ACA4" w14:textId="77777777" w:rsidR="00337C6A" w:rsidRDefault="00337C6A">
      <w:pPr>
        <w:pStyle w:val="Heading3"/>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sz w:val="36"/>
          <w:szCs w:val="36"/>
        </w:rPr>
        <w:lastRenderedPageBreak/>
        <w:t>PHYSICS</w:t>
      </w:r>
    </w:p>
    <w:p w14:paraId="279BE885"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s="Times New Roman"/>
          <w:color w:val="0A0A0A"/>
          <w:sz w:val="24"/>
          <w:szCs w:val="24"/>
        </w:rPr>
      </w:pPr>
      <w:r>
        <w:rPr>
          <w:rFonts w:ascii="Montserrat" w:eastAsia="Times New Roman" w:hAnsi="Montserrat"/>
          <w:color w:val="0A0A0A"/>
        </w:rPr>
        <w:t>Measurements and errors / Working as a physicist</w:t>
      </w:r>
    </w:p>
    <w:p w14:paraId="23340119"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Particles and radiation / Atomic/nuclear physics</w:t>
      </w:r>
    </w:p>
    <w:p w14:paraId="1D1ADA33"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Waves</w:t>
      </w:r>
    </w:p>
    <w:p w14:paraId="2A31A042"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Mechanics and materials</w:t>
      </w:r>
    </w:p>
    <w:p w14:paraId="4CDDD3A0"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Electricity and electric circuits</w:t>
      </w:r>
    </w:p>
    <w:p w14:paraId="750C7E2F"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Further mechanics and thermal physics</w:t>
      </w:r>
    </w:p>
    <w:p w14:paraId="7B51C1D7"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Fields (gravitational, electric, magnetic) and their consequences</w:t>
      </w:r>
    </w:p>
    <w:p w14:paraId="0A863D2F"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Nuclear physics</w:t>
      </w:r>
    </w:p>
    <w:p w14:paraId="5AE5F316" w14:textId="77777777" w:rsidR="00337C6A" w:rsidRDefault="00337C6A" w:rsidP="00337C6A">
      <w:pPr>
        <w:numPr>
          <w:ilvl w:val="0"/>
          <w:numId w:val="69"/>
        </w:numPr>
        <w:spacing w:before="100" w:beforeAutospacing="1" w:after="100" w:afterAutospacing="1" w:line="480" w:lineRule="atLeast"/>
        <w:textAlignment w:val="baseline"/>
        <w:rPr>
          <w:rFonts w:ascii="Montserrat" w:eastAsia="Times New Roman" w:hAnsi="Montserrat"/>
          <w:color w:val="0A0A0A"/>
        </w:rPr>
      </w:pPr>
      <w:r>
        <w:rPr>
          <w:rFonts w:ascii="Montserrat" w:eastAsia="Times New Roman" w:hAnsi="Montserrat"/>
          <w:color w:val="0A0A0A"/>
        </w:rPr>
        <w:t>Optional modules: astrophysics, medical, engineering, turning points, electronics (depending on board)</w:t>
      </w:r>
    </w:p>
    <w:p w14:paraId="299CB62B" w14:textId="77777777" w:rsidR="0072262A" w:rsidRDefault="0072262A" w:rsidP="0072262A">
      <w:pPr>
        <w:spacing w:before="100" w:beforeAutospacing="1" w:after="100" w:afterAutospacing="1" w:line="480" w:lineRule="atLeast"/>
        <w:ind w:left="720"/>
        <w:textAlignment w:val="baseline"/>
        <w:rPr>
          <w:rFonts w:ascii="Montserrat" w:eastAsia="Times New Roman" w:hAnsi="Montserrat"/>
          <w:color w:val="0A0A0A"/>
        </w:rPr>
      </w:pPr>
    </w:p>
    <w:p w14:paraId="226C8B90" w14:textId="06E6BB2F" w:rsidR="000D54C0" w:rsidRPr="0072262A" w:rsidRDefault="0072262A" w:rsidP="000D54C0">
      <w:pPr>
        <w:spacing w:before="100" w:beforeAutospacing="1" w:after="100" w:afterAutospacing="1" w:line="480" w:lineRule="atLeast"/>
        <w:textAlignment w:val="baseline"/>
        <w:rPr>
          <w:rFonts w:ascii="Montserrat" w:eastAsia="Times New Roman" w:hAnsi="Montserrat"/>
          <w:color w:val="1F497D" w:themeColor="text2"/>
          <w:sz w:val="28"/>
          <w:szCs w:val="28"/>
        </w:rPr>
      </w:pPr>
      <w:r>
        <w:rPr>
          <w:rFonts w:ascii="Montserrat" w:eastAsia="Times New Roman" w:hAnsi="Montserrat"/>
          <w:color w:val="0A0A0A"/>
        </w:rPr>
        <w:t xml:space="preserve">                                                 </w:t>
      </w:r>
      <w:r w:rsidRPr="0072262A">
        <w:rPr>
          <w:rFonts w:ascii="Montserrat" w:eastAsia="Times New Roman" w:hAnsi="Montserrat"/>
          <w:color w:val="1F497D" w:themeColor="text2"/>
          <w:sz w:val="28"/>
          <w:szCs w:val="28"/>
        </w:rPr>
        <w:t>CODING COURSES</w:t>
      </w:r>
    </w:p>
    <w:p w14:paraId="1542E878" w14:textId="77777777" w:rsidR="000D54C0" w:rsidRDefault="000D54C0">
      <w:pPr>
        <w:pStyle w:val="Heading2"/>
        <w:shd w:val="clear" w:color="auto" w:fill="FFFFFF"/>
        <w:spacing w:before="0"/>
        <w:rPr>
          <w:rFonts w:ascii="Montserrat" w:eastAsia="Times New Roman" w:hAnsi="Montserrat" w:cs="Segoe UI"/>
          <w:b w:val="0"/>
          <w:bCs w:val="0"/>
          <w:color w:val="000000"/>
          <w:sz w:val="32"/>
          <w:szCs w:val="32"/>
        </w:rPr>
      </w:pPr>
      <w:r w:rsidRPr="000D54C0">
        <w:rPr>
          <w:rFonts w:ascii="Montserrat" w:eastAsia="Times New Roman" w:hAnsi="Montserrat" w:cs="Segoe UI"/>
          <w:b w:val="0"/>
          <w:bCs w:val="0"/>
          <w:color w:val="000000"/>
          <w:sz w:val="32"/>
          <w:szCs w:val="32"/>
        </w:rPr>
        <w:t>Coding in Scratch - Creative game and animation</w:t>
      </w:r>
    </w:p>
    <w:p w14:paraId="6EC1455E" w14:textId="77777777" w:rsidR="000D54C0" w:rsidRPr="000D54C0" w:rsidRDefault="000D54C0" w:rsidP="000D54C0"/>
    <w:p w14:paraId="42DCF86B" w14:textId="77777777" w:rsidR="000D54C0" w:rsidRDefault="000D54C0">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3232FCE2" w14:textId="77777777" w:rsidR="000D54C0" w:rsidRDefault="000D54C0">
      <w:pPr>
        <w:pStyle w:val="NormalWeb"/>
        <w:shd w:val="clear" w:color="auto" w:fill="E3F3FA"/>
        <w:rPr>
          <w:rFonts w:ascii="Montserrat" w:hAnsi="Montserrat" w:cs="Segoe UI"/>
          <w:color w:val="0A0A0A"/>
        </w:rPr>
      </w:pPr>
      <w:r>
        <w:rPr>
          <w:rFonts w:ascii="Montserrat" w:hAnsi="Montserrat" w:cs="Segoe UI"/>
          <w:color w:val="0A0A0A"/>
        </w:rPr>
        <w:t>This course introduces students to coding through Scratch, a visual, block-based programming language developed by MIT.</w:t>
      </w:r>
      <w:r>
        <w:rPr>
          <w:rFonts w:ascii="Montserrat" w:hAnsi="Montserrat" w:cs="Segoe UI"/>
          <w:color w:val="0A0A0A"/>
        </w:rPr>
        <w:br/>
        <w:t>Children will learn to design games, animations, and interactive stories while developing key problem-solving, logic, and creativity skills.</w:t>
      </w:r>
    </w:p>
    <w:p w14:paraId="691C4609" w14:textId="77777777" w:rsidR="000D54C0" w:rsidRDefault="000D54C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7CB7C299" w14:textId="77777777" w:rsidR="000D54C0" w:rsidRDefault="000D54C0" w:rsidP="000D54C0">
      <w:pPr>
        <w:numPr>
          <w:ilvl w:val="0"/>
          <w:numId w:val="7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Beginner Track: Ages 7–10</w:t>
      </w:r>
    </w:p>
    <w:p w14:paraId="30B16709" w14:textId="77777777" w:rsidR="000D54C0" w:rsidRDefault="000D54C0" w:rsidP="000D54C0">
      <w:pPr>
        <w:numPr>
          <w:ilvl w:val="0"/>
          <w:numId w:val="7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Intermediate Track: Ages 11–14</w:t>
      </w:r>
    </w:p>
    <w:p w14:paraId="20CA9D10" w14:textId="77777777" w:rsidR="000D54C0" w:rsidRDefault="000D54C0">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Course Duration:</w:t>
      </w:r>
    </w:p>
    <w:p w14:paraId="17F82BA8" w14:textId="77777777" w:rsidR="000D54C0" w:rsidRDefault="000D54C0" w:rsidP="000D54C0">
      <w:pPr>
        <w:numPr>
          <w:ilvl w:val="0"/>
          <w:numId w:val="7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Total Duration: 40–50 hours</w:t>
      </w:r>
    </w:p>
    <w:p w14:paraId="26AF9264" w14:textId="77777777" w:rsidR="000D54C0" w:rsidRDefault="000D54C0" w:rsidP="000D54C0">
      <w:pPr>
        <w:numPr>
          <w:ilvl w:val="0"/>
          <w:numId w:val="7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Suggested Format: 10 Modules (4–5 hours each)</w:t>
      </w:r>
    </w:p>
    <w:p w14:paraId="388FCF4F" w14:textId="77777777" w:rsidR="000D54C0" w:rsidRDefault="000D54C0" w:rsidP="000D54C0">
      <w:pPr>
        <w:numPr>
          <w:ilvl w:val="0"/>
          <w:numId w:val="7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Delivery Mode: In-class / Online (project-based learning)</w:t>
      </w:r>
    </w:p>
    <w:p w14:paraId="0010E065" w14:textId="77777777" w:rsidR="000D54C0" w:rsidRDefault="000D54C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227D3C3D" w14:textId="77777777" w:rsidR="000D54C0" w:rsidRDefault="000D54C0">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397CB6D2" w14:textId="77777777" w:rsidR="000D54C0" w:rsidRDefault="000D54C0" w:rsidP="000D54C0">
      <w:pPr>
        <w:numPr>
          <w:ilvl w:val="0"/>
          <w:numId w:val="7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the basics of coding logic, loops, and variables.</w:t>
      </w:r>
    </w:p>
    <w:p w14:paraId="007E626C" w14:textId="77777777" w:rsidR="000D54C0" w:rsidRDefault="000D54C0" w:rsidP="000D54C0">
      <w:pPr>
        <w:numPr>
          <w:ilvl w:val="0"/>
          <w:numId w:val="7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Scratch to design, code, and share their own projects.</w:t>
      </w:r>
    </w:p>
    <w:p w14:paraId="0B926B55" w14:textId="77777777" w:rsidR="000D54C0" w:rsidRDefault="000D54C0" w:rsidP="000D54C0">
      <w:pPr>
        <w:numPr>
          <w:ilvl w:val="0"/>
          <w:numId w:val="7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Animate sprites, create interactive stories, and build simple games.</w:t>
      </w:r>
    </w:p>
    <w:p w14:paraId="0B2C41CC" w14:textId="77777777" w:rsidR="000D54C0" w:rsidRDefault="000D54C0" w:rsidP="000D54C0">
      <w:pPr>
        <w:numPr>
          <w:ilvl w:val="0"/>
          <w:numId w:val="7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Apply debugging and problem-solving strategies.</w:t>
      </w:r>
    </w:p>
    <w:p w14:paraId="3BE4EAA4" w14:textId="77777777" w:rsidR="000D54C0" w:rsidRDefault="000D54C0" w:rsidP="000D54C0">
      <w:pPr>
        <w:numPr>
          <w:ilvl w:val="0"/>
          <w:numId w:val="7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Collaborate and present their coding projects confidently.</w:t>
      </w:r>
    </w:p>
    <w:p w14:paraId="580A6843" w14:textId="77777777" w:rsidR="000D54C0" w:rsidRDefault="000D54C0">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Requirements</w:t>
      </w:r>
    </w:p>
    <w:p w14:paraId="224EA9EF" w14:textId="77777777" w:rsidR="000D54C0" w:rsidRDefault="000D54C0" w:rsidP="000D54C0">
      <w:pPr>
        <w:numPr>
          <w:ilvl w:val="0"/>
          <w:numId w:val="7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Platform:</w:t>
      </w:r>
      <w:hyperlink r:id="rId92" w:tgtFrame="_blank" w:history="1">
        <w:r>
          <w:rPr>
            <w:rStyle w:val="Hyperlink"/>
            <w:rFonts w:ascii="Montserrat" w:eastAsia="Times New Roman" w:hAnsi="Montserrat" w:cs="Segoe UI"/>
            <w:color w:val="CC3366"/>
          </w:rPr>
          <w:t>mit.edu</w:t>
        </w:r>
      </w:hyperlink>
      <w:r>
        <w:rPr>
          <w:rFonts w:ascii="Montserrat" w:eastAsia="Times New Roman" w:hAnsi="Montserrat" w:cs="Segoe UI"/>
          <w:color w:val="0A0A0A"/>
        </w:rPr>
        <w:t> (free online or offline editor)</w:t>
      </w:r>
    </w:p>
    <w:p w14:paraId="3ED9F643" w14:textId="77777777" w:rsidR="000D54C0" w:rsidRDefault="000D54C0" w:rsidP="000D54C0">
      <w:pPr>
        <w:numPr>
          <w:ilvl w:val="0"/>
          <w:numId w:val="73"/>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Hardware:Laptop</w:t>
      </w:r>
      <w:proofErr w:type="spellEnd"/>
      <w:r>
        <w:rPr>
          <w:rFonts w:ascii="Montserrat" w:eastAsia="Times New Roman" w:hAnsi="Montserrat" w:cs="Segoe UI"/>
          <w:color w:val="0A0A0A"/>
        </w:rPr>
        <w:t xml:space="preserve"> or tablet with internet access</w:t>
      </w:r>
    </w:p>
    <w:p w14:paraId="4AC94A45" w14:textId="77777777" w:rsidR="000D54C0" w:rsidRDefault="000D54C0" w:rsidP="000D54C0">
      <w:pPr>
        <w:numPr>
          <w:ilvl w:val="0"/>
          <w:numId w:val="7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No prior coding experience required</w:t>
      </w:r>
    </w:p>
    <w:p w14:paraId="2733226B" w14:textId="77777777" w:rsidR="000D54C0" w:rsidRDefault="000D54C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6FBC252E"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1: Introduction to Scratch and Coding Concepts</w:t>
      </w:r>
    </w:p>
    <w:p w14:paraId="1FEB4C66"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2: Events, Motion, and Sequencing</w:t>
      </w:r>
    </w:p>
    <w:p w14:paraId="20DEB41B"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3: Loops, Timing, and Repetition</w:t>
      </w:r>
    </w:p>
    <w:p w14:paraId="1AB03B7D"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4: Using Sounds, Costumes, and Looks</w:t>
      </w:r>
    </w:p>
    <w:p w14:paraId="75E6EF6B"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5: Conditional Logic and Decisions</w:t>
      </w:r>
    </w:p>
    <w:p w14:paraId="377BC0E0"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6: Variables and Scorekeeping</w:t>
      </w:r>
    </w:p>
    <w:p w14:paraId="21A32586"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7: Broadcast Messages and Game Mechanics</w:t>
      </w:r>
    </w:p>
    <w:p w14:paraId="0AE3387C"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Module 8: Cloning, Advanced Animation, and Effects</w:t>
      </w:r>
    </w:p>
    <w:p w14:paraId="49FAA65E"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9: Debugging and Polishing Projects</w:t>
      </w:r>
    </w:p>
    <w:p w14:paraId="2FCD3C44" w14:textId="77777777" w:rsidR="000D54C0" w:rsidRDefault="000D54C0" w:rsidP="000D54C0">
      <w:pPr>
        <w:numPr>
          <w:ilvl w:val="0"/>
          <w:numId w:val="7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10: Final Project – Create, Share, and Present Your Game</w:t>
      </w:r>
    </w:p>
    <w:p w14:paraId="6F8DC78E" w14:textId="77777777" w:rsidR="000D54C0" w:rsidRDefault="000D54C0">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2D2D7E09" w14:textId="77777777" w:rsidR="000D54C0" w:rsidRDefault="000D54C0">
      <w:pPr>
        <w:pStyle w:val="NormalWeb"/>
        <w:shd w:val="clear" w:color="auto" w:fill="E3F3FA"/>
        <w:rPr>
          <w:rFonts w:ascii="Montserrat" w:hAnsi="Montserrat" w:cs="Segoe UI"/>
          <w:color w:val="0A0A0A"/>
        </w:rPr>
      </w:pPr>
      <w:r>
        <w:rPr>
          <w:rFonts w:ascii="Montserrat" w:hAnsi="Montserrat" w:cs="Segoe UI"/>
          <w:color w:val="0A0A0A"/>
        </w:rPr>
        <w:t>Certificate of Completion</w:t>
      </w:r>
      <w:r>
        <w:rPr>
          <w:rFonts w:ascii="Montserrat" w:hAnsi="Montserrat" w:cs="Segoe UI"/>
          <w:color w:val="0A0A0A"/>
        </w:rPr>
        <w:br/>
        <w:t>Awarded for successful completion of all modules and final project submission.</w:t>
      </w:r>
    </w:p>
    <w:p w14:paraId="4548E4E1" w14:textId="77777777" w:rsidR="000D54C0" w:rsidRDefault="000D54C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18815BC4" w14:textId="77777777" w:rsidR="000D54C0" w:rsidRDefault="000D54C0">
      <w:pPr>
        <w:pStyle w:val="NormalWeb"/>
        <w:shd w:val="clear" w:color="auto" w:fill="E9F7F3"/>
        <w:spacing w:line="480" w:lineRule="atLeast"/>
        <w:rPr>
          <w:rFonts w:ascii="Montserrat" w:hAnsi="Montserrat" w:cs="Segoe UI"/>
          <w:color w:val="0A0A0A"/>
        </w:rPr>
      </w:pPr>
      <w:r>
        <w:rPr>
          <w:rFonts w:ascii="Montserrat" w:hAnsi="Montserrat" w:cs="Segoe UI"/>
          <w:color w:val="0A0A0A"/>
        </w:rPr>
        <w:t>Students who complete this course can progress to:</w:t>
      </w:r>
    </w:p>
    <w:p w14:paraId="35AA2161" w14:textId="77777777" w:rsidR="000D54C0" w:rsidRDefault="000D54C0" w:rsidP="000D54C0">
      <w:pPr>
        <w:numPr>
          <w:ilvl w:val="0"/>
          <w:numId w:val="7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Game Development with Scratch Advanced</w:t>
      </w:r>
    </w:p>
    <w:p w14:paraId="5ACF6266" w14:textId="77777777" w:rsidR="000D54C0" w:rsidRDefault="000D54C0" w:rsidP="000D54C0">
      <w:pPr>
        <w:numPr>
          <w:ilvl w:val="0"/>
          <w:numId w:val="7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Python for Beginners</w:t>
      </w:r>
    </w:p>
    <w:p w14:paraId="60FECCED" w14:textId="77777777" w:rsidR="000D54C0" w:rsidRDefault="000D54C0" w:rsidP="000D54C0">
      <w:pPr>
        <w:numPr>
          <w:ilvl w:val="0"/>
          <w:numId w:val="7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 Development with MIT App Inventor</w:t>
      </w:r>
    </w:p>
    <w:p w14:paraId="2A089330" w14:textId="0D1A77D1" w:rsidR="000D54C0" w:rsidRDefault="000D54C0" w:rsidP="000D54C0">
      <w:pPr>
        <w:numPr>
          <w:ilvl w:val="0"/>
          <w:numId w:val="7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Robotics with Scratch &amp; micro: bit</w:t>
      </w:r>
    </w:p>
    <w:p w14:paraId="7FE2AD95" w14:textId="77777777" w:rsidR="00B9732E" w:rsidRDefault="00B9732E" w:rsidP="00B9732E">
      <w:pPr>
        <w:spacing w:before="100" w:beforeAutospacing="1" w:after="100" w:afterAutospacing="1" w:line="480" w:lineRule="atLeast"/>
        <w:ind w:left="720"/>
        <w:textAlignment w:val="baseline"/>
        <w:rPr>
          <w:rFonts w:ascii="Montserrat" w:eastAsia="Times New Roman" w:hAnsi="Montserrat" w:cs="Segoe UI"/>
          <w:color w:val="0A0A0A"/>
        </w:rPr>
      </w:pPr>
    </w:p>
    <w:p w14:paraId="7B682E10" w14:textId="6F8A6787" w:rsidR="00B9732E" w:rsidRPr="00B9732E" w:rsidRDefault="00B9732E" w:rsidP="00B9732E">
      <w:pPr>
        <w:spacing w:before="100" w:beforeAutospacing="1" w:after="100" w:afterAutospacing="1" w:line="480" w:lineRule="atLeast"/>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0A0A0A"/>
        </w:rPr>
        <w:t xml:space="preserve">                                            </w:t>
      </w:r>
      <w:r w:rsidRPr="00B9732E">
        <w:rPr>
          <w:rFonts w:ascii="Montserrat" w:eastAsia="Times New Roman" w:hAnsi="Montserrat" w:cs="Segoe UI"/>
          <w:color w:val="1F497D" w:themeColor="text2"/>
          <w:sz w:val="28"/>
          <w:szCs w:val="28"/>
        </w:rPr>
        <w:t>WEB DESIGN</w:t>
      </w:r>
    </w:p>
    <w:p w14:paraId="699DCCA8" w14:textId="77777777" w:rsidR="00B9732E" w:rsidRPr="00B9732E" w:rsidRDefault="00B9732E">
      <w:pPr>
        <w:pStyle w:val="Heading2"/>
        <w:shd w:val="clear" w:color="auto" w:fill="FFFFFF"/>
        <w:spacing w:before="0"/>
        <w:rPr>
          <w:rFonts w:ascii="Montserrat" w:eastAsia="Times New Roman" w:hAnsi="Montserrat" w:cs="Segoe UI"/>
          <w:color w:val="000000"/>
          <w:sz w:val="28"/>
          <w:szCs w:val="28"/>
        </w:rPr>
      </w:pPr>
      <w:r w:rsidRPr="00B9732E">
        <w:rPr>
          <w:rFonts w:ascii="Montserrat" w:eastAsia="Times New Roman" w:hAnsi="Montserrat" w:cs="Segoe UI"/>
          <w:b w:val="0"/>
          <w:bCs w:val="0"/>
          <w:color w:val="000000"/>
          <w:sz w:val="28"/>
          <w:szCs w:val="28"/>
        </w:rPr>
        <w:t>Web Design – Create and Code Your Own Website</w:t>
      </w:r>
    </w:p>
    <w:p w14:paraId="65C14722" w14:textId="77777777" w:rsidR="00B9732E" w:rsidRDefault="00B9732E">
      <w:pPr>
        <w:pStyle w:val="Heading2"/>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Overview</w:t>
      </w:r>
    </w:p>
    <w:p w14:paraId="42D2D817" w14:textId="77777777" w:rsidR="00B9732E" w:rsidRDefault="00B9732E">
      <w:pPr>
        <w:pStyle w:val="NormalWeb"/>
        <w:shd w:val="clear" w:color="auto" w:fill="E3F3FA"/>
        <w:jc w:val="both"/>
        <w:rPr>
          <w:rFonts w:ascii="Montserrat" w:hAnsi="Montserrat" w:cs="Segoe UI"/>
          <w:color w:val="333333"/>
        </w:rPr>
      </w:pPr>
      <w:r>
        <w:rPr>
          <w:rFonts w:ascii="Montserrat" w:hAnsi="Montserrat" w:cs="Segoe UI"/>
          <w:color w:val="333333"/>
        </w:rPr>
        <w:t>This course teaches kids how to design and build their own websites using beginner-friendly tools and coding languages such as HTML, CSS, and basic JavaScript.</w:t>
      </w:r>
      <w:r>
        <w:rPr>
          <w:rFonts w:ascii="Montserrat" w:hAnsi="Montserrat" w:cs="Segoe UI"/>
          <w:color w:val="333333"/>
        </w:rPr>
        <w:br/>
        <w:t>Through creative projects, learners will understand how websites work, design visually appealing pages, and publish their creations online safely.</w:t>
      </w:r>
    </w:p>
    <w:p w14:paraId="2DB8C40C" w14:textId="77777777" w:rsidR="00B9732E" w:rsidRDefault="00B9732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2445C419" w14:textId="77777777" w:rsidR="00B9732E" w:rsidRDefault="00B9732E">
      <w:pPr>
        <w:pStyle w:val="NormalWeb"/>
        <w:shd w:val="clear" w:color="auto" w:fill="E9F7F3"/>
        <w:jc w:val="both"/>
        <w:rPr>
          <w:rFonts w:ascii="Montserrat" w:hAnsi="Montserrat" w:cs="Segoe UI"/>
          <w:color w:val="333333"/>
        </w:rPr>
      </w:pPr>
      <w:r>
        <w:rPr>
          <w:rFonts w:ascii="Montserrat" w:hAnsi="Montserrat" w:cs="Segoe UI"/>
          <w:color w:val="333333"/>
        </w:rPr>
        <w:t>Ages 10–16 (suitable for beginners — no coding experience required)</w:t>
      </w:r>
    </w:p>
    <w:p w14:paraId="2380AE5A" w14:textId="77777777" w:rsidR="00B9732E" w:rsidRDefault="00B9732E">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Course Duration</w:t>
      </w:r>
    </w:p>
    <w:p w14:paraId="1AAD802C" w14:textId="77777777" w:rsidR="00B9732E" w:rsidRDefault="00B9732E">
      <w:pPr>
        <w:pStyle w:val="NormalWeb"/>
        <w:shd w:val="clear" w:color="auto" w:fill="E3F3FA"/>
        <w:spacing w:line="480" w:lineRule="atLeast"/>
        <w:jc w:val="both"/>
        <w:rPr>
          <w:rFonts w:ascii="Montserrat" w:hAnsi="Montserrat" w:cs="Segoe UI"/>
          <w:color w:val="333333"/>
        </w:rPr>
      </w:pPr>
      <w:r>
        <w:rPr>
          <w:rFonts w:ascii="Montserrat" w:hAnsi="Montserrat" w:cs="Segoe UI"/>
          <w:color w:val="333333"/>
        </w:rPr>
        <w:t>40–55 hours (Recommended over 10–12 weeks)</w:t>
      </w:r>
      <w:r>
        <w:rPr>
          <w:rFonts w:ascii="Montserrat" w:hAnsi="Montserrat" w:cs="Segoe UI"/>
          <w:color w:val="333333"/>
        </w:rPr>
        <w:br/>
        <w:t>10 Modules (4–6 hours each)</w:t>
      </w:r>
    </w:p>
    <w:p w14:paraId="0D1AEAC9" w14:textId="77777777" w:rsidR="00B9732E" w:rsidRDefault="00B9732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5CADC97B" w14:textId="77777777" w:rsidR="00B9732E" w:rsidRDefault="00B9732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By the end of the course, students will be able to:</w:t>
      </w:r>
    </w:p>
    <w:p w14:paraId="121750D3"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Understand how websites are structured and function.</w:t>
      </w:r>
    </w:p>
    <w:p w14:paraId="238459AA"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Use HTML to create web page content.</w:t>
      </w:r>
    </w:p>
    <w:p w14:paraId="27708C47"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Apply CSS for styling and layout.</w:t>
      </w:r>
    </w:p>
    <w:p w14:paraId="23C23824"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Use images, links, and multimedia effectively.</w:t>
      </w:r>
    </w:p>
    <w:p w14:paraId="6CF08754"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Design web pages using good UI/UX principles.</w:t>
      </w:r>
    </w:p>
    <w:p w14:paraId="6284A1F1"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Add simple interactivity using JavaScript.</w:t>
      </w:r>
    </w:p>
    <w:p w14:paraId="15458121" w14:textId="77777777" w:rsidR="00B9732E" w:rsidRDefault="00B9732E" w:rsidP="00B9732E">
      <w:pPr>
        <w:numPr>
          <w:ilvl w:val="0"/>
          <w:numId w:val="76"/>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Publish and present their website projects confidently.</w:t>
      </w:r>
    </w:p>
    <w:p w14:paraId="26779C04" w14:textId="77777777" w:rsidR="00B9732E" w:rsidRDefault="00B9732E">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Requirements</w:t>
      </w:r>
    </w:p>
    <w:p w14:paraId="55A914CD" w14:textId="77777777" w:rsidR="00B9732E" w:rsidRDefault="00B9732E" w:rsidP="00B9732E">
      <w:pPr>
        <w:numPr>
          <w:ilvl w:val="0"/>
          <w:numId w:val="77"/>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Online Tools:</w:t>
      </w:r>
    </w:p>
    <w:p w14:paraId="528FE406" w14:textId="77777777" w:rsidR="00B9732E" w:rsidRDefault="00B9732E" w:rsidP="00B9732E">
      <w:pPr>
        <w:numPr>
          <w:ilvl w:val="1"/>
          <w:numId w:val="77"/>
        </w:numPr>
        <w:spacing w:before="100" w:beforeAutospacing="1" w:after="100" w:afterAutospacing="1" w:line="480" w:lineRule="atLeast"/>
        <w:jc w:val="both"/>
        <w:textAlignment w:val="baseline"/>
        <w:rPr>
          <w:rFonts w:ascii="Montserrat" w:eastAsia="Times New Roman" w:hAnsi="Montserrat" w:cs="Segoe UI"/>
          <w:color w:val="333333"/>
        </w:rPr>
      </w:pPr>
      <w:proofErr w:type="spellStart"/>
      <w:r>
        <w:rPr>
          <w:rFonts w:ascii="Montserrat" w:eastAsia="Times New Roman" w:hAnsi="Montserrat" w:cs="Segoe UI"/>
          <w:color w:val="333333"/>
        </w:rPr>
        <w:t>Replit</w:t>
      </w:r>
      <w:proofErr w:type="spellEnd"/>
      <w:r>
        <w:rPr>
          <w:rFonts w:ascii="Montserrat" w:eastAsia="Times New Roman" w:hAnsi="Montserrat" w:cs="Segoe UI"/>
          <w:color w:val="333333"/>
        </w:rPr>
        <w:t xml:space="preserve">, </w:t>
      </w:r>
      <w:proofErr w:type="spellStart"/>
      <w:r>
        <w:rPr>
          <w:rFonts w:ascii="Montserrat" w:eastAsia="Times New Roman" w:hAnsi="Montserrat" w:cs="Segoe UI"/>
          <w:color w:val="333333"/>
        </w:rPr>
        <w:t>CodePen</w:t>
      </w:r>
      <w:proofErr w:type="spellEnd"/>
      <w:r>
        <w:rPr>
          <w:rFonts w:ascii="Montserrat" w:eastAsia="Times New Roman" w:hAnsi="Montserrat" w:cs="Segoe UI"/>
          <w:color w:val="333333"/>
        </w:rPr>
        <w:t>, or Glitch (for live coding)</w:t>
      </w:r>
    </w:p>
    <w:p w14:paraId="752B9511" w14:textId="77777777" w:rsidR="00B9732E" w:rsidRDefault="00B9732E" w:rsidP="00B9732E">
      <w:pPr>
        <w:numPr>
          <w:ilvl w:val="1"/>
          <w:numId w:val="77"/>
        </w:numPr>
        <w:spacing w:before="100" w:beforeAutospacing="1" w:after="100" w:afterAutospacing="1" w:line="480" w:lineRule="atLeast"/>
        <w:jc w:val="both"/>
        <w:textAlignment w:val="baseline"/>
        <w:rPr>
          <w:rFonts w:ascii="Montserrat" w:eastAsia="Times New Roman" w:hAnsi="Montserrat" w:cs="Segoe UI"/>
          <w:color w:val="333333"/>
        </w:rPr>
      </w:pPr>
      <w:proofErr w:type="spellStart"/>
      <w:r>
        <w:rPr>
          <w:rFonts w:ascii="Montserrat" w:eastAsia="Times New Roman" w:hAnsi="Montserrat" w:cs="Segoe UI"/>
          <w:color w:val="333333"/>
        </w:rPr>
        <w:t>Canva</w:t>
      </w:r>
      <w:proofErr w:type="spellEnd"/>
      <w:r>
        <w:rPr>
          <w:rFonts w:ascii="Montserrat" w:eastAsia="Times New Roman" w:hAnsi="Montserrat" w:cs="Segoe UI"/>
          <w:color w:val="333333"/>
        </w:rPr>
        <w:t xml:space="preserve"> or </w:t>
      </w:r>
      <w:proofErr w:type="spellStart"/>
      <w:r>
        <w:rPr>
          <w:rFonts w:ascii="Montserrat" w:eastAsia="Times New Roman" w:hAnsi="Montserrat" w:cs="Segoe UI"/>
          <w:color w:val="333333"/>
        </w:rPr>
        <w:t>Figma</w:t>
      </w:r>
      <w:proofErr w:type="spellEnd"/>
      <w:r>
        <w:rPr>
          <w:rFonts w:ascii="Montserrat" w:eastAsia="Times New Roman" w:hAnsi="Montserrat" w:cs="Segoe UI"/>
          <w:color w:val="333333"/>
        </w:rPr>
        <w:t xml:space="preserve"> (for web layout design)</w:t>
      </w:r>
    </w:p>
    <w:p w14:paraId="240293AE" w14:textId="77777777" w:rsidR="00B9732E" w:rsidRDefault="00B9732E" w:rsidP="00B9732E">
      <w:pPr>
        <w:numPr>
          <w:ilvl w:val="0"/>
          <w:numId w:val="77"/>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Languages: HTML, CSS, basic JavaScript</w:t>
      </w:r>
    </w:p>
    <w:p w14:paraId="11E84046" w14:textId="77777777" w:rsidR="00B9732E" w:rsidRDefault="00B9732E" w:rsidP="00B9732E">
      <w:pPr>
        <w:numPr>
          <w:ilvl w:val="0"/>
          <w:numId w:val="77"/>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Hardware: Laptop/PC with internet access</w:t>
      </w:r>
    </w:p>
    <w:p w14:paraId="15F66A8A" w14:textId="77777777" w:rsidR="00B9732E" w:rsidRDefault="00B9732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2961F0F3"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1: Introduction to the Web and How Websites Work</w:t>
      </w:r>
    </w:p>
    <w:p w14:paraId="2D655253"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2: Getting Started with HTML – The Building Blocks</w:t>
      </w:r>
    </w:p>
    <w:p w14:paraId="23140EE6"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3: Adding Style with CSS</w:t>
      </w:r>
    </w:p>
    <w:p w14:paraId="538C51BD"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4: Web Page Layout and Design Principles</w:t>
      </w:r>
    </w:p>
    <w:p w14:paraId="4928A4BD"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lastRenderedPageBreak/>
        <w:t>Module 5: Images, Links, and Navigation Menus</w:t>
      </w:r>
    </w:p>
    <w:p w14:paraId="3744C1C6"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6: Multimedia and Interactivity</w:t>
      </w:r>
    </w:p>
    <w:p w14:paraId="63CA9DF9"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7: Introduction to JavaScript for Beginners</w:t>
      </w:r>
    </w:p>
    <w:p w14:paraId="6F1B3983"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8: Responsive Design and Page Optimization</w:t>
      </w:r>
    </w:p>
    <w:p w14:paraId="027A518D"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9: Debugging, Testing, and Accessibility</w:t>
      </w:r>
    </w:p>
    <w:p w14:paraId="2997448C" w14:textId="77777777" w:rsidR="00B9732E" w:rsidRDefault="00B9732E" w:rsidP="00B9732E">
      <w:pPr>
        <w:numPr>
          <w:ilvl w:val="0"/>
          <w:numId w:val="78"/>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Module 10: Final Project – Build and Publish Your Website</w:t>
      </w:r>
    </w:p>
    <w:p w14:paraId="2B2D7CCA" w14:textId="77777777" w:rsidR="00B9732E" w:rsidRDefault="00B9732E">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color w:val="000000"/>
        </w:rPr>
        <w:t>🏆</w:t>
      </w:r>
      <w:r>
        <w:rPr>
          <w:rFonts w:ascii="Montserrat" w:eastAsia="Times New Roman" w:hAnsi="Montserrat" w:cs="Segoe UI"/>
          <w:color w:val="000000"/>
        </w:rPr>
        <w:t> </w:t>
      </w:r>
      <w:r>
        <w:rPr>
          <w:rFonts w:ascii="Montserrat" w:eastAsia="Times New Roman" w:hAnsi="Montserrat" w:cs="Segoe UI"/>
          <w:b w:val="0"/>
          <w:bCs w:val="0"/>
          <w:color w:val="000000"/>
        </w:rPr>
        <w:t>Certification</w:t>
      </w:r>
    </w:p>
    <w:p w14:paraId="0B191845" w14:textId="77777777" w:rsidR="00B9732E" w:rsidRDefault="00B9732E">
      <w:pPr>
        <w:pStyle w:val="NormalWeb"/>
        <w:shd w:val="clear" w:color="auto" w:fill="E3F3FA"/>
        <w:spacing w:line="480" w:lineRule="atLeast"/>
        <w:jc w:val="both"/>
        <w:rPr>
          <w:rFonts w:ascii="Montserrat" w:hAnsi="Montserrat" w:cs="Segoe UI"/>
          <w:color w:val="333333"/>
        </w:rPr>
      </w:pPr>
      <w:r>
        <w:rPr>
          <w:rFonts w:ascii="Montserrat" w:hAnsi="Montserrat" w:cs="Segoe UI"/>
          <w:color w:val="333333"/>
        </w:rPr>
        <w:t>Certificate of Completion</w:t>
      </w:r>
      <w:r>
        <w:rPr>
          <w:rFonts w:ascii="Montserrat" w:hAnsi="Montserrat" w:cs="Segoe UI"/>
          <w:color w:val="333333"/>
        </w:rPr>
        <w:br/>
        <w:t>Awarded for successful completion of all modules and submission of the final website project.</w:t>
      </w:r>
    </w:p>
    <w:p w14:paraId="5CC4BC19" w14:textId="77777777" w:rsidR="00B9732E" w:rsidRDefault="00B9732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 Pathways</w:t>
      </w:r>
    </w:p>
    <w:p w14:paraId="0270EB4B" w14:textId="77777777" w:rsidR="00B9732E" w:rsidRDefault="00B9732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Students who complete this course can progress to:</w:t>
      </w:r>
    </w:p>
    <w:p w14:paraId="40FF586A" w14:textId="77777777" w:rsidR="00B9732E" w:rsidRDefault="00B9732E" w:rsidP="00B9732E">
      <w:pPr>
        <w:numPr>
          <w:ilvl w:val="0"/>
          <w:numId w:val="79"/>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Web Design Advanced (Responsive + UX/UI)</w:t>
      </w:r>
    </w:p>
    <w:p w14:paraId="1EEFAEE2" w14:textId="77777777" w:rsidR="00B9732E" w:rsidRDefault="00B9732E" w:rsidP="00B9732E">
      <w:pPr>
        <w:numPr>
          <w:ilvl w:val="0"/>
          <w:numId w:val="79"/>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Game Development with JavaScript</w:t>
      </w:r>
    </w:p>
    <w:p w14:paraId="6C14CC72" w14:textId="77777777" w:rsidR="00B9732E" w:rsidRDefault="00B9732E" w:rsidP="00B9732E">
      <w:pPr>
        <w:numPr>
          <w:ilvl w:val="0"/>
          <w:numId w:val="79"/>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App Development (</w:t>
      </w:r>
      <w:proofErr w:type="spellStart"/>
      <w:r>
        <w:rPr>
          <w:rFonts w:ascii="Montserrat" w:eastAsia="Times New Roman" w:hAnsi="Montserrat" w:cs="Segoe UI"/>
          <w:color w:val="333333"/>
        </w:rPr>
        <w:t>Thunkable</w:t>
      </w:r>
      <w:proofErr w:type="spellEnd"/>
      <w:r>
        <w:rPr>
          <w:rFonts w:ascii="Montserrat" w:eastAsia="Times New Roman" w:hAnsi="Montserrat" w:cs="Segoe UI"/>
          <w:color w:val="333333"/>
        </w:rPr>
        <w:t xml:space="preserve"> / MIT App Inventor)</w:t>
      </w:r>
    </w:p>
    <w:p w14:paraId="74F42207" w14:textId="77777777" w:rsidR="00B9732E" w:rsidRDefault="00B9732E" w:rsidP="00B9732E">
      <w:pPr>
        <w:numPr>
          <w:ilvl w:val="0"/>
          <w:numId w:val="79"/>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Python for Web and Automation</w:t>
      </w:r>
    </w:p>
    <w:p w14:paraId="1F22C2FA" w14:textId="77777777" w:rsidR="000841F2" w:rsidRDefault="000841F2" w:rsidP="000841F2">
      <w:pPr>
        <w:spacing w:before="100" w:beforeAutospacing="1" w:after="100" w:afterAutospacing="1" w:line="480" w:lineRule="atLeast"/>
        <w:ind w:left="720"/>
        <w:jc w:val="both"/>
        <w:textAlignment w:val="baseline"/>
        <w:rPr>
          <w:rFonts w:ascii="Montserrat" w:eastAsia="Times New Roman" w:hAnsi="Montserrat" w:cs="Segoe UI"/>
          <w:color w:val="333333"/>
        </w:rPr>
      </w:pPr>
      <w:r>
        <w:rPr>
          <w:rFonts w:ascii="Montserrat" w:eastAsia="Times New Roman" w:hAnsi="Montserrat" w:cs="Segoe UI"/>
          <w:color w:val="333333"/>
        </w:rPr>
        <w:t xml:space="preserve">                 </w:t>
      </w:r>
    </w:p>
    <w:p w14:paraId="6FC652A1" w14:textId="20C2C9F4" w:rsidR="000841F2" w:rsidRPr="000841F2" w:rsidRDefault="000841F2" w:rsidP="000841F2">
      <w:pPr>
        <w:spacing w:before="100" w:beforeAutospacing="1" w:after="100" w:afterAutospacing="1" w:line="480" w:lineRule="atLeast"/>
        <w:ind w:left="720"/>
        <w:jc w:val="both"/>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333333"/>
        </w:rPr>
        <w:t xml:space="preserve">                       </w:t>
      </w:r>
      <w:r w:rsidRPr="000841F2">
        <w:rPr>
          <w:rFonts w:ascii="Montserrat" w:eastAsia="Times New Roman" w:hAnsi="Montserrat" w:cs="Segoe UI"/>
          <w:color w:val="1F497D" w:themeColor="text2"/>
          <w:sz w:val="28"/>
          <w:szCs w:val="28"/>
        </w:rPr>
        <w:t>GAME DEVELOPMENT</w:t>
      </w:r>
    </w:p>
    <w:p w14:paraId="1BFDC741" w14:textId="77777777" w:rsidR="0099055E" w:rsidRPr="000841F2" w:rsidRDefault="0099055E">
      <w:pPr>
        <w:pStyle w:val="Heading2"/>
        <w:shd w:val="clear" w:color="auto" w:fill="FFFFFF"/>
        <w:spacing w:before="0"/>
        <w:rPr>
          <w:rFonts w:ascii="Montserrat" w:eastAsia="Times New Roman" w:hAnsi="Montserrat" w:cs="Segoe UI"/>
          <w:color w:val="000000"/>
          <w:sz w:val="28"/>
          <w:szCs w:val="28"/>
        </w:rPr>
      </w:pPr>
      <w:r w:rsidRPr="000841F2">
        <w:rPr>
          <w:rFonts w:ascii="Montserrat" w:eastAsia="Times New Roman" w:hAnsi="Montserrat" w:cs="Segoe UI"/>
          <w:b w:val="0"/>
          <w:bCs w:val="0"/>
          <w:color w:val="000000"/>
          <w:sz w:val="28"/>
          <w:szCs w:val="28"/>
        </w:rPr>
        <w:t>Game Development – Design, Code, and Play Your Own Games</w:t>
      </w:r>
    </w:p>
    <w:p w14:paraId="71D1BF9C" w14:textId="77777777" w:rsidR="0099055E" w:rsidRDefault="0099055E">
      <w:pPr>
        <w:pStyle w:val="Heading2"/>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Overview</w:t>
      </w:r>
    </w:p>
    <w:p w14:paraId="16B0A9F4" w14:textId="77777777" w:rsidR="0099055E" w:rsidRDefault="0099055E">
      <w:pPr>
        <w:pStyle w:val="NormalWeb"/>
        <w:shd w:val="clear" w:color="auto" w:fill="E3F3FA"/>
        <w:jc w:val="both"/>
        <w:rPr>
          <w:rFonts w:ascii="Montserrat" w:hAnsi="Montserrat" w:cs="Segoe UI"/>
          <w:color w:val="333333"/>
        </w:rPr>
      </w:pPr>
      <w:r>
        <w:rPr>
          <w:rFonts w:ascii="Montserrat" w:hAnsi="Montserrat" w:cs="Segoe UI"/>
          <w:color w:val="333333"/>
        </w:rPr>
        <w:t xml:space="preserve">This course introduces students to the fundamentals of game design and coding using fun, visual tools like Scratch, </w:t>
      </w:r>
      <w:proofErr w:type="spellStart"/>
      <w:r>
        <w:rPr>
          <w:rFonts w:ascii="Montserrat" w:hAnsi="Montserrat" w:cs="Segoe UI"/>
          <w:color w:val="333333"/>
        </w:rPr>
        <w:t>MakeCode</w:t>
      </w:r>
      <w:proofErr w:type="spellEnd"/>
      <w:r>
        <w:rPr>
          <w:rFonts w:ascii="Montserrat" w:hAnsi="Montserrat" w:cs="Segoe UI"/>
          <w:color w:val="333333"/>
        </w:rPr>
        <w:t xml:space="preserve"> Arcade, and </w:t>
      </w:r>
      <w:r>
        <w:rPr>
          <w:rFonts w:ascii="Montserrat" w:hAnsi="Montserrat" w:cs="Segoe UI"/>
          <w:color w:val="333333"/>
        </w:rPr>
        <w:lastRenderedPageBreak/>
        <w:t>Unity (2D Beginner).</w:t>
      </w:r>
      <w:r>
        <w:rPr>
          <w:rFonts w:ascii="Montserrat" w:hAnsi="Montserrat" w:cs="Segoe UI"/>
          <w:color w:val="333333"/>
        </w:rPr>
        <w:br/>
        <w:t>Children will learn how games are planned, designed, coded, tested, and shared — while strengthening problem-solving, storytelling, logic, and teamwork skills.</w:t>
      </w:r>
    </w:p>
    <w:p w14:paraId="1274A6DF" w14:textId="77777777" w:rsidR="0099055E" w:rsidRDefault="0099055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20327974" w14:textId="77777777" w:rsidR="0099055E" w:rsidRDefault="0099055E">
      <w:pPr>
        <w:pStyle w:val="NormalWeb"/>
        <w:shd w:val="clear" w:color="auto" w:fill="E9F7F3"/>
        <w:jc w:val="both"/>
        <w:rPr>
          <w:rFonts w:ascii="Montserrat" w:hAnsi="Montserrat" w:cs="Segoe UI"/>
          <w:color w:val="333333"/>
        </w:rPr>
      </w:pPr>
      <w:r>
        <w:rPr>
          <w:rFonts w:ascii="Montserrat" w:hAnsi="Montserrat" w:cs="Segoe UI"/>
          <w:color w:val="333333"/>
        </w:rPr>
        <w:t>Ages 10–16 (beginner to intermediate level)</w:t>
      </w:r>
    </w:p>
    <w:p w14:paraId="4B6A12B5" w14:textId="77777777" w:rsidR="0099055E" w:rsidRDefault="0099055E">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Total Duration</w:t>
      </w:r>
    </w:p>
    <w:p w14:paraId="3F5C931A" w14:textId="77777777" w:rsidR="0099055E" w:rsidRDefault="0099055E">
      <w:pPr>
        <w:pStyle w:val="NormalWeb"/>
        <w:shd w:val="clear" w:color="auto" w:fill="E3F3FA"/>
        <w:jc w:val="both"/>
        <w:rPr>
          <w:rFonts w:ascii="Montserrat" w:hAnsi="Montserrat" w:cs="Segoe UI"/>
          <w:color w:val="333333"/>
        </w:rPr>
      </w:pPr>
      <w:r>
        <w:rPr>
          <w:rFonts w:ascii="Montserrat" w:hAnsi="Montserrat" w:cs="Segoe UI"/>
          <w:color w:val="333333"/>
        </w:rPr>
        <w:t>45–60 hours (recommended across 10 modules, 4–6 hours each)</w:t>
      </w:r>
    </w:p>
    <w:p w14:paraId="5D84351E" w14:textId="77777777" w:rsidR="0099055E" w:rsidRDefault="0099055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33F6B696"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By the end of the course, learners will be able to:</w:t>
      </w:r>
    </w:p>
    <w:p w14:paraId="1AC7678B" w14:textId="77777777" w:rsidR="0099055E" w:rsidRDefault="0099055E" w:rsidP="0099055E">
      <w:pPr>
        <w:numPr>
          <w:ilvl w:val="0"/>
          <w:numId w:val="80"/>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Understand how video games are structured and what makes them fun.</w:t>
      </w:r>
    </w:p>
    <w:p w14:paraId="6EDC0B2C" w14:textId="77777777" w:rsidR="0099055E" w:rsidRDefault="0099055E" w:rsidP="0099055E">
      <w:pPr>
        <w:numPr>
          <w:ilvl w:val="0"/>
          <w:numId w:val="80"/>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Use block-based or beginner-friendly coding platforms to create games.</w:t>
      </w:r>
    </w:p>
    <w:p w14:paraId="0AA5825C" w14:textId="77777777" w:rsidR="0099055E" w:rsidRDefault="0099055E" w:rsidP="0099055E">
      <w:pPr>
        <w:numPr>
          <w:ilvl w:val="0"/>
          <w:numId w:val="80"/>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Apply design thinking, animation, and logic to build interactive experiences.</w:t>
      </w:r>
    </w:p>
    <w:p w14:paraId="0A86C224" w14:textId="77777777" w:rsidR="0099055E" w:rsidRDefault="0099055E" w:rsidP="0099055E">
      <w:pPr>
        <w:numPr>
          <w:ilvl w:val="0"/>
          <w:numId w:val="80"/>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Develop 2D games with scoring, levels, and user interaction.</w:t>
      </w:r>
    </w:p>
    <w:p w14:paraId="6ED293D3" w14:textId="77777777" w:rsidR="0099055E" w:rsidRDefault="0099055E" w:rsidP="0099055E">
      <w:pPr>
        <w:numPr>
          <w:ilvl w:val="0"/>
          <w:numId w:val="80"/>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Collaborate and present game ideas confidently.</w:t>
      </w:r>
    </w:p>
    <w:p w14:paraId="1F7E0110" w14:textId="77777777" w:rsidR="0099055E" w:rsidRDefault="0099055E" w:rsidP="0099055E">
      <w:pPr>
        <w:numPr>
          <w:ilvl w:val="0"/>
          <w:numId w:val="80"/>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Explore advanced tools for continued game design learning.</w:t>
      </w:r>
    </w:p>
    <w:p w14:paraId="3FFB7C95" w14:textId="77777777" w:rsidR="0099055E" w:rsidRDefault="0099055E">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Platforms</w:t>
      </w:r>
    </w:p>
    <w:p w14:paraId="2DE73BB1" w14:textId="77777777" w:rsidR="0099055E" w:rsidRDefault="0099055E" w:rsidP="0099055E">
      <w:pPr>
        <w:numPr>
          <w:ilvl w:val="0"/>
          <w:numId w:val="81"/>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 xml:space="preserve">Beginner (Ages 10–12): Scratch, Microsoft </w:t>
      </w:r>
      <w:proofErr w:type="spellStart"/>
      <w:r>
        <w:rPr>
          <w:rFonts w:ascii="Montserrat" w:eastAsia="Times New Roman" w:hAnsi="Montserrat" w:cs="Segoe UI"/>
          <w:color w:val="333333"/>
        </w:rPr>
        <w:t>MakeCode</w:t>
      </w:r>
      <w:proofErr w:type="spellEnd"/>
      <w:r>
        <w:rPr>
          <w:rFonts w:ascii="Montserrat" w:eastAsia="Times New Roman" w:hAnsi="Montserrat" w:cs="Segoe UI"/>
          <w:color w:val="333333"/>
        </w:rPr>
        <w:t xml:space="preserve"> Arcade</w:t>
      </w:r>
    </w:p>
    <w:p w14:paraId="1AE9CDCB" w14:textId="77777777" w:rsidR="0099055E" w:rsidRDefault="0099055E" w:rsidP="0099055E">
      <w:pPr>
        <w:numPr>
          <w:ilvl w:val="0"/>
          <w:numId w:val="81"/>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Intermediate (Ages 13–16): Unity (2D), Godot (Intro), or Construct 3</w:t>
      </w:r>
    </w:p>
    <w:p w14:paraId="1688AC15" w14:textId="77777777" w:rsidR="0099055E" w:rsidRDefault="0099055E" w:rsidP="0099055E">
      <w:pPr>
        <w:numPr>
          <w:ilvl w:val="0"/>
          <w:numId w:val="81"/>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 xml:space="preserve">Design Tools: </w:t>
      </w:r>
      <w:proofErr w:type="spellStart"/>
      <w:r>
        <w:rPr>
          <w:rFonts w:ascii="Montserrat" w:eastAsia="Times New Roman" w:hAnsi="Montserrat" w:cs="Segoe UI"/>
          <w:color w:val="333333"/>
        </w:rPr>
        <w:t>Canva</w:t>
      </w:r>
      <w:proofErr w:type="spellEnd"/>
      <w:r>
        <w:rPr>
          <w:rFonts w:ascii="Montserrat" w:eastAsia="Times New Roman" w:hAnsi="Montserrat" w:cs="Segoe UI"/>
          <w:color w:val="333333"/>
        </w:rPr>
        <w:t xml:space="preserve">, </w:t>
      </w:r>
      <w:proofErr w:type="spellStart"/>
      <w:r>
        <w:rPr>
          <w:rFonts w:ascii="Montserrat" w:eastAsia="Times New Roman" w:hAnsi="Montserrat" w:cs="Segoe UI"/>
          <w:color w:val="333333"/>
        </w:rPr>
        <w:t>Figma</w:t>
      </w:r>
      <w:proofErr w:type="spellEnd"/>
      <w:r>
        <w:rPr>
          <w:rFonts w:ascii="Montserrat" w:eastAsia="Times New Roman" w:hAnsi="Montserrat" w:cs="Segoe UI"/>
          <w:color w:val="333333"/>
        </w:rPr>
        <w:t xml:space="preserve">, or </w:t>
      </w:r>
      <w:proofErr w:type="spellStart"/>
      <w:r>
        <w:rPr>
          <w:rFonts w:ascii="Montserrat" w:eastAsia="Times New Roman" w:hAnsi="Montserrat" w:cs="Segoe UI"/>
          <w:color w:val="333333"/>
        </w:rPr>
        <w:t>Piskel</w:t>
      </w:r>
      <w:proofErr w:type="spellEnd"/>
      <w:r>
        <w:rPr>
          <w:rFonts w:ascii="Montserrat" w:eastAsia="Times New Roman" w:hAnsi="Montserrat" w:cs="Segoe UI"/>
          <w:color w:val="333333"/>
        </w:rPr>
        <w:t xml:space="preserve"> (for sprite design)</w:t>
      </w:r>
    </w:p>
    <w:p w14:paraId="143E521C" w14:textId="77777777" w:rsidR="0099055E" w:rsidRDefault="0099055E" w:rsidP="0099055E">
      <w:pPr>
        <w:numPr>
          <w:ilvl w:val="0"/>
          <w:numId w:val="81"/>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Devices: Laptop or tablet with internet access</w:t>
      </w:r>
    </w:p>
    <w:p w14:paraId="35E0C3A8" w14:textId="77777777" w:rsidR="0099055E" w:rsidRDefault="0099055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COURSE MODULES</w:t>
      </w:r>
    </w:p>
    <w:p w14:paraId="0ABEC273"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1: Introduction to Game Design and Gaming Concepts</w:t>
      </w:r>
    </w:p>
    <w:p w14:paraId="53367504"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 xml:space="preserve">Module 2: Getting Started with Scratch / </w:t>
      </w:r>
      <w:proofErr w:type="spellStart"/>
      <w:r>
        <w:rPr>
          <w:rFonts w:ascii="Montserrat" w:hAnsi="Montserrat" w:cs="Segoe UI"/>
          <w:color w:val="333333"/>
        </w:rPr>
        <w:t>MakeCode</w:t>
      </w:r>
      <w:proofErr w:type="spellEnd"/>
      <w:r>
        <w:rPr>
          <w:rFonts w:ascii="Montserrat" w:hAnsi="Montserrat" w:cs="Segoe UI"/>
          <w:color w:val="333333"/>
        </w:rPr>
        <w:t xml:space="preserve"> Arcade</w:t>
      </w:r>
    </w:p>
    <w:p w14:paraId="6B33FFFB"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3: Characters, Sprites, and Animation</w:t>
      </w:r>
    </w:p>
    <w:p w14:paraId="44F01EBE"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4: Game Controls and Movement Mechanics</w:t>
      </w:r>
    </w:p>
    <w:p w14:paraId="4AD841B4"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5: Adding Sound, Music, and Effects</w:t>
      </w:r>
    </w:p>
    <w:p w14:paraId="655D78B2"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6: Scoring, Levels, and Game Logic</w:t>
      </w:r>
    </w:p>
    <w:p w14:paraId="4DEC2A7E"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7: Enemies, Collisions, and Power-Ups</w:t>
      </w:r>
    </w:p>
    <w:p w14:paraId="7826F7D7"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8: Menus, Storytelling, and User Interface</w:t>
      </w:r>
    </w:p>
    <w:p w14:paraId="09FEEBAB"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9: Debugging, Testing, and Game Balance</w:t>
      </w:r>
    </w:p>
    <w:p w14:paraId="13A3BCA4"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10: Final Game Project – Build and Present Your Game</w:t>
      </w:r>
    </w:p>
    <w:p w14:paraId="0B8897ED" w14:textId="77777777" w:rsidR="0099055E" w:rsidRDefault="0099055E">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1239295B" w14:textId="77777777" w:rsidR="0099055E" w:rsidRDefault="0099055E">
      <w:pPr>
        <w:pStyle w:val="NormalWeb"/>
        <w:shd w:val="clear" w:color="auto" w:fill="E3F3FA"/>
        <w:spacing w:line="480" w:lineRule="atLeast"/>
        <w:jc w:val="both"/>
        <w:rPr>
          <w:rFonts w:ascii="Montserrat" w:hAnsi="Montserrat" w:cs="Segoe UI"/>
          <w:color w:val="333333"/>
        </w:rPr>
      </w:pPr>
      <w:r>
        <w:rPr>
          <w:rFonts w:ascii="Montserrat" w:hAnsi="Montserrat" w:cs="Segoe UI"/>
          <w:color w:val="333333"/>
        </w:rPr>
        <w:t>Certificate of Completion</w:t>
      </w:r>
      <w:r>
        <w:rPr>
          <w:rFonts w:ascii="Montserrat" w:hAnsi="Montserrat" w:cs="Segoe UI"/>
          <w:color w:val="333333"/>
        </w:rPr>
        <w:br/>
        <w:t>Awarded upon completing all modules and presenting the final game project.</w:t>
      </w:r>
    </w:p>
    <w:p w14:paraId="35F43BC3" w14:textId="77777777" w:rsidR="0099055E" w:rsidRDefault="0099055E">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Advanced Pathways</w:t>
      </w:r>
    </w:p>
    <w:p w14:paraId="75A5680D" w14:textId="77777777" w:rsidR="0099055E" w:rsidRDefault="0099055E">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After this course, students can progress to:</w:t>
      </w:r>
    </w:p>
    <w:p w14:paraId="6595AE1C" w14:textId="77777777" w:rsidR="0099055E" w:rsidRDefault="0099055E" w:rsidP="0099055E">
      <w:pPr>
        <w:numPr>
          <w:ilvl w:val="0"/>
          <w:numId w:val="82"/>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Game Design with Unity (2D/3D Advanced)</w:t>
      </w:r>
    </w:p>
    <w:p w14:paraId="3A455DE3" w14:textId="77777777" w:rsidR="0099055E" w:rsidRDefault="0099055E" w:rsidP="0099055E">
      <w:pPr>
        <w:numPr>
          <w:ilvl w:val="0"/>
          <w:numId w:val="82"/>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lastRenderedPageBreak/>
        <w:t>Python Game Programming (Pygame)</w:t>
      </w:r>
    </w:p>
    <w:p w14:paraId="122F8EA8" w14:textId="77777777" w:rsidR="0099055E" w:rsidRDefault="0099055E" w:rsidP="0099055E">
      <w:pPr>
        <w:numPr>
          <w:ilvl w:val="0"/>
          <w:numId w:val="82"/>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Web Game Development (JavaScript/HTML5)</w:t>
      </w:r>
    </w:p>
    <w:p w14:paraId="4580778E" w14:textId="77777777" w:rsidR="0099055E" w:rsidRDefault="0099055E" w:rsidP="0099055E">
      <w:pPr>
        <w:numPr>
          <w:ilvl w:val="0"/>
          <w:numId w:val="82"/>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AI for Games and Storytelling</w:t>
      </w:r>
    </w:p>
    <w:p w14:paraId="78CFC69D" w14:textId="2A50AECF" w:rsidR="005A11FE" w:rsidRPr="005A11FE" w:rsidRDefault="005A11FE" w:rsidP="005A11FE">
      <w:pPr>
        <w:spacing w:before="100" w:beforeAutospacing="1" w:after="100" w:afterAutospacing="1" w:line="480" w:lineRule="atLeast"/>
        <w:ind w:left="720"/>
        <w:jc w:val="both"/>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333333"/>
        </w:rPr>
        <w:t xml:space="preserve">                        </w:t>
      </w:r>
      <w:r w:rsidRPr="005A11FE">
        <w:rPr>
          <w:rFonts w:ascii="Montserrat" w:eastAsia="Times New Roman" w:hAnsi="Montserrat" w:cs="Segoe UI"/>
          <w:color w:val="1F497D" w:themeColor="text2"/>
          <w:sz w:val="28"/>
          <w:szCs w:val="28"/>
        </w:rPr>
        <w:t>CODING IN PYTHON</w:t>
      </w:r>
    </w:p>
    <w:p w14:paraId="7CDF8775" w14:textId="77777777" w:rsidR="00F14897" w:rsidRPr="005A11FE" w:rsidRDefault="00F14897">
      <w:pPr>
        <w:pStyle w:val="Heading2"/>
        <w:shd w:val="clear" w:color="auto" w:fill="FFFFFF"/>
        <w:spacing w:before="0"/>
        <w:rPr>
          <w:rFonts w:ascii="Montserrat" w:eastAsia="Times New Roman" w:hAnsi="Montserrat" w:cs="Segoe UI"/>
          <w:color w:val="000000"/>
          <w:sz w:val="28"/>
          <w:szCs w:val="28"/>
        </w:rPr>
      </w:pPr>
      <w:r w:rsidRPr="005A11FE">
        <w:rPr>
          <w:rFonts w:ascii="Montserrat" w:eastAsia="Times New Roman" w:hAnsi="Montserrat" w:cs="Segoe UI"/>
          <w:b w:val="0"/>
          <w:bCs w:val="0"/>
          <w:color w:val="000000"/>
          <w:sz w:val="28"/>
          <w:szCs w:val="28"/>
        </w:rPr>
        <w:t>Coding in Python – Learn to Code, Create, and Problem Solve</w:t>
      </w:r>
    </w:p>
    <w:p w14:paraId="265C9D13" w14:textId="77777777" w:rsidR="00F14897" w:rsidRDefault="00F14897">
      <w:pPr>
        <w:pStyle w:val="Heading2"/>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Overview</w:t>
      </w:r>
    </w:p>
    <w:p w14:paraId="4A02A842" w14:textId="77777777" w:rsidR="00F14897" w:rsidRDefault="00F14897">
      <w:pPr>
        <w:pStyle w:val="NormalWeb"/>
        <w:shd w:val="clear" w:color="auto" w:fill="E3F3FA"/>
        <w:jc w:val="both"/>
        <w:rPr>
          <w:rFonts w:ascii="Montserrat" w:hAnsi="Montserrat" w:cs="Segoe UI"/>
          <w:color w:val="333333"/>
        </w:rPr>
      </w:pPr>
      <w:r>
        <w:rPr>
          <w:rFonts w:ascii="Montserrat" w:hAnsi="Montserrat" w:cs="Segoe UI"/>
          <w:color w:val="333333"/>
        </w:rPr>
        <w:t>This course introduces Python — one of the world’s most popular programming languages — in a simple and engaging way.</w:t>
      </w:r>
      <w:r>
        <w:rPr>
          <w:rFonts w:ascii="Montserrat" w:hAnsi="Montserrat" w:cs="Segoe UI"/>
          <w:color w:val="333333"/>
        </w:rPr>
        <w:br/>
        <w:t>Students will learn how to write code, make decisions with logic, use loops, draw graphics, build games, and create mini-apps.</w:t>
      </w:r>
    </w:p>
    <w:p w14:paraId="62FDDB51" w14:textId="77777777" w:rsidR="00F14897" w:rsidRDefault="00F14897">
      <w:pPr>
        <w:pStyle w:val="NormalWeb"/>
        <w:shd w:val="clear" w:color="auto" w:fill="E3F3FA"/>
        <w:jc w:val="both"/>
        <w:rPr>
          <w:rFonts w:ascii="Montserrat" w:hAnsi="Montserrat" w:cs="Segoe UI"/>
          <w:color w:val="333333"/>
        </w:rPr>
      </w:pPr>
      <w:r>
        <w:rPr>
          <w:rFonts w:ascii="Montserrat" w:hAnsi="Montserrat" w:cs="Segoe UI"/>
          <w:color w:val="333333"/>
        </w:rPr>
        <w:t>By the end of the course, they’ll have a solid understanding of programming fundamentals and the confidence to build their own projects.</w:t>
      </w:r>
    </w:p>
    <w:p w14:paraId="3FD3AF7B" w14:textId="77777777" w:rsidR="00F14897" w:rsidRDefault="00F14897">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36FFE198" w14:textId="77777777" w:rsidR="00F14897" w:rsidRDefault="00F14897">
      <w:pPr>
        <w:pStyle w:val="NormalWeb"/>
        <w:shd w:val="clear" w:color="auto" w:fill="E9F7F3"/>
        <w:jc w:val="both"/>
        <w:rPr>
          <w:rFonts w:ascii="Montserrat" w:hAnsi="Montserrat" w:cs="Segoe UI"/>
          <w:color w:val="333333"/>
        </w:rPr>
      </w:pPr>
      <w:r>
        <w:rPr>
          <w:rFonts w:ascii="Montserrat" w:hAnsi="Montserrat" w:cs="Segoe UI"/>
          <w:color w:val="333333"/>
        </w:rPr>
        <w:t>Ages 10–16 (suitable for beginners — beginners to early intermediates)</w:t>
      </w:r>
    </w:p>
    <w:p w14:paraId="117E4AE1" w14:textId="77777777" w:rsidR="00F14897" w:rsidRDefault="00F14897">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Total Duration</w:t>
      </w:r>
    </w:p>
    <w:p w14:paraId="350B583B" w14:textId="77777777" w:rsidR="00F14897" w:rsidRDefault="00F14897">
      <w:pPr>
        <w:pStyle w:val="NormalWeb"/>
        <w:shd w:val="clear" w:color="auto" w:fill="E3F3FA"/>
        <w:jc w:val="both"/>
        <w:rPr>
          <w:rFonts w:ascii="Montserrat" w:hAnsi="Montserrat" w:cs="Segoe UI"/>
          <w:color w:val="333333"/>
        </w:rPr>
      </w:pPr>
      <w:r>
        <w:rPr>
          <w:rFonts w:ascii="Montserrat" w:hAnsi="Montserrat" w:cs="Segoe UI"/>
          <w:color w:val="333333"/>
        </w:rPr>
        <w:t>45–60 hours (10 modules, 4–6 hours each)</w:t>
      </w:r>
      <w:r>
        <w:rPr>
          <w:rFonts w:ascii="Montserrat" w:hAnsi="Montserrat" w:cs="Segoe UI"/>
          <w:color w:val="333333"/>
        </w:rPr>
        <w:br/>
        <w:t>Recommended delivery: 10–12 weeks</w:t>
      </w:r>
    </w:p>
    <w:p w14:paraId="0F4495A5" w14:textId="77777777" w:rsidR="00F14897" w:rsidRDefault="00F14897">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552D95FC"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By the end of this course, students will be able to:</w:t>
      </w:r>
    </w:p>
    <w:p w14:paraId="50DFC37B" w14:textId="77777777" w:rsidR="00F14897" w:rsidRDefault="00F14897" w:rsidP="00F14897">
      <w:pPr>
        <w:numPr>
          <w:ilvl w:val="0"/>
          <w:numId w:val="83"/>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Understand core programming concepts — variables, loops, and conditionals.</w:t>
      </w:r>
    </w:p>
    <w:p w14:paraId="335B24D8" w14:textId="77777777" w:rsidR="00F14897" w:rsidRDefault="00F14897" w:rsidP="00F14897">
      <w:pPr>
        <w:numPr>
          <w:ilvl w:val="0"/>
          <w:numId w:val="83"/>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 xml:space="preserve">Write and run Python programs using online editors like Trinket, </w:t>
      </w:r>
      <w:proofErr w:type="spellStart"/>
      <w:r>
        <w:rPr>
          <w:rFonts w:ascii="Montserrat" w:eastAsia="Times New Roman" w:hAnsi="Montserrat" w:cs="Segoe UI"/>
          <w:color w:val="333333"/>
        </w:rPr>
        <w:t>Replit</w:t>
      </w:r>
      <w:proofErr w:type="spellEnd"/>
      <w:r>
        <w:rPr>
          <w:rFonts w:ascii="Montserrat" w:eastAsia="Times New Roman" w:hAnsi="Montserrat" w:cs="Segoe UI"/>
          <w:color w:val="333333"/>
        </w:rPr>
        <w:t xml:space="preserve">, or </w:t>
      </w:r>
      <w:proofErr w:type="spellStart"/>
      <w:r>
        <w:rPr>
          <w:rFonts w:ascii="Montserrat" w:eastAsia="Times New Roman" w:hAnsi="Montserrat" w:cs="Segoe UI"/>
          <w:color w:val="333333"/>
        </w:rPr>
        <w:t>Thonny</w:t>
      </w:r>
      <w:proofErr w:type="spellEnd"/>
      <w:r>
        <w:rPr>
          <w:rFonts w:ascii="Montserrat" w:eastAsia="Times New Roman" w:hAnsi="Montserrat" w:cs="Segoe UI"/>
          <w:color w:val="333333"/>
        </w:rPr>
        <w:t>.</w:t>
      </w:r>
    </w:p>
    <w:p w14:paraId="4AA1402B" w14:textId="77777777" w:rsidR="00F14897" w:rsidRDefault="00F14897" w:rsidP="00F14897">
      <w:pPr>
        <w:numPr>
          <w:ilvl w:val="0"/>
          <w:numId w:val="83"/>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Use functions and lists to organize data.</w:t>
      </w:r>
    </w:p>
    <w:p w14:paraId="27279953" w14:textId="77777777" w:rsidR="00F14897" w:rsidRDefault="00F14897" w:rsidP="00F14897">
      <w:pPr>
        <w:numPr>
          <w:ilvl w:val="0"/>
          <w:numId w:val="83"/>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lastRenderedPageBreak/>
        <w:t>Create text-based and simple graphical games.</w:t>
      </w:r>
    </w:p>
    <w:p w14:paraId="3531C79D" w14:textId="77777777" w:rsidR="00F14897" w:rsidRDefault="00F14897" w:rsidP="00F14897">
      <w:pPr>
        <w:numPr>
          <w:ilvl w:val="0"/>
          <w:numId w:val="83"/>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Apply debugging skills and logical reasoning.</w:t>
      </w:r>
    </w:p>
    <w:p w14:paraId="51C3B04B" w14:textId="77777777" w:rsidR="00F14897" w:rsidRDefault="00F14897" w:rsidP="00F14897">
      <w:pPr>
        <w:numPr>
          <w:ilvl w:val="0"/>
          <w:numId w:val="83"/>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Develop and present a final mini project.</w:t>
      </w:r>
    </w:p>
    <w:p w14:paraId="5B4F1A6A" w14:textId="77777777" w:rsidR="00F14897" w:rsidRDefault="00F14897">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Resources</w:t>
      </w:r>
    </w:p>
    <w:p w14:paraId="04B5474D" w14:textId="77777777" w:rsidR="00F14897" w:rsidRDefault="00F14897" w:rsidP="00F14897">
      <w:pPr>
        <w:numPr>
          <w:ilvl w:val="0"/>
          <w:numId w:val="84"/>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Platforms: </w:t>
      </w:r>
      <w:proofErr w:type="spellStart"/>
      <w:r>
        <w:rPr>
          <w:rFonts w:ascii="Montserrat" w:eastAsia="Times New Roman" w:hAnsi="Montserrat" w:cs="Segoe UI"/>
          <w:color w:val="333333"/>
        </w:rPr>
        <w:fldChar w:fldCharType="begin"/>
      </w:r>
      <w:r>
        <w:rPr>
          <w:rFonts w:ascii="Montserrat" w:eastAsia="Times New Roman" w:hAnsi="Montserrat" w:cs="Segoe UI"/>
          <w:color w:val="333333"/>
        </w:rPr>
        <w:instrText>HYPERLINK "https://replit.com/" \t "_blank"</w:instrText>
      </w:r>
      <w:r>
        <w:rPr>
          <w:rFonts w:ascii="Montserrat" w:eastAsia="Times New Roman" w:hAnsi="Montserrat" w:cs="Segoe UI"/>
          <w:color w:val="333333"/>
        </w:rPr>
      </w:r>
      <w:r>
        <w:rPr>
          <w:rFonts w:ascii="Montserrat" w:eastAsia="Times New Roman" w:hAnsi="Montserrat" w:cs="Segoe UI"/>
          <w:color w:val="333333"/>
        </w:rPr>
        <w:fldChar w:fldCharType="separate"/>
      </w:r>
      <w:r>
        <w:rPr>
          <w:rStyle w:val="Hyperlink"/>
          <w:rFonts w:ascii="Montserrat" w:eastAsia="Times New Roman" w:hAnsi="Montserrat" w:cs="Segoe UI"/>
          <w:color w:val="CC3366"/>
          <w:u w:val="none"/>
        </w:rPr>
        <w:t>Replit</w:t>
      </w:r>
      <w:proofErr w:type="spellEnd"/>
      <w:r>
        <w:rPr>
          <w:rFonts w:ascii="Montserrat" w:eastAsia="Times New Roman" w:hAnsi="Montserrat" w:cs="Segoe UI"/>
          <w:color w:val="333333"/>
        </w:rPr>
        <w:fldChar w:fldCharType="end"/>
      </w:r>
      <w:r>
        <w:rPr>
          <w:rFonts w:ascii="Montserrat" w:eastAsia="Times New Roman" w:hAnsi="Montserrat" w:cs="Segoe UI"/>
          <w:color w:val="333333"/>
        </w:rPr>
        <w:t>, </w:t>
      </w:r>
      <w:proofErr w:type="spellStart"/>
      <w:r>
        <w:rPr>
          <w:rFonts w:ascii="Montserrat" w:eastAsia="Times New Roman" w:hAnsi="Montserrat" w:cs="Segoe UI"/>
          <w:color w:val="333333"/>
        </w:rPr>
        <w:fldChar w:fldCharType="begin"/>
      </w:r>
      <w:r>
        <w:rPr>
          <w:rFonts w:ascii="Montserrat" w:eastAsia="Times New Roman" w:hAnsi="Montserrat" w:cs="Segoe UI"/>
          <w:color w:val="333333"/>
        </w:rPr>
        <w:instrText>HYPERLINK "https://trinket.io/" \t "_blank"</w:instrText>
      </w:r>
      <w:r>
        <w:rPr>
          <w:rFonts w:ascii="Montserrat" w:eastAsia="Times New Roman" w:hAnsi="Montserrat" w:cs="Segoe UI"/>
          <w:color w:val="333333"/>
        </w:rPr>
      </w:r>
      <w:r>
        <w:rPr>
          <w:rFonts w:ascii="Montserrat" w:eastAsia="Times New Roman" w:hAnsi="Montserrat" w:cs="Segoe UI"/>
          <w:color w:val="333333"/>
        </w:rPr>
        <w:fldChar w:fldCharType="separate"/>
      </w:r>
      <w:r>
        <w:rPr>
          <w:rStyle w:val="Hyperlink"/>
          <w:rFonts w:ascii="Montserrat" w:eastAsia="Times New Roman" w:hAnsi="Montserrat" w:cs="Segoe UI"/>
          <w:color w:val="CC3366"/>
          <w:u w:val="none"/>
        </w:rPr>
        <w:t>Trinket.io</w:t>
      </w:r>
      <w:proofErr w:type="spellEnd"/>
      <w:r>
        <w:rPr>
          <w:rFonts w:ascii="Montserrat" w:eastAsia="Times New Roman" w:hAnsi="Montserrat" w:cs="Segoe UI"/>
          <w:color w:val="333333"/>
        </w:rPr>
        <w:fldChar w:fldCharType="end"/>
      </w:r>
      <w:r>
        <w:rPr>
          <w:rFonts w:ascii="Montserrat" w:eastAsia="Times New Roman" w:hAnsi="Montserrat" w:cs="Segoe UI"/>
          <w:color w:val="333333"/>
        </w:rPr>
        <w:t xml:space="preserve">, or </w:t>
      </w:r>
      <w:proofErr w:type="spellStart"/>
      <w:r>
        <w:rPr>
          <w:rFonts w:ascii="Montserrat" w:eastAsia="Times New Roman" w:hAnsi="Montserrat" w:cs="Segoe UI"/>
          <w:color w:val="333333"/>
        </w:rPr>
        <w:t>Thonny</w:t>
      </w:r>
      <w:proofErr w:type="spellEnd"/>
      <w:r>
        <w:rPr>
          <w:rFonts w:ascii="Montserrat" w:eastAsia="Times New Roman" w:hAnsi="Montserrat" w:cs="Segoe UI"/>
          <w:color w:val="333333"/>
        </w:rPr>
        <w:t xml:space="preserve"> IDE</w:t>
      </w:r>
    </w:p>
    <w:p w14:paraId="397D12F0" w14:textId="77777777" w:rsidR="00F14897" w:rsidRDefault="00F14897" w:rsidP="00F14897">
      <w:pPr>
        <w:numPr>
          <w:ilvl w:val="0"/>
          <w:numId w:val="84"/>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Libraries: Turtle (for graphics), Random, Time</w:t>
      </w:r>
    </w:p>
    <w:p w14:paraId="0E4C6359" w14:textId="77777777" w:rsidR="00F14897" w:rsidRDefault="00F14897" w:rsidP="00F14897">
      <w:pPr>
        <w:numPr>
          <w:ilvl w:val="0"/>
          <w:numId w:val="84"/>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 xml:space="preserve">Optional Tools: </w:t>
      </w:r>
      <w:proofErr w:type="spellStart"/>
      <w:r>
        <w:rPr>
          <w:rFonts w:ascii="Montserrat" w:eastAsia="Times New Roman" w:hAnsi="Montserrat" w:cs="Segoe UI"/>
          <w:color w:val="333333"/>
        </w:rPr>
        <w:t>Canva</w:t>
      </w:r>
      <w:proofErr w:type="spellEnd"/>
      <w:r>
        <w:rPr>
          <w:rFonts w:ascii="Montserrat" w:eastAsia="Times New Roman" w:hAnsi="Montserrat" w:cs="Segoe UI"/>
          <w:color w:val="333333"/>
        </w:rPr>
        <w:t xml:space="preserve"> or </w:t>
      </w:r>
      <w:proofErr w:type="spellStart"/>
      <w:r>
        <w:rPr>
          <w:rFonts w:ascii="Montserrat" w:eastAsia="Times New Roman" w:hAnsi="Montserrat" w:cs="Segoe UI"/>
          <w:color w:val="333333"/>
        </w:rPr>
        <w:t>Figma</w:t>
      </w:r>
      <w:proofErr w:type="spellEnd"/>
      <w:r>
        <w:rPr>
          <w:rFonts w:ascii="Montserrat" w:eastAsia="Times New Roman" w:hAnsi="Montserrat" w:cs="Segoe UI"/>
          <w:color w:val="333333"/>
        </w:rPr>
        <w:t xml:space="preserve"> (for project design), GitHub (for sharing code)</w:t>
      </w:r>
    </w:p>
    <w:p w14:paraId="238BFEDD" w14:textId="77777777" w:rsidR="00F14897" w:rsidRDefault="00F14897" w:rsidP="00F14897">
      <w:pPr>
        <w:numPr>
          <w:ilvl w:val="0"/>
          <w:numId w:val="84"/>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Requirements: Laptop/PC with internet access</w:t>
      </w:r>
    </w:p>
    <w:p w14:paraId="4CBD1A3C" w14:textId="77777777" w:rsidR="00F14897" w:rsidRDefault="00F14897">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0DA4413F"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1: Introduction to Python and Coding Concepts</w:t>
      </w:r>
    </w:p>
    <w:p w14:paraId="7167D25E"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2: Variables, Data Types, and Operators</w:t>
      </w:r>
    </w:p>
    <w:p w14:paraId="36FE611A"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3: Making Decisions with Conditional Statements</w:t>
      </w:r>
    </w:p>
    <w:p w14:paraId="57DFED26"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4: Loops and Repetition</w:t>
      </w:r>
    </w:p>
    <w:p w14:paraId="4499A851"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5: Working with Strings and Lists</w:t>
      </w:r>
    </w:p>
    <w:p w14:paraId="55DAF946"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6: Functions and Reusable Code</w:t>
      </w:r>
    </w:p>
    <w:p w14:paraId="4C99E811"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7: Working with Graphics (Turtle Library)</w:t>
      </w:r>
    </w:p>
    <w:p w14:paraId="4768B4C2"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8: Files, Randomness, and Simple Games</w:t>
      </w:r>
    </w:p>
    <w:p w14:paraId="16EB557D"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Module 9: Debugging, Testing, and Problem Solving</w:t>
      </w:r>
    </w:p>
    <w:p w14:paraId="5D3B5C2C"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lastRenderedPageBreak/>
        <w:t>Module 10: Final Project – Create and Present Your Own Python Program</w:t>
      </w:r>
    </w:p>
    <w:p w14:paraId="494BF3ED" w14:textId="77777777" w:rsidR="00F14897" w:rsidRDefault="00F14897">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01D9B32D" w14:textId="4274D152" w:rsidR="00F14897" w:rsidRDefault="00F14897">
      <w:pPr>
        <w:pStyle w:val="NormalWeb"/>
        <w:shd w:val="clear" w:color="auto" w:fill="E3F3FA"/>
        <w:jc w:val="both"/>
        <w:rPr>
          <w:rFonts w:ascii="Montserrat" w:hAnsi="Montserrat" w:cs="Segoe UI"/>
          <w:color w:val="333333"/>
        </w:rPr>
      </w:pPr>
      <w:r>
        <w:rPr>
          <w:rFonts w:ascii="Montserrat" w:hAnsi="Montserrat" w:cs="Segoe UI"/>
          <w:color w:val="333333"/>
        </w:rPr>
        <w:t>Certificate of Completion</w:t>
      </w:r>
      <w:r>
        <w:rPr>
          <w:rFonts w:ascii="Montserrat" w:hAnsi="Montserrat" w:cs="Segoe UI"/>
          <w:color w:val="333333"/>
        </w:rPr>
        <w:br/>
        <w:t>Awarded upon completing all modules and presenting the final Python project.</w:t>
      </w:r>
    </w:p>
    <w:p w14:paraId="17BB844A" w14:textId="77777777" w:rsidR="00F14897" w:rsidRDefault="00F14897">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Progression Pathways</w:t>
      </w:r>
    </w:p>
    <w:p w14:paraId="0FCED48B" w14:textId="77777777" w:rsidR="00F14897" w:rsidRDefault="00F14897">
      <w:pPr>
        <w:pStyle w:val="NormalWeb"/>
        <w:shd w:val="clear" w:color="auto" w:fill="E9F7F3"/>
        <w:spacing w:line="480" w:lineRule="atLeast"/>
        <w:jc w:val="both"/>
        <w:rPr>
          <w:rFonts w:ascii="Montserrat" w:hAnsi="Montserrat" w:cs="Segoe UI"/>
          <w:color w:val="333333"/>
        </w:rPr>
      </w:pPr>
      <w:r>
        <w:rPr>
          <w:rFonts w:ascii="Montserrat" w:hAnsi="Montserrat" w:cs="Segoe UI"/>
          <w:color w:val="333333"/>
        </w:rPr>
        <w:t>After this course, students can continue to:</w:t>
      </w:r>
    </w:p>
    <w:p w14:paraId="0CBC91D2" w14:textId="77777777" w:rsidR="00F14897" w:rsidRDefault="00F14897" w:rsidP="00F14897">
      <w:pPr>
        <w:numPr>
          <w:ilvl w:val="0"/>
          <w:numId w:val="85"/>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Python Game Development (with Pygame)</w:t>
      </w:r>
    </w:p>
    <w:p w14:paraId="3932D70B" w14:textId="77777777" w:rsidR="00F14897" w:rsidRDefault="00F14897" w:rsidP="00F14897">
      <w:pPr>
        <w:numPr>
          <w:ilvl w:val="0"/>
          <w:numId w:val="85"/>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AI and Data Science for Beginners</w:t>
      </w:r>
    </w:p>
    <w:p w14:paraId="6E708BD9" w14:textId="77777777" w:rsidR="00F14897" w:rsidRDefault="00F14897" w:rsidP="00F14897">
      <w:pPr>
        <w:numPr>
          <w:ilvl w:val="0"/>
          <w:numId w:val="85"/>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Web Development with Python (Flask / Django basics)</w:t>
      </w:r>
    </w:p>
    <w:p w14:paraId="6EB1EF47" w14:textId="77777777" w:rsidR="00F14897" w:rsidRDefault="00F14897" w:rsidP="00F14897">
      <w:pPr>
        <w:numPr>
          <w:ilvl w:val="0"/>
          <w:numId w:val="85"/>
        </w:numPr>
        <w:spacing w:before="100" w:beforeAutospacing="1" w:after="100" w:afterAutospacing="1" w:line="480" w:lineRule="atLeast"/>
        <w:jc w:val="both"/>
        <w:textAlignment w:val="baseline"/>
        <w:rPr>
          <w:rFonts w:ascii="Montserrat" w:eastAsia="Times New Roman" w:hAnsi="Montserrat" w:cs="Segoe UI"/>
          <w:color w:val="333333"/>
        </w:rPr>
      </w:pPr>
      <w:r>
        <w:rPr>
          <w:rFonts w:ascii="Montserrat" w:eastAsia="Times New Roman" w:hAnsi="Montserrat" w:cs="Segoe UI"/>
          <w:color w:val="333333"/>
        </w:rPr>
        <w:t>App Development with Python (</w:t>
      </w:r>
      <w:proofErr w:type="spellStart"/>
      <w:r>
        <w:rPr>
          <w:rFonts w:ascii="Montserrat" w:eastAsia="Times New Roman" w:hAnsi="Montserrat" w:cs="Segoe UI"/>
          <w:color w:val="333333"/>
        </w:rPr>
        <w:t>Kivy</w:t>
      </w:r>
      <w:proofErr w:type="spellEnd"/>
      <w:r>
        <w:rPr>
          <w:rFonts w:ascii="Montserrat" w:eastAsia="Times New Roman" w:hAnsi="Montserrat" w:cs="Segoe UI"/>
          <w:color w:val="333333"/>
        </w:rPr>
        <w:t>)</w:t>
      </w:r>
    </w:p>
    <w:p w14:paraId="21345294" w14:textId="77777777" w:rsidR="00AA14E2" w:rsidRDefault="00AA14E2" w:rsidP="00AA14E2">
      <w:pPr>
        <w:spacing w:before="100" w:beforeAutospacing="1" w:after="100" w:afterAutospacing="1" w:line="480" w:lineRule="atLeast"/>
        <w:jc w:val="both"/>
        <w:textAlignment w:val="baseline"/>
        <w:rPr>
          <w:rFonts w:ascii="Montserrat" w:eastAsia="Times New Roman" w:hAnsi="Montserrat" w:cs="Segoe UI"/>
          <w:color w:val="333333"/>
        </w:rPr>
      </w:pPr>
    </w:p>
    <w:p w14:paraId="7BF59571" w14:textId="756CAB7B" w:rsidR="00AA14E2" w:rsidRPr="00AA14E2" w:rsidRDefault="00AA14E2" w:rsidP="00AA14E2">
      <w:pPr>
        <w:spacing w:before="100" w:beforeAutospacing="1" w:after="100" w:afterAutospacing="1" w:line="480" w:lineRule="atLeast"/>
        <w:jc w:val="both"/>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333333"/>
        </w:rPr>
        <w:t xml:space="preserve">                                   </w:t>
      </w:r>
      <w:r w:rsidRPr="00AA14E2">
        <w:rPr>
          <w:rFonts w:ascii="Montserrat" w:eastAsia="Times New Roman" w:hAnsi="Montserrat" w:cs="Segoe UI"/>
          <w:color w:val="1F497D" w:themeColor="text2"/>
          <w:sz w:val="24"/>
          <w:szCs w:val="24"/>
        </w:rPr>
        <w:t>CODING IN JAVA SCRIPT</w:t>
      </w:r>
    </w:p>
    <w:p w14:paraId="52AF4547" w14:textId="77777777" w:rsidR="00AA14E2" w:rsidRPr="00AA14E2" w:rsidRDefault="00AA14E2">
      <w:pPr>
        <w:pStyle w:val="Heading2"/>
        <w:shd w:val="clear" w:color="auto" w:fill="FFFFFF"/>
        <w:spacing w:before="0"/>
        <w:rPr>
          <w:rFonts w:ascii="Montserrat" w:eastAsia="Times New Roman" w:hAnsi="Montserrat" w:cs="Segoe UI"/>
          <w:color w:val="000000"/>
          <w:sz w:val="28"/>
          <w:szCs w:val="28"/>
        </w:rPr>
      </w:pPr>
      <w:r w:rsidRPr="00AA14E2">
        <w:rPr>
          <w:rFonts w:ascii="Montserrat" w:eastAsia="Times New Roman" w:hAnsi="Montserrat" w:cs="Segoe UI"/>
          <w:b w:val="0"/>
          <w:bCs w:val="0"/>
          <w:color w:val="000000"/>
          <w:sz w:val="28"/>
          <w:szCs w:val="28"/>
        </w:rPr>
        <w:t>Coding in JavaScript – Code, Create, and Build Interactive Projects</w:t>
      </w:r>
    </w:p>
    <w:p w14:paraId="290195AD" w14:textId="77777777" w:rsidR="00AA14E2" w:rsidRDefault="00AA14E2">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3CD7E25E" w14:textId="77777777" w:rsidR="00AA14E2" w:rsidRDefault="00AA14E2">
      <w:pPr>
        <w:pStyle w:val="NormalWeb"/>
        <w:shd w:val="clear" w:color="auto" w:fill="E3F3FA"/>
        <w:rPr>
          <w:rFonts w:ascii="Montserrat" w:hAnsi="Montserrat" w:cs="Segoe UI"/>
          <w:color w:val="0A0A0A"/>
        </w:rPr>
      </w:pPr>
      <w:r>
        <w:rPr>
          <w:rFonts w:ascii="Montserrat" w:hAnsi="Montserrat" w:cs="Segoe UI"/>
          <w:color w:val="0A0A0A"/>
        </w:rPr>
        <w:t>This course introduces students to JavaScript, one of the most widely used programming languages in the world — powering websites, apps, and games.</w:t>
      </w:r>
      <w:r>
        <w:rPr>
          <w:rFonts w:ascii="Montserrat" w:hAnsi="Montserrat" w:cs="Segoe UI"/>
          <w:color w:val="0A0A0A"/>
        </w:rPr>
        <w:br/>
        <w:t>Students will learn through fun, interactive projects, starting with the basics of programming logic and ending with their own games or apps.</w:t>
      </w:r>
    </w:p>
    <w:p w14:paraId="411405CB" w14:textId="77777777" w:rsidR="00AA14E2" w:rsidRDefault="00AA14E2">
      <w:pPr>
        <w:pStyle w:val="NormalWeb"/>
        <w:shd w:val="clear" w:color="auto" w:fill="E3F3FA"/>
        <w:rPr>
          <w:rFonts w:ascii="Montserrat" w:hAnsi="Montserrat" w:cs="Segoe UI"/>
          <w:color w:val="0A0A0A"/>
        </w:rPr>
      </w:pPr>
      <w:r>
        <w:rPr>
          <w:rFonts w:ascii="Montserrat" w:hAnsi="Montserrat" w:cs="Segoe UI"/>
          <w:color w:val="0A0A0A"/>
        </w:rPr>
        <w:t>The curriculum emphasises creativity, experimentation, and building confidence with real coding</w:t>
      </w:r>
    </w:p>
    <w:p w14:paraId="382F07D3" w14:textId="77777777" w:rsidR="00AA14E2" w:rsidRDefault="00AA14E2">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Target Age Group:</w:t>
      </w:r>
    </w:p>
    <w:p w14:paraId="7F4C03A3"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Ages </w:t>
      </w:r>
      <w:r>
        <w:rPr>
          <w:rStyle w:val="Strong"/>
          <w:rFonts w:ascii="Montserrat" w:hAnsi="Montserrat" w:cs="Segoe UI"/>
          <w:color w:val="0A0A0A"/>
        </w:rPr>
        <w:t>11–16</w:t>
      </w:r>
      <w:r>
        <w:rPr>
          <w:rFonts w:ascii="Montserrat" w:hAnsi="Montserrat" w:cs="Segoe UI"/>
          <w:color w:val="0A0A0A"/>
        </w:rPr>
        <w:t> (beginners and early intermediates)</w:t>
      </w:r>
    </w:p>
    <w:p w14:paraId="22348A30" w14:textId="77777777" w:rsidR="00AA14E2" w:rsidRDefault="00AA14E2">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54A62495" w14:textId="77777777" w:rsidR="00AA14E2" w:rsidRDefault="00AA14E2" w:rsidP="00AA14E2">
      <w:pPr>
        <w:pStyle w:val="NormalWeb"/>
        <w:numPr>
          <w:ilvl w:val="0"/>
          <w:numId w:val="86"/>
        </w:numPr>
        <w:spacing w:line="480" w:lineRule="atLeast"/>
        <w:textAlignment w:val="baseline"/>
        <w:rPr>
          <w:rFonts w:ascii="Montserrat" w:hAnsi="Montserrat" w:cs="Segoe UI"/>
          <w:color w:val="0A0A0A"/>
        </w:rPr>
      </w:pPr>
      <w:r>
        <w:rPr>
          <w:rFonts w:ascii="Montserrat" w:hAnsi="Montserrat" w:cs="Segoe UI"/>
          <w:color w:val="0A0A0A"/>
        </w:rPr>
        <w:t>45–60 hours</w:t>
      </w:r>
      <w:r>
        <w:rPr>
          <w:rFonts w:ascii="Montserrat" w:hAnsi="Montserrat" w:cs="Segoe UI"/>
          <w:color w:val="0A0A0A"/>
        </w:rPr>
        <w:br/>
        <w:t>(10 modules, 4–6 hours each – ideal for a 10–12 week term)</w:t>
      </w:r>
    </w:p>
    <w:p w14:paraId="04D65D78" w14:textId="77777777" w:rsidR="00AA14E2" w:rsidRDefault="00AA14E2">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2ECC894E"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77BC3E76" w14:textId="77777777" w:rsidR="00AA14E2" w:rsidRDefault="00AA14E2" w:rsidP="00AA14E2">
      <w:pPr>
        <w:numPr>
          <w:ilvl w:val="0"/>
          <w:numId w:val="8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what JavaScript is and how it’s used to power the web.</w:t>
      </w:r>
    </w:p>
    <w:p w14:paraId="0BB53FDD" w14:textId="77777777" w:rsidR="00AA14E2" w:rsidRDefault="00AA14E2" w:rsidP="00AA14E2">
      <w:pPr>
        <w:numPr>
          <w:ilvl w:val="0"/>
          <w:numId w:val="8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Write, run, and debug JavaScript code using web-based editors.</w:t>
      </w:r>
    </w:p>
    <w:p w14:paraId="435FB2AA" w14:textId="77777777" w:rsidR="00AA14E2" w:rsidRDefault="00AA14E2" w:rsidP="00AA14E2">
      <w:pPr>
        <w:numPr>
          <w:ilvl w:val="0"/>
          <w:numId w:val="8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variables, loops, and conditionals to control program logic.</w:t>
      </w:r>
    </w:p>
    <w:p w14:paraId="4955F222" w14:textId="77777777" w:rsidR="00AA14E2" w:rsidRDefault="00AA14E2" w:rsidP="00AA14E2">
      <w:pPr>
        <w:numPr>
          <w:ilvl w:val="0"/>
          <w:numId w:val="8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Create animations, games, and interactive web elements.</w:t>
      </w:r>
    </w:p>
    <w:p w14:paraId="0136DC0B" w14:textId="77777777" w:rsidR="00AA14E2" w:rsidRDefault="00AA14E2" w:rsidP="00AA14E2">
      <w:pPr>
        <w:numPr>
          <w:ilvl w:val="0"/>
          <w:numId w:val="8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basic DOM (Document Object Model) manipulation.</w:t>
      </w:r>
    </w:p>
    <w:p w14:paraId="30A455BC" w14:textId="77777777" w:rsidR="00AA14E2" w:rsidRDefault="00AA14E2" w:rsidP="00AA14E2">
      <w:pPr>
        <w:numPr>
          <w:ilvl w:val="0"/>
          <w:numId w:val="8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 a final project (a simple app or browser-based game).</w:t>
      </w:r>
    </w:p>
    <w:p w14:paraId="2B79C891" w14:textId="77777777" w:rsidR="00AA14E2" w:rsidRDefault="00AA14E2">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Requirements</w:t>
      </w:r>
    </w:p>
    <w:p w14:paraId="7A103BA6" w14:textId="77777777" w:rsidR="00AA14E2" w:rsidRDefault="00AA14E2" w:rsidP="00AA14E2">
      <w:pPr>
        <w:numPr>
          <w:ilvl w:val="0"/>
          <w:numId w:val="8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Platforms: </w:t>
      </w:r>
      <w:hyperlink r:id="rId93" w:tgtFrame="_blank" w:history="1">
        <w:r>
          <w:rPr>
            <w:rStyle w:val="Hyperlink"/>
            <w:rFonts w:ascii="Montserrat" w:eastAsia="Times New Roman" w:hAnsi="Montserrat" w:cs="Segoe UI"/>
            <w:color w:val="CC3366"/>
          </w:rPr>
          <w:t>org App Lab</w:t>
        </w:r>
      </w:hyperlink>
      <w:r>
        <w:rPr>
          <w:rFonts w:ascii="Montserrat" w:eastAsia="Times New Roman" w:hAnsi="Montserrat" w:cs="Segoe UI"/>
          <w:color w:val="0A0A0A"/>
        </w:rPr>
        <w:t>, </w:t>
      </w:r>
      <w:proofErr w:type="spellStart"/>
      <w:r>
        <w:rPr>
          <w:rFonts w:ascii="Montserrat" w:eastAsia="Times New Roman" w:hAnsi="Montserrat" w:cs="Segoe UI"/>
          <w:color w:val="0A0A0A"/>
        </w:rPr>
        <w:fldChar w:fldCharType="begin"/>
      </w:r>
      <w:r>
        <w:rPr>
          <w:rFonts w:ascii="Montserrat" w:eastAsia="Times New Roman" w:hAnsi="Montserrat" w:cs="Segoe UI"/>
          <w:color w:val="0A0A0A"/>
        </w:rPr>
        <w:instrText>HYPERLINK "https://replit.com/" \t "_blank"</w:instrText>
      </w:r>
      <w:r>
        <w:rPr>
          <w:rFonts w:ascii="Montserrat" w:eastAsia="Times New Roman" w:hAnsi="Montserrat" w:cs="Segoe UI"/>
          <w:color w:val="0A0A0A"/>
        </w:rPr>
      </w:r>
      <w:r>
        <w:rPr>
          <w:rFonts w:ascii="Montserrat" w:eastAsia="Times New Roman" w:hAnsi="Montserrat" w:cs="Segoe UI"/>
          <w:color w:val="0A0A0A"/>
        </w:rPr>
        <w:fldChar w:fldCharType="separate"/>
      </w:r>
      <w:r>
        <w:rPr>
          <w:rStyle w:val="Hyperlink"/>
          <w:rFonts w:ascii="Montserrat" w:eastAsia="Times New Roman" w:hAnsi="Montserrat" w:cs="Segoe UI"/>
          <w:color w:val="CC3366"/>
        </w:rPr>
        <w:t>Replit</w:t>
      </w:r>
      <w:proofErr w:type="spellEnd"/>
      <w:r>
        <w:rPr>
          <w:rFonts w:ascii="Montserrat" w:eastAsia="Times New Roman" w:hAnsi="Montserrat" w:cs="Segoe UI"/>
          <w:color w:val="0A0A0A"/>
        </w:rPr>
        <w:fldChar w:fldCharType="end"/>
      </w:r>
      <w:r>
        <w:rPr>
          <w:rFonts w:ascii="Montserrat" w:eastAsia="Times New Roman" w:hAnsi="Montserrat" w:cs="Segoe UI"/>
          <w:color w:val="0A0A0A"/>
        </w:rPr>
        <w:t>, or </w:t>
      </w:r>
      <w:hyperlink r:id="rId94" w:tgtFrame="_blank" w:history="1">
        <w:r>
          <w:rPr>
            <w:rStyle w:val="Hyperlink"/>
            <w:rFonts w:ascii="Montserrat" w:eastAsia="Times New Roman" w:hAnsi="Montserrat" w:cs="Segoe UI"/>
            <w:color w:val="CC3366"/>
          </w:rPr>
          <w:t>Glitch</w:t>
        </w:r>
      </w:hyperlink>
    </w:p>
    <w:p w14:paraId="5BCD571C" w14:textId="77777777" w:rsidR="00AA14E2" w:rsidRDefault="00AA14E2" w:rsidP="00AA14E2">
      <w:pPr>
        <w:numPr>
          <w:ilvl w:val="0"/>
          <w:numId w:val="88"/>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Languages:JavaScript</w:t>
      </w:r>
      <w:proofErr w:type="spellEnd"/>
      <w:r>
        <w:rPr>
          <w:rFonts w:ascii="Montserrat" w:eastAsia="Times New Roman" w:hAnsi="Montserrat" w:cs="Segoe UI"/>
          <w:color w:val="0A0A0A"/>
        </w:rPr>
        <w:t xml:space="preserve"> (with HTML and CSS for display)</w:t>
      </w:r>
    </w:p>
    <w:p w14:paraId="6F93C2BB" w14:textId="77777777" w:rsidR="00AA14E2" w:rsidRDefault="00AA14E2" w:rsidP="00AA14E2">
      <w:pPr>
        <w:numPr>
          <w:ilvl w:val="0"/>
          <w:numId w:val="88"/>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Libraries:js</w:t>
      </w:r>
      <w:proofErr w:type="spellEnd"/>
      <w:r>
        <w:rPr>
          <w:rFonts w:ascii="Montserrat" w:eastAsia="Times New Roman" w:hAnsi="Montserrat" w:cs="Segoe UI"/>
          <w:color w:val="0A0A0A"/>
        </w:rPr>
        <w:t xml:space="preserve"> (for graphics and games), or </w:t>
      </w:r>
      <w:proofErr w:type="spellStart"/>
      <w:r>
        <w:rPr>
          <w:rFonts w:ascii="Montserrat" w:eastAsia="Times New Roman" w:hAnsi="Montserrat" w:cs="Segoe UI"/>
          <w:color w:val="0A0A0A"/>
        </w:rPr>
        <w:t>Kaboom.js</w:t>
      </w:r>
      <w:proofErr w:type="spellEnd"/>
      <w:r>
        <w:rPr>
          <w:rFonts w:ascii="Montserrat" w:eastAsia="Times New Roman" w:hAnsi="Montserrat" w:cs="Segoe UI"/>
          <w:color w:val="0A0A0A"/>
        </w:rPr>
        <w:t xml:space="preserve"> (for simple 2D games)</w:t>
      </w:r>
    </w:p>
    <w:p w14:paraId="12A27FEA" w14:textId="77777777" w:rsidR="00AA14E2" w:rsidRDefault="00AA14E2" w:rsidP="00AA14E2">
      <w:pPr>
        <w:numPr>
          <w:ilvl w:val="0"/>
          <w:numId w:val="88"/>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Hardware:Laptop</w:t>
      </w:r>
      <w:proofErr w:type="spellEnd"/>
      <w:r>
        <w:rPr>
          <w:rFonts w:ascii="Montserrat" w:eastAsia="Times New Roman" w:hAnsi="Montserrat" w:cs="Segoe UI"/>
          <w:color w:val="0A0A0A"/>
        </w:rPr>
        <w:t>/PC with internet access</w:t>
      </w:r>
    </w:p>
    <w:p w14:paraId="7F11F0C5" w14:textId="77777777" w:rsidR="00AA14E2" w:rsidRDefault="00AA14E2">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6E4EC1AE"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 Introduction to JavaScript and Coding Concepts</w:t>
      </w:r>
    </w:p>
    <w:p w14:paraId="5E6923AD"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lastRenderedPageBreak/>
        <w:t>Module 2: Variables, Data Types, and Operators</w:t>
      </w:r>
    </w:p>
    <w:p w14:paraId="028A7A3E"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3: Conditionals and Decision Making</w:t>
      </w:r>
    </w:p>
    <w:p w14:paraId="15806090"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4: Loops and Repetition</w:t>
      </w:r>
    </w:p>
    <w:p w14:paraId="79052517"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5: Functions and Events</w:t>
      </w:r>
    </w:p>
    <w:p w14:paraId="556CDDB6"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6: Arrays and Randomness</w:t>
      </w:r>
    </w:p>
    <w:p w14:paraId="4C8280C8"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7: Drawing and Animation with p5.js</w:t>
      </w:r>
    </w:p>
    <w:p w14:paraId="4593678D"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8: Building Interactive Web Pages (DOM Basics)</w:t>
      </w:r>
    </w:p>
    <w:p w14:paraId="42F85F78"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9: Debugging, Testing, and Polishing Code</w:t>
      </w:r>
    </w:p>
    <w:p w14:paraId="4D7350DD"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10: Final Project – Design, Build, and Present Your Game/App</w:t>
      </w:r>
    </w:p>
    <w:p w14:paraId="5BF2190E" w14:textId="77777777" w:rsidR="00AA14E2" w:rsidRDefault="00AA14E2">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71B82811" w14:textId="77777777" w:rsidR="00AA14E2" w:rsidRDefault="00AA14E2">
      <w:pPr>
        <w:pStyle w:val="NormalWeb"/>
        <w:shd w:val="clear" w:color="auto" w:fill="E3F3FA"/>
        <w:rPr>
          <w:rFonts w:ascii="Montserrat" w:hAnsi="Montserrat" w:cs="Segoe UI"/>
          <w:color w:val="0A0A0A"/>
        </w:rPr>
      </w:pPr>
      <w:r>
        <w:rPr>
          <w:rFonts w:ascii="Montserrat" w:hAnsi="Montserrat" w:cs="Segoe UI"/>
          <w:color w:val="0A0A0A"/>
        </w:rPr>
        <w:t>Certificate of Completion</w:t>
      </w:r>
      <w:r>
        <w:rPr>
          <w:rFonts w:ascii="Montserrat" w:hAnsi="Montserrat" w:cs="Segoe UI"/>
          <w:color w:val="0A0A0A"/>
        </w:rPr>
        <w:br/>
        <w:t>Awarded for completing all 10 modules and the final JavaScript project.</w:t>
      </w:r>
    </w:p>
    <w:p w14:paraId="40E6094A" w14:textId="77777777" w:rsidR="00AA14E2" w:rsidRDefault="00AA14E2">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53FF3220" w14:textId="77777777" w:rsidR="00AA14E2" w:rsidRDefault="00AA14E2">
      <w:pPr>
        <w:pStyle w:val="NormalWeb"/>
        <w:shd w:val="clear" w:color="auto" w:fill="E9F7F3"/>
        <w:spacing w:line="480" w:lineRule="atLeast"/>
        <w:rPr>
          <w:rFonts w:ascii="Montserrat" w:hAnsi="Montserrat" w:cs="Segoe UI"/>
          <w:color w:val="0A0A0A"/>
        </w:rPr>
      </w:pPr>
      <w:r>
        <w:rPr>
          <w:rFonts w:ascii="Montserrat" w:hAnsi="Montserrat" w:cs="Segoe UI"/>
          <w:color w:val="0A0A0A"/>
        </w:rPr>
        <w:t>After completing this course, students can progress to:</w:t>
      </w:r>
    </w:p>
    <w:p w14:paraId="0032D217" w14:textId="77777777" w:rsidR="00AA14E2" w:rsidRDefault="00AA14E2" w:rsidP="00AA14E2">
      <w:pPr>
        <w:numPr>
          <w:ilvl w:val="0"/>
          <w:numId w:val="8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Web Design &amp; Development (HTML/CSS + JavaScript Advanced)</w:t>
      </w:r>
    </w:p>
    <w:p w14:paraId="38B27560" w14:textId="77777777" w:rsidR="00AA14E2" w:rsidRDefault="00AA14E2" w:rsidP="00AA14E2">
      <w:pPr>
        <w:numPr>
          <w:ilvl w:val="0"/>
          <w:numId w:val="8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Game Development in JavaScript (</w:t>
      </w:r>
      <w:proofErr w:type="spellStart"/>
      <w:r>
        <w:rPr>
          <w:rFonts w:ascii="Montserrat" w:eastAsia="Times New Roman" w:hAnsi="Montserrat" w:cs="Segoe UI"/>
          <w:color w:val="0A0A0A"/>
        </w:rPr>
        <w:t>Kaboom.js</w:t>
      </w:r>
      <w:proofErr w:type="spellEnd"/>
      <w:r>
        <w:rPr>
          <w:rFonts w:ascii="Montserrat" w:eastAsia="Times New Roman" w:hAnsi="Montserrat" w:cs="Segoe UI"/>
          <w:color w:val="0A0A0A"/>
        </w:rPr>
        <w:t xml:space="preserve"> / </w:t>
      </w:r>
      <w:proofErr w:type="spellStart"/>
      <w:r>
        <w:rPr>
          <w:rFonts w:ascii="Montserrat" w:eastAsia="Times New Roman" w:hAnsi="Montserrat" w:cs="Segoe UI"/>
          <w:color w:val="0A0A0A"/>
        </w:rPr>
        <w:t>Phaser</w:t>
      </w:r>
      <w:proofErr w:type="spellEnd"/>
      <w:r>
        <w:rPr>
          <w:rFonts w:ascii="Montserrat" w:eastAsia="Times New Roman" w:hAnsi="Montserrat" w:cs="Segoe UI"/>
          <w:color w:val="0A0A0A"/>
        </w:rPr>
        <w:t>)</w:t>
      </w:r>
    </w:p>
    <w:p w14:paraId="314DC67C" w14:textId="77777777" w:rsidR="00AA14E2" w:rsidRDefault="00AA14E2" w:rsidP="00AA14E2">
      <w:pPr>
        <w:numPr>
          <w:ilvl w:val="0"/>
          <w:numId w:val="8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 Development (</w:t>
      </w:r>
      <w:proofErr w:type="spellStart"/>
      <w:r>
        <w:rPr>
          <w:rFonts w:ascii="Montserrat" w:eastAsia="Times New Roman" w:hAnsi="Montserrat" w:cs="Segoe UI"/>
          <w:color w:val="0A0A0A"/>
        </w:rPr>
        <w:t>Thunkable</w:t>
      </w:r>
      <w:proofErr w:type="spellEnd"/>
      <w:r>
        <w:rPr>
          <w:rFonts w:ascii="Montserrat" w:eastAsia="Times New Roman" w:hAnsi="Montserrat" w:cs="Segoe UI"/>
          <w:color w:val="0A0A0A"/>
        </w:rPr>
        <w:t xml:space="preserve"> / React Native Basics)</w:t>
      </w:r>
    </w:p>
    <w:p w14:paraId="0FC44669" w14:textId="77777777" w:rsidR="00AA14E2" w:rsidRDefault="00AA14E2" w:rsidP="00AA14E2">
      <w:pPr>
        <w:numPr>
          <w:ilvl w:val="0"/>
          <w:numId w:val="8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Python or AI for Teens</w:t>
      </w:r>
    </w:p>
    <w:p w14:paraId="13EAABBA" w14:textId="77777777" w:rsidR="005A11FE" w:rsidRDefault="005A11FE" w:rsidP="005A11FE">
      <w:pPr>
        <w:spacing w:before="100" w:beforeAutospacing="1" w:after="100" w:afterAutospacing="1" w:line="480" w:lineRule="atLeast"/>
        <w:jc w:val="both"/>
        <w:textAlignment w:val="baseline"/>
        <w:rPr>
          <w:rFonts w:ascii="Montserrat" w:eastAsia="Times New Roman" w:hAnsi="Montserrat" w:cs="Segoe UI"/>
          <w:color w:val="333333"/>
        </w:rPr>
      </w:pPr>
    </w:p>
    <w:p w14:paraId="01DDDD40" w14:textId="27531CA5" w:rsidR="00D26D9F" w:rsidRDefault="00D26D9F">
      <w:pPr>
        <w:pStyle w:val="Heading2"/>
        <w:shd w:val="clear" w:color="auto" w:fill="FFFFFF"/>
        <w:spacing w:before="0"/>
        <w:rPr>
          <w:rFonts w:ascii="Montserrat" w:eastAsia="Times New Roman" w:hAnsi="Montserrat" w:cs="Segoe UI"/>
          <w:b w:val="0"/>
          <w:bCs w:val="0"/>
          <w:color w:val="1F497D" w:themeColor="text2"/>
          <w:sz w:val="32"/>
          <w:szCs w:val="32"/>
        </w:rPr>
      </w:pPr>
      <w:r>
        <w:rPr>
          <w:rFonts w:ascii="Montserrat" w:eastAsia="Times New Roman" w:hAnsi="Montserrat" w:cs="Segoe UI"/>
          <w:b w:val="0"/>
          <w:bCs w:val="0"/>
          <w:color w:val="000000"/>
          <w:sz w:val="28"/>
          <w:szCs w:val="28"/>
        </w:rPr>
        <w:lastRenderedPageBreak/>
        <w:t xml:space="preserve">                               </w:t>
      </w:r>
      <w:r w:rsidRPr="00D26D9F">
        <w:rPr>
          <w:rFonts w:ascii="Montserrat" w:eastAsia="Times New Roman" w:hAnsi="Montserrat" w:cs="Segoe UI"/>
          <w:b w:val="0"/>
          <w:bCs w:val="0"/>
          <w:color w:val="1F497D" w:themeColor="text2"/>
          <w:sz w:val="32"/>
          <w:szCs w:val="32"/>
        </w:rPr>
        <w:t>DESIGN WITH CANVA</w:t>
      </w:r>
    </w:p>
    <w:p w14:paraId="2A7959E0" w14:textId="77777777" w:rsidR="00D26D9F" w:rsidRPr="00D26D9F" w:rsidRDefault="00D26D9F" w:rsidP="00D26D9F"/>
    <w:p w14:paraId="2EE840C0" w14:textId="6623AE2D" w:rsidR="00D26D9F" w:rsidRPr="00D26D9F" w:rsidRDefault="00D26D9F">
      <w:pPr>
        <w:pStyle w:val="Heading2"/>
        <w:shd w:val="clear" w:color="auto" w:fill="FFFFFF"/>
        <w:spacing w:before="0"/>
        <w:rPr>
          <w:rFonts w:ascii="Montserrat" w:eastAsia="Times New Roman" w:hAnsi="Montserrat" w:cs="Segoe UI"/>
          <w:color w:val="000000"/>
          <w:sz w:val="28"/>
          <w:szCs w:val="28"/>
        </w:rPr>
      </w:pPr>
      <w:r w:rsidRPr="00D26D9F">
        <w:rPr>
          <w:rFonts w:ascii="Montserrat" w:eastAsia="Times New Roman" w:hAnsi="Montserrat" w:cs="Segoe UI"/>
          <w:b w:val="0"/>
          <w:bCs w:val="0"/>
          <w:color w:val="000000"/>
          <w:sz w:val="28"/>
          <w:szCs w:val="28"/>
        </w:rPr>
        <w:t xml:space="preserve">Designing Using </w:t>
      </w:r>
      <w:proofErr w:type="spellStart"/>
      <w:r w:rsidRPr="00D26D9F">
        <w:rPr>
          <w:rFonts w:ascii="Montserrat" w:eastAsia="Times New Roman" w:hAnsi="Montserrat" w:cs="Segoe UI"/>
          <w:b w:val="0"/>
          <w:bCs w:val="0"/>
          <w:color w:val="000000"/>
          <w:sz w:val="28"/>
          <w:szCs w:val="28"/>
        </w:rPr>
        <w:t>Canva</w:t>
      </w:r>
      <w:proofErr w:type="spellEnd"/>
      <w:r w:rsidRPr="00D26D9F">
        <w:rPr>
          <w:rFonts w:ascii="Montserrat" w:eastAsia="Times New Roman" w:hAnsi="Montserrat" w:cs="Segoe UI"/>
          <w:b w:val="0"/>
          <w:bCs w:val="0"/>
          <w:color w:val="000000"/>
          <w:sz w:val="28"/>
          <w:szCs w:val="28"/>
        </w:rPr>
        <w:t xml:space="preserve"> – Creative Digital Design</w:t>
      </w:r>
    </w:p>
    <w:p w14:paraId="1F08CFA2" w14:textId="77777777" w:rsidR="00D26D9F" w:rsidRDefault="00D26D9F">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30123113" w14:textId="77777777" w:rsidR="00D26D9F" w:rsidRDefault="00D26D9F">
      <w:pPr>
        <w:pStyle w:val="NormalWeb"/>
        <w:shd w:val="clear" w:color="auto" w:fill="E3F3FA"/>
        <w:rPr>
          <w:rFonts w:ascii="Montserrat" w:hAnsi="Montserrat" w:cs="Segoe UI"/>
          <w:color w:val="0A0A0A"/>
        </w:rPr>
      </w:pPr>
      <w:r>
        <w:rPr>
          <w:rFonts w:ascii="Montserrat" w:hAnsi="Montserrat" w:cs="Segoe UI"/>
          <w:color w:val="0A0A0A"/>
        </w:rPr>
        <w:t xml:space="preserve">This course introduces students to graphic design fundamentals and digital creativity using </w:t>
      </w:r>
      <w:proofErr w:type="spellStart"/>
      <w:r>
        <w:rPr>
          <w:rFonts w:ascii="Montserrat" w:hAnsi="Montserrat" w:cs="Segoe UI"/>
          <w:color w:val="0A0A0A"/>
        </w:rPr>
        <w:t>Canva</w:t>
      </w:r>
      <w:proofErr w:type="spellEnd"/>
      <w:r>
        <w:rPr>
          <w:rFonts w:ascii="Montserrat" w:hAnsi="Montserrat" w:cs="Segoe UI"/>
          <w:color w:val="0A0A0A"/>
        </w:rPr>
        <w:t>, a beginner-friendly online design platform.</w:t>
      </w:r>
      <w:r>
        <w:rPr>
          <w:rFonts w:ascii="Montserrat" w:hAnsi="Montserrat" w:cs="Segoe UI"/>
          <w:color w:val="0A0A0A"/>
        </w:rPr>
        <w:br/>
        <w:t>Learners will create posters, cards, presentations, videos, and mini-branding projects while learning about colours, fonts, layouts, and storytelling.</w:t>
      </w:r>
    </w:p>
    <w:p w14:paraId="44F17AB9" w14:textId="77777777" w:rsidR="00D26D9F" w:rsidRDefault="00D26D9F">
      <w:pPr>
        <w:pStyle w:val="NormalWeb"/>
        <w:shd w:val="clear" w:color="auto" w:fill="E3F3FA"/>
        <w:rPr>
          <w:rFonts w:ascii="Montserrat" w:hAnsi="Montserrat" w:cs="Segoe UI"/>
          <w:color w:val="0A0A0A"/>
        </w:rPr>
      </w:pPr>
      <w:r>
        <w:rPr>
          <w:rFonts w:ascii="Montserrat" w:hAnsi="Montserrat" w:cs="Segoe UI"/>
          <w:color w:val="0A0A0A"/>
        </w:rPr>
        <w:t>By the end, students will have a portfolio of creative designs they can proudly share or print.</w:t>
      </w:r>
    </w:p>
    <w:p w14:paraId="7EFDD65B" w14:textId="77777777" w:rsidR="00D26D9F" w:rsidRDefault="00D26D9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6B156860"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Ages </w:t>
      </w:r>
      <w:r>
        <w:rPr>
          <w:rStyle w:val="Strong"/>
          <w:rFonts w:ascii="Montserrat" w:hAnsi="Montserrat" w:cs="Segoe UI"/>
          <w:color w:val="0A0A0A"/>
        </w:rPr>
        <w:t>8–16</w:t>
      </w:r>
      <w:r>
        <w:rPr>
          <w:rFonts w:ascii="Montserrat" w:hAnsi="Montserrat" w:cs="Segoe UI"/>
          <w:color w:val="0A0A0A"/>
        </w:rPr>
        <w:t> (no prior experience required)</w:t>
      </w:r>
    </w:p>
    <w:p w14:paraId="2F522CBA" w14:textId="77777777" w:rsidR="00D26D9F" w:rsidRDefault="00D26D9F">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7E8AAD2A" w14:textId="77777777" w:rsidR="00D26D9F" w:rsidRDefault="00D26D9F">
      <w:pPr>
        <w:pStyle w:val="NormalWeb"/>
        <w:shd w:val="clear" w:color="auto" w:fill="E3F3FA"/>
        <w:spacing w:line="480" w:lineRule="atLeast"/>
        <w:rPr>
          <w:rFonts w:ascii="Montserrat" w:hAnsi="Montserrat" w:cs="Segoe UI"/>
          <w:color w:val="0A0A0A"/>
        </w:rPr>
      </w:pPr>
      <w:r>
        <w:rPr>
          <w:rFonts w:ascii="Montserrat" w:hAnsi="Montserrat" w:cs="Segoe UI"/>
          <w:color w:val="0A0A0A"/>
        </w:rPr>
        <w:t>35–45 hours</w:t>
      </w:r>
      <w:r>
        <w:rPr>
          <w:rFonts w:ascii="Montserrat" w:hAnsi="Montserrat" w:cs="Segoe UI"/>
          <w:color w:val="0A0A0A"/>
        </w:rPr>
        <w:br/>
        <w:t>(10 modules, 3–5 hours each — ideal for an 8–10 week programme)</w:t>
      </w:r>
    </w:p>
    <w:p w14:paraId="29221D0B" w14:textId="77777777" w:rsidR="00D26D9F" w:rsidRDefault="00D26D9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1CC10158"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335D5859" w14:textId="77777777" w:rsidR="00D26D9F" w:rsidRDefault="00D26D9F" w:rsidP="00D26D9F">
      <w:pPr>
        <w:numPr>
          <w:ilvl w:val="0"/>
          <w:numId w:val="9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Use </w:t>
      </w:r>
      <w:proofErr w:type="spellStart"/>
      <w:r>
        <w:rPr>
          <w:rFonts w:ascii="Montserrat" w:eastAsia="Times New Roman" w:hAnsi="Montserrat" w:cs="Segoe UI"/>
          <w:color w:val="0A0A0A"/>
        </w:rPr>
        <w:t>Canva</w:t>
      </w:r>
      <w:proofErr w:type="spellEnd"/>
      <w:r>
        <w:rPr>
          <w:rFonts w:ascii="Montserrat" w:eastAsia="Times New Roman" w:hAnsi="Montserrat" w:cs="Segoe UI"/>
          <w:color w:val="0A0A0A"/>
        </w:rPr>
        <w:t xml:space="preserve"> to design posters, cards, slides, videos, and infographics.</w:t>
      </w:r>
    </w:p>
    <w:p w14:paraId="1F131DD5" w14:textId="77777777" w:rsidR="00D26D9F" w:rsidRDefault="00D26D9F" w:rsidP="00D26D9F">
      <w:pPr>
        <w:numPr>
          <w:ilvl w:val="0"/>
          <w:numId w:val="9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Apply basic design principles: balance, contrast, alignment, and hierarchy.</w:t>
      </w:r>
    </w:p>
    <w:p w14:paraId="3B6C4381" w14:textId="77777777" w:rsidR="00D26D9F" w:rsidRDefault="00D26D9F" w:rsidP="00D26D9F">
      <w:pPr>
        <w:numPr>
          <w:ilvl w:val="0"/>
          <w:numId w:val="9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Use </w:t>
      </w:r>
      <w:proofErr w:type="spellStart"/>
      <w:r>
        <w:rPr>
          <w:rFonts w:ascii="Montserrat" w:eastAsia="Times New Roman" w:hAnsi="Montserrat" w:cs="Segoe UI"/>
          <w:color w:val="0A0A0A"/>
        </w:rPr>
        <w:t>colours</w:t>
      </w:r>
      <w:proofErr w:type="spellEnd"/>
      <w:r>
        <w:rPr>
          <w:rFonts w:ascii="Montserrat" w:eastAsia="Times New Roman" w:hAnsi="Montserrat" w:cs="Segoe UI"/>
          <w:color w:val="0A0A0A"/>
        </w:rPr>
        <w:t xml:space="preserve">, fonts, and </w:t>
      </w:r>
      <w:proofErr w:type="spellStart"/>
      <w:r>
        <w:rPr>
          <w:rFonts w:ascii="Montserrat" w:eastAsia="Times New Roman" w:hAnsi="Montserrat" w:cs="Segoe UI"/>
          <w:color w:val="0A0A0A"/>
        </w:rPr>
        <w:t>imageseffectively</w:t>
      </w:r>
      <w:proofErr w:type="spellEnd"/>
      <w:r>
        <w:rPr>
          <w:rFonts w:ascii="Montserrat" w:eastAsia="Times New Roman" w:hAnsi="Montserrat" w:cs="Segoe UI"/>
          <w:color w:val="0A0A0A"/>
        </w:rPr>
        <w:t xml:space="preserve"> in their designs.</w:t>
      </w:r>
    </w:p>
    <w:p w14:paraId="43667E82" w14:textId="77777777" w:rsidR="00D26D9F" w:rsidRDefault="00D26D9F" w:rsidP="00D26D9F">
      <w:pPr>
        <w:numPr>
          <w:ilvl w:val="0"/>
          <w:numId w:val="9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Work with templates and create their own layouts.</w:t>
      </w:r>
    </w:p>
    <w:p w14:paraId="4E10287A" w14:textId="77777777" w:rsidR="00D26D9F" w:rsidRDefault="00D26D9F" w:rsidP="00D26D9F">
      <w:pPr>
        <w:numPr>
          <w:ilvl w:val="0"/>
          <w:numId w:val="9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Export, present, and share their designs online safely.</w:t>
      </w:r>
    </w:p>
    <w:p w14:paraId="5CEDB5B2" w14:textId="77777777" w:rsidR="00D26D9F" w:rsidRDefault="00D26D9F" w:rsidP="00D26D9F">
      <w:pPr>
        <w:numPr>
          <w:ilvl w:val="0"/>
          <w:numId w:val="9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Create a mini portfolio of original designs.</w:t>
      </w:r>
    </w:p>
    <w:p w14:paraId="266064A7" w14:textId="77777777" w:rsidR="00D26D9F" w:rsidRDefault="00D26D9F">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Requirements</w:t>
      </w:r>
    </w:p>
    <w:p w14:paraId="5B021F3A" w14:textId="77777777" w:rsidR="00D26D9F" w:rsidRDefault="00D26D9F" w:rsidP="00D26D9F">
      <w:pPr>
        <w:numPr>
          <w:ilvl w:val="0"/>
          <w:numId w:val="9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Platform: </w:t>
      </w:r>
      <w:hyperlink r:id="rId95" w:tgtFrame="_blank" w:history="1">
        <w:r>
          <w:rPr>
            <w:rStyle w:val="Hyperlink"/>
            <w:rFonts w:ascii="Montserrat" w:eastAsia="Times New Roman" w:hAnsi="Montserrat" w:cs="Segoe UI"/>
            <w:color w:val="CC3366"/>
          </w:rPr>
          <w:t>com</w:t>
        </w:r>
      </w:hyperlink>
      <w:r>
        <w:rPr>
          <w:rFonts w:ascii="Montserrat" w:eastAsia="Times New Roman" w:hAnsi="Montserrat" w:cs="Segoe UI"/>
          <w:color w:val="0A0A0A"/>
        </w:rPr>
        <w:t> (free student account)</w:t>
      </w:r>
    </w:p>
    <w:p w14:paraId="7B74D5A0" w14:textId="77777777" w:rsidR="00D26D9F" w:rsidRDefault="00D26D9F" w:rsidP="00D26D9F">
      <w:pPr>
        <w:numPr>
          <w:ilvl w:val="0"/>
          <w:numId w:val="91"/>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Hardware:Laptop</w:t>
      </w:r>
      <w:proofErr w:type="spellEnd"/>
      <w:r>
        <w:rPr>
          <w:rFonts w:ascii="Montserrat" w:eastAsia="Times New Roman" w:hAnsi="Montserrat" w:cs="Segoe UI"/>
          <w:color w:val="0A0A0A"/>
        </w:rPr>
        <w:t>, Chromebook, or tablet with internet access</w:t>
      </w:r>
    </w:p>
    <w:p w14:paraId="4C3447FF" w14:textId="77777777" w:rsidR="00D26D9F" w:rsidRDefault="00D26D9F" w:rsidP="00D26D9F">
      <w:pPr>
        <w:numPr>
          <w:ilvl w:val="0"/>
          <w:numId w:val="91"/>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Optional:Access</w:t>
      </w:r>
      <w:proofErr w:type="spellEnd"/>
      <w:r>
        <w:rPr>
          <w:rFonts w:ascii="Montserrat" w:eastAsia="Times New Roman" w:hAnsi="Montserrat" w:cs="Segoe UI"/>
          <w:color w:val="0A0A0A"/>
        </w:rPr>
        <w:t xml:space="preserve"> to printer or projector for showcasing designs</w:t>
      </w:r>
    </w:p>
    <w:p w14:paraId="0CBAD8A2" w14:textId="77777777" w:rsidR="00D26D9F" w:rsidRDefault="00D26D9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77156DE7"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 xml:space="preserve">Module 1: Introduction to </w:t>
      </w:r>
      <w:proofErr w:type="spellStart"/>
      <w:r>
        <w:rPr>
          <w:rFonts w:ascii="Montserrat" w:hAnsi="Montserrat" w:cs="Segoe UI"/>
          <w:color w:val="0A0A0A"/>
        </w:rPr>
        <w:t>Canva</w:t>
      </w:r>
      <w:proofErr w:type="spellEnd"/>
      <w:r>
        <w:rPr>
          <w:rFonts w:ascii="Montserrat" w:hAnsi="Montserrat" w:cs="Segoe UI"/>
          <w:color w:val="0A0A0A"/>
        </w:rPr>
        <w:t xml:space="preserve"> and Digital Design</w:t>
      </w:r>
    </w:p>
    <w:p w14:paraId="0C2639D2"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2: Understanding Design Basics (Colour, Font, and Layout)</w:t>
      </w:r>
    </w:p>
    <w:p w14:paraId="3184ED5B"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3: Working with Shapes, Icons, and Illustrations</w:t>
      </w:r>
    </w:p>
    <w:p w14:paraId="53927B26"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4: Designing with Images and Photo Editing</w:t>
      </w:r>
    </w:p>
    <w:p w14:paraId="358B3866"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5: Creating Invitations, Cards, and Certificates</w:t>
      </w:r>
    </w:p>
    <w:p w14:paraId="38FF617E"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6: Designing Presentations and Slides</w:t>
      </w:r>
    </w:p>
    <w:p w14:paraId="384C00B5"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7: Storytelling with Posters and Infographics</w:t>
      </w:r>
    </w:p>
    <w:p w14:paraId="56C3E2BD"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 xml:space="preserve">Module 8: Designing Videos and Animations in </w:t>
      </w:r>
      <w:proofErr w:type="spellStart"/>
      <w:r>
        <w:rPr>
          <w:rFonts w:ascii="Montserrat" w:hAnsi="Montserrat" w:cs="Segoe UI"/>
          <w:color w:val="0A0A0A"/>
        </w:rPr>
        <w:t>Canva</w:t>
      </w:r>
      <w:proofErr w:type="spellEnd"/>
    </w:p>
    <w:p w14:paraId="33DE5556"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9: Branding and Creative Projects</w:t>
      </w:r>
    </w:p>
    <w:p w14:paraId="737C9490"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10: Final Project – Design, Present, and Share Your Portfolio</w:t>
      </w:r>
    </w:p>
    <w:p w14:paraId="0D5C4DBB" w14:textId="77777777" w:rsidR="00D26D9F" w:rsidRDefault="00D26D9F">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Certification</w:t>
      </w:r>
    </w:p>
    <w:p w14:paraId="291EA453" w14:textId="77777777" w:rsidR="00D26D9F" w:rsidRDefault="00D26D9F">
      <w:pPr>
        <w:pStyle w:val="NormalWeb"/>
        <w:shd w:val="clear" w:color="auto" w:fill="E3F3FA"/>
        <w:rPr>
          <w:rFonts w:ascii="Montserrat" w:hAnsi="Montserrat" w:cs="Segoe UI"/>
          <w:color w:val="0A0A0A"/>
        </w:rPr>
      </w:pPr>
      <w:r>
        <w:rPr>
          <w:rFonts w:ascii="Montserrat" w:hAnsi="Montserrat" w:cs="Segoe UI"/>
          <w:color w:val="0A0A0A"/>
        </w:rPr>
        <w:t>Certificate of Completion</w:t>
      </w:r>
      <w:r>
        <w:rPr>
          <w:rFonts w:ascii="Montserrat" w:hAnsi="Montserrat" w:cs="Segoe UI"/>
          <w:color w:val="0A0A0A"/>
        </w:rPr>
        <w:br/>
        <w:t xml:space="preserve">Awarded to students who complete all modules and submit a final </w:t>
      </w:r>
      <w:proofErr w:type="spellStart"/>
      <w:r>
        <w:rPr>
          <w:rFonts w:ascii="Montserrat" w:hAnsi="Montserrat" w:cs="Segoe UI"/>
          <w:color w:val="0A0A0A"/>
        </w:rPr>
        <w:t>Canva</w:t>
      </w:r>
      <w:proofErr w:type="spellEnd"/>
      <w:r>
        <w:rPr>
          <w:rFonts w:ascii="Montserrat" w:hAnsi="Montserrat" w:cs="Segoe UI"/>
          <w:color w:val="0A0A0A"/>
        </w:rPr>
        <w:t xml:space="preserve"> portfolio.</w:t>
      </w:r>
    </w:p>
    <w:p w14:paraId="1792D022" w14:textId="77777777" w:rsidR="00D26D9F" w:rsidRDefault="00D26D9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764762DE" w14:textId="77777777" w:rsidR="00D26D9F" w:rsidRDefault="00D26D9F">
      <w:pPr>
        <w:pStyle w:val="NormalWeb"/>
        <w:shd w:val="clear" w:color="auto" w:fill="E9F7F3"/>
        <w:spacing w:line="480" w:lineRule="atLeast"/>
        <w:rPr>
          <w:rFonts w:ascii="Montserrat" w:hAnsi="Montserrat" w:cs="Segoe UI"/>
          <w:color w:val="0A0A0A"/>
        </w:rPr>
      </w:pPr>
      <w:r>
        <w:rPr>
          <w:rFonts w:ascii="Montserrat" w:hAnsi="Montserrat" w:cs="Segoe UI"/>
          <w:color w:val="0A0A0A"/>
        </w:rPr>
        <w:t>Students who complete this course can progress to:</w:t>
      </w:r>
    </w:p>
    <w:p w14:paraId="2BA8D988" w14:textId="77777777" w:rsidR="00D26D9F" w:rsidRDefault="00D26D9F" w:rsidP="00D26D9F">
      <w:pPr>
        <w:numPr>
          <w:ilvl w:val="0"/>
          <w:numId w:val="9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Graphic Design Fundamentals (Adobe Express or </w:t>
      </w:r>
      <w:proofErr w:type="spellStart"/>
      <w:r>
        <w:rPr>
          <w:rFonts w:ascii="Montserrat" w:eastAsia="Times New Roman" w:hAnsi="Montserrat" w:cs="Segoe UI"/>
          <w:color w:val="0A0A0A"/>
        </w:rPr>
        <w:t>Figma</w:t>
      </w:r>
      <w:proofErr w:type="spellEnd"/>
      <w:r>
        <w:rPr>
          <w:rFonts w:ascii="Montserrat" w:eastAsia="Times New Roman" w:hAnsi="Montserrat" w:cs="Segoe UI"/>
          <w:color w:val="0A0A0A"/>
        </w:rPr>
        <w:t>)</w:t>
      </w:r>
    </w:p>
    <w:p w14:paraId="07AE0C0E" w14:textId="77777777" w:rsidR="00D26D9F" w:rsidRDefault="00D26D9F" w:rsidP="00D26D9F">
      <w:pPr>
        <w:numPr>
          <w:ilvl w:val="0"/>
          <w:numId w:val="9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Brand Design for Teens</w:t>
      </w:r>
    </w:p>
    <w:p w14:paraId="3B1119CD" w14:textId="77777777" w:rsidR="00D26D9F" w:rsidRDefault="00D26D9F" w:rsidP="00D26D9F">
      <w:pPr>
        <w:numPr>
          <w:ilvl w:val="0"/>
          <w:numId w:val="9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Content Creation and Social Media Design</w:t>
      </w:r>
    </w:p>
    <w:p w14:paraId="1A17A777" w14:textId="77777777" w:rsidR="00D26D9F" w:rsidRDefault="00D26D9F" w:rsidP="00D26D9F">
      <w:pPr>
        <w:numPr>
          <w:ilvl w:val="0"/>
          <w:numId w:val="9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Video Editing and Animation for Beginners</w:t>
      </w:r>
    </w:p>
    <w:p w14:paraId="204A12C6" w14:textId="77777777" w:rsidR="00A425D5" w:rsidRDefault="00A425D5" w:rsidP="00A425D5">
      <w:pPr>
        <w:spacing w:before="100" w:beforeAutospacing="1" w:after="100" w:afterAutospacing="1" w:line="480" w:lineRule="atLeast"/>
        <w:textAlignment w:val="baseline"/>
        <w:rPr>
          <w:rFonts w:ascii="Montserrat" w:eastAsia="Times New Roman" w:hAnsi="Montserrat" w:cs="Segoe UI"/>
          <w:color w:val="0A0A0A"/>
        </w:rPr>
      </w:pPr>
    </w:p>
    <w:p w14:paraId="3DC1CD49" w14:textId="7E847487" w:rsidR="00A425D5" w:rsidRPr="008F70E6" w:rsidRDefault="00A425D5" w:rsidP="00A425D5">
      <w:pPr>
        <w:spacing w:before="100" w:beforeAutospacing="1" w:after="100" w:afterAutospacing="1" w:line="480" w:lineRule="atLeast"/>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0A0A0A"/>
        </w:rPr>
        <w:t xml:space="preserve">                                 </w:t>
      </w:r>
      <w:r w:rsidRPr="008F70E6">
        <w:rPr>
          <w:rFonts w:ascii="Montserrat" w:eastAsia="Times New Roman" w:hAnsi="Montserrat" w:cs="Segoe UI"/>
          <w:color w:val="1F497D" w:themeColor="text2"/>
          <w:sz w:val="28"/>
          <w:szCs w:val="28"/>
        </w:rPr>
        <w:t>CYBER SECURITY ESSENTIALS</w:t>
      </w:r>
    </w:p>
    <w:p w14:paraId="0FC585AC" w14:textId="77777777" w:rsidR="00A425D5" w:rsidRPr="00A425D5" w:rsidRDefault="00A425D5">
      <w:pPr>
        <w:pStyle w:val="Heading2"/>
        <w:shd w:val="clear" w:color="auto" w:fill="FFFFFF"/>
        <w:spacing w:before="0"/>
        <w:rPr>
          <w:rFonts w:ascii="Montserrat" w:eastAsia="Times New Roman" w:hAnsi="Montserrat" w:cs="Segoe UI"/>
          <w:color w:val="000000"/>
          <w:sz w:val="32"/>
          <w:szCs w:val="32"/>
        </w:rPr>
      </w:pPr>
      <w:r w:rsidRPr="00A425D5">
        <w:rPr>
          <w:rFonts w:ascii="Montserrat" w:eastAsia="Times New Roman" w:hAnsi="Montserrat" w:cs="Segoe UI"/>
          <w:b w:val="0"/>
          <w:bCs w:val="0"/>
          <w:color w:val="000000"/>
          <w:sz w:val="32"/>
          <w:szCs w:val="32"/>
        </w:rPr>
        <w:t>Cyber Security Essentials &amp; Be Safe Online</w:t>
      </w:r>
    </w:p>
    <w:p w14:paraId="27A5C8F0" w14:textId="77777777" w:rsidR="00A425D5" w:rsidRDefault="00A425D5">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1E1A7489" w14:textId="77777777" w:rsidR="00A425D5" w:rsidRDefault="00A425D5">
      <w:pPr>
        <w:pStyle w:val="NormalWeb"/>
        <w:shd w:val="clear" w:color="auto" w:fill="E3F3FA"/>
        <w:rPr>
          <w:rFonts w:ascii="Montserrat" w:hAnsi="Montserrat" w:cs="Segoe UI"/>
          <w:color w:val="0A0A0A"/>
        </w:rPr>
      </w:pPr>
      <w:r>
        <w:rPr>
          <w:rFonts w:ascii="Montserrat" w:hAnsi="Montserrat" w:cs="Segoe UI"/>
          <w:color w:val="0A0A0A"/>
        </w:rPr>
        <w:t>This course helps children understand how to stay safe in the digital world, protect their personal information, and make smart choices online.</w:t>
      </w:r>
      <w:r>
        <w:rPr>
          <w:rFonts w:ascii="Montserrat" w:hAnsi="Montserrat" w:cs="Segoe UI"/>
          <w:color w:val="0A0A0A"/>
        </w:rPr>
        <w:br/>
        <w:t>Through interactive activities, they will learn about cyber threats, online etiquette, password security, social media safety, and digital wellbeing.</w:t>
      </w:r>
    </w:p>
    <w:p w14:paraId="77F55AF9" w14:textId="77777777" w:rsidR="00A425D5" w:rsidRDefault="00A425D5">
      <w:pPr>
        <w:pStyle w:val="NormalWeb"/>
        <w:shd w:val="clear" w:color="auto" w:fill="E3F3FA"/>
        <w:rPr>
          <w:rFonts w:ascii="Montserrat" w:hAnsi="Montserrat" w:cs="Segoe UI"/>
          <w:color w:val="0A0A0A"/>
        </w:rPr>
      </w:pPr>
      <w:r>
        <w:rPr>
          <w:rFonts w:ascii="Montserrat" w:hAnsi="Montserrat" w:cs="Segoe UI"/>
          <w:color w:val="0A0A0A"/>
        </w:rPr>
        <w:t>By the end of the course, students will be able to recognise online risks and apply strategies to protect themselves and others from cyber dangers.</w:t>
      </w:r>
    </w:p>
    <w:p w14:paraId="1AAFECEF" w14:textId="77777777" w:rsidR="00A425D5" w:rsidRDefault="00A425D5">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6A2144A5"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Ages </w:t>
      </w:r>
      <w:r>
        <w:rPr>
          <w:rStyle w:val="Strong"/>
          <w:rFonts w:ascii="Montserrat" w:hAnsi="Montserrat" w:cs="Segoe UI"/>
          <w:color w:val="0A0A0A"/>
        </w:rPr>
        <w:t>9–16</w:t>
      </w:r>
      <w:r>
        <w:rPr>
          <w:rFonts w:ascii="Montserrat" w:hAnsi="Montserrat" w:cs="Segoe UI"/>
          <w:color w:val="0A0A0A"/>
        </w:rPr>
        <w:t> (adaptable for primary or lower secondary learners)</w:t>
      </w:r>
    </w:p>
    <w:p w14:paraId="19535425" w14:textId="77777777" w:rsidR="00A425D5" w:rsidRDefault="00A425D5">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Course Duration:</w:t>
      </w:r>
    </w:p>
    <w:p w14:paraId="2CCFDFFE" w14:textId="77777777" w:rsidR="00A425D5" w:rsidRDefault="00A425D5">
      <w:pPr>
        <w:pStyle w:val="NormalWeb"/>
        <w:shd w:val="clear" w:color="auto" w:fill="E3F3FA"/>
        <w:spacing w:line="480" w:lineRule="atLeast"/>
        <w:rPr>
          <w:rFonts w:ascii="Montserrat" w:hAnsi="Montserrat" w:cs="Segoe UI"/>
          <w:color w:val="0A0A0A"/>
        </w:rPr>
      </w:pPr>
      <w:r>
        <w:rPr>
          <w:rFonts w:ascii="Montserrat" w:hAnsi="Montserrat" w:cs="Segoe UI"/>
          <w:color w:val="0A0A0A"/>
        </w:rPr>
        <w:t>30–40 hours (10 modules, 3–4 hours each)</w:t>
      </w:r>
      <w:r>
        <w:rPr>
          <w:rFonts w:ascii="Montserrat" w:hAnsi="Montserrat" w:cs="Segoe UI"/>
          <w:color w:val="0A0A0A"/>
        </w:rPr>
        <w:br/>
        <w:t>Perfect for a short-term or term-long programme</w:t>
      </w:r>
    </w:p>
    <w:p w14:paraId="3DD0D0DD" w14:textId="77777777" w:rsidR="00A425D5" w:rsidRDefault="00A425D5">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0EE993F7"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this course, learners will be able to:</w:t>
      </w:r>
    </w:p>
    <w:p w14:paraId="31DE30DD" w14:textId="77777777" w:rsidR="00A425D5" w:rsidRDefault="00A425D5" w:rsidP="00A425D5">
      <w:pPr>
        <w:numPr>
          <w:ilvl w:val="0"/>
          <w:numId w:val="9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what cybersecurity means and why it’s important.</w:t>
      </w:r>
    </w:p>
    <w:p w14:paraId="340568BA" w14:textId="77777777" w:rsidR="00A425D5" w:rsidRDefault="00A425D5" w:rsidP="00A425D5">
      <w:pPr>
        <w:numPr>
          <w:ilvl w:val="0"/>
          <w:numId w:val="93"/>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Recognise</w:t>
      </w:r>
      <w:proofErr w:type="spellEnd"/>
      <w:r>
        <w:rPr>
          <w:rFonts w:ascii="Montserrat" w:eastAsia="Times New Roman" w:hAnsi="Montserrat" w:cs="Segoe UI"/>
          <w:color w:val="0A0A0A"/>
        </w:rPr>
        <w:t xml:space="preserve"> and avoid online risks like scams, phishing, and malware.</w:t>
      </w:r>
    </w:p>
    <w:p w14:paraId="4E8F6443" w14:textId="77777777" w:rsidR="00A425D5" w:rsidRDefault="00A425D5" w:rsidP="00A425D5">
      <w:pPr>
        <w:numPr>
          <w:ilvl w:val="0"/>
          <w:numId w:val="9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Create strong passwords and secure online accounts.</w:t>
      </w:r>
    </w:p>
    <w:p w14:paraId="6E063D1F" w14:textId="77777777" w:rsidR="00A425D5" w:rsidRDefault="00A425D5" w:rsidP="00A425D5">
      <w:pPr>
        <w:numPr>
          <w:ilvl w:val="0"/>
          <w:numId w:val="9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technology responsibly on social media, games, and devices.</w:t>
      </w:r>
    </w:p>
    <w:p w14:paraId="0063C5DA" w14:textId="77777777" w:rsidR="00A425D5" w:rsidRDefault="00A425D5" w:rsidP="00A425D5">
      <w:pPr>
        <w:numPr>
          <w:ilvl w:val="0"/>
          <w:numId w:val="9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Identify fake news, cyberbullying, and online manipulation.</w:t>
      </w:r>
    </w:p>
    <w:p w14:paraId="0EA9EBC7" w14:textId="77777777" w:rsidR="00A425D5" w:rsidRDefault="00A425D5" w:rsidP="00A425D5">
      <w:pPr>
        <w:numPr>
          <w:ilvl w:val="0"/>
          <w:numId w:val="93"/>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Practise</w:t>
      </w:r>
      <w:proofErr w:type="spellEnd"/>
      <w:r>
        <w:rPr>
          <w:rFonts w:ascii="Montserrat" w:eastAsia="Times New Roman" w:hAnsi="Montserrat" w:cs="Segoe UI"/>
          <w:color w:val="0A0A0A"/>
        </w:rPr>
        <w:t xml:space="preserve"> safe online habits to protect privacy and digital reputation.</w:t>
      </w:r>
    </w:p>
    <w:p w14:paraId="27C6F1E2" w14:textId="77777777" w:rsidR="00A425D5" w:rsidRDefault="00A425D5">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Requirements</w:t>
      </w:r>
    </w:p>
    <w:p w14:paraId="163A42FA" w14:textId="77777777" w:rsidR="00A425D5" w:rsidRDefault="00A425D5" w:rsidP="00A425D5">
      <w:pPr>
        <w:numPr>
          <w:ilvl w:val="0"/>
          <w:numId w:val="9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Platforms: Google </w:t>
      </w:r>
      <w:proofErr w:type="spellStart"/>
      <w:r>
        <w:rPr>
          <w:rFonts w:ascii="Montserrat" w:eastAsia="Times New Roman" w:hAnsi="Montserrat" w:cs="Segoe UI"/>
          <w:color w:val="0A0A0A"/>
        </w:rPr>
        <w:t>Interland</w:t>
      </w:r>
      <w:proofErr w:type="spellEnd"/>
      <w:r>
        <w:rPr>
          <w:rFonts w:ascii="Montserrat" w:eastAsia="Times New Roman" w:hAnsi="Montserrat" w:cs="Segoe UI"/>
          <w:color w:val="0A0A0A"/>
        </w:rPr>
        <w:t xml:space="preserve"> (Be Internet Awesome), </w:t>
      </w:r>
      <w:proofErr w:type="spellStart"/>
      <w:r>
        <w:rPr>
          <w:rFonts w:ascii="Montserrat" w:eastAsia="Times New Roman" w:hAnsi="Montserrat" w:cs="Segoe UI"/>
          <w:color w:val="0A0A0A"/>
        </w:rPr>
        <w:t>CyberFirst</w:t>
      </w:r>
      <w:proofErr w:type="spellEnd"/>
      <w:r>
        <w:rPr>
          <w:rFonts w:ascii="Montserrat" w:eastAsia="Times New Roman" w:hAnsi="Montserrat" w:cs="Segoe UI"/>
          <w:color w:val="0A0A0A"/>
        </w:rPr>
        <w:t xml:space="preserve"> (for teens), Be Internet Legends (younger kids)</w:t>
      </w:r>
    </w:p>
    <w:p w14:paraId="54282EA3" w14:textId="77777777" w:rsidR="00A425D5" w:rsidRDefault="00A425D5" w:rsidP="00A425D5">
      <w:pPr>
        <w:numPr>
          <w:ilvl w:val="0"/>
          <w:numId w:val="9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Software/Demos: </w:t>
      </w:r>
      <w:proofErr w:type="spellStart"/>
      <w:r>
        <w:rPr>
          <w:rFonts w:ascii="Montserrat" w:eastAsia="Times New Roman" w:hAnsi="Montserrat" w:cs="Segoe UI"/>
          <w:color w:val="0A0A0A"/>
        </w:rPr>
        <w:t>Canva</w:t>
      </w:r>
      <w:proofErr w:type="spellEnd"/>
      <w:r>
        <w:rPr>
          <w:rFonts w:ascii="Montserrat" w:eastAsia="Times New Roman" w:hAnsi="Montserrat" w:cs="Segoe UI"/>
          <w:color w:val="0A0A0A"/>
        </w:rPr>
        <w:t xml:space="preserve"> (for posters), </w:t>
      </w:r>
      <w:proofErr w:type="spellStart"/>
      <w:r>
        <w:rPr>
          <w:rFonts w:ascii="Montserrat" w:eastAsia="Times New Roman" w:hAnsi="Montserrat" w:cs="Segoe UI"/>
          <w:color w:val="0A0A0A"/>
        </w:rPr>
        <w:t>Kahoot</w:t>
      </w:r>
      <w:proofErr w:type="spellEnd"/>
      <w:r>
        <w:rPr>
          <w:rFonts w:ascii="Montserrat" w:eastAsia="Times New Roman" w:hAnsi="Montserrat" w:cs="Segoe UI"/>
          <w:color w:val="0A0A0A"/>
        </w:rPr>
        <w:t>! (for quizzes), Scratch or HTML for mini-cyber projects</w:t>
      </w:r>
    </w:p>
    <w:p w14:paraId="2491F770" w14:textId="77777777" w:rsidR="00A425D5" w:rsidRDefault="00A425D5" w:rsidP="00A425D5">
      <w:pPr>
        <w:numPr>
          <w:ilvl w:val="0"/>
          <w:numId w:val="9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Hardware: Laptop/tablet with internet access</w:t>
      </w:r>
    </w:p>
    <w:p w14:paraId="0ECE3D76" w14:textId="77777777" w:rsidR="00A425D5" w:rsidRDefault="00A425D5" w:rsidP="00A425D5">
      <w:pPr>
        <w:numPr>
          <w:ilvl w:val="0"/>
          <w:numId w:val="9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Supplementary: Printable worksheets, role-play cards, and case studies</w:t>
      </w:r>
    </w:p>
    <w:p w14:paraId="19188D12" w14:textId="77777777" w:rsidR="00A425D5" w:rsidRDefault="00A425D5">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5DE89DAA"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 Introduction to Cybersecurity and Digital World</w:t>
      </w:r>
    </w:p>
    <w:p w14:paraId="3FF57074"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2: Personal Information and Digital Identity</w:t>
      </w:r>
    </w:p>
    <w:p w14:paraId="45E7E8FC"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lastRenderedPageBreak/>
        <w:t>Module 3: Password Power and Account Security</w:t>
      </w:r>
    </w:p>
    <w:p w14:paraId="6CE1D307"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4: Recognising Online Scams and Phishing</w:t>
      </w:r>
    </w:p>
    <w:p w14:paraId="2E699853"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5: Malware, Viruses, and Device Protection</w:t>
      </w:r>
    </w:p>
    <w:p w14:paraId="24056778"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6: Online Communication and Social Media Safety</w:t>
      </w:r>
    </w:p>
    <w:p w14:paraId="7E5F2CB9"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7: Cyberbullying and Digital Etiquette</w:t>
      </w:r>
    </w:p>
    <w:p w14:paraId="2443B603"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8: Fake News, Misinformation, and Critical Thinking</w:t>
      </w:r>
    </w:p>
    <w:p w14:paraId="54AA4DDB"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9: Responsible Use, Digital Footprints, and Online Reputation</w:t>
      </w:r>
    </w:p>
    <w:p w14:paraId="2479B050"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10: Cyber Ethics, Future of Technology, and Final Project</w:t>
      </w:r>
    </w:p>
    <w:p w14:paraId="6B6DBA29" w14:textId="77777777" w:rsidR="00A425D5" w:rsidRDefault="00A425D5">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6B8BB393" w14:textId="77777777" w:rsidR="00A425D5" w:rsidRDefault="00A425D5">
      <w:pPr>
        <w:pStyle w:val="NormalWeb"/>
        <w:shd w:val="clear" w:color="auto" w:fill="E3F3FA"/>
        <w:rPr>
          <w:rFonts w:ascii="Montserrat" w:hAnsi="Montserrat" w:cs="Segoe UI"/>
          <w:color w:val="0A0A0A"/>
        </w:rPr>
      </w:pPr>
      <w:r>
        <w:rPr>
          <w:rFonts w:ascii="Montserrat" w:hAnsi="Montserrat" w:cs="Segoe UI"/>
          <w:color w:val="0A0A0A"/>
        </w:rPr>
        <w:t>Certificate of Completion</w:t>
      </w:r>
      <w:r>
        <w:rPr>
          <w:rFonts w:ascii="Montserrat" w:hAnsi="Montserrat" w:cs="Segoe UI"/>
          <w:color w:val="0A0A0A"/>
        </w:rPr>
        <w:br/>
        <w:t>Awarded to students who complete all modules and submit their final “Be Cyber Smart” project.</w:t>
      </w:r>
    </w:p>
    <w:p w14:paraId="6974F1D4" w14:textId="77777777" w:rsidR="00A425D5" w:rsidRDefault="00A425D5">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466E53B7" w14:textId="77777777" w:rsidR="00A425D5" w:rsidRDefault="00A425D5">
      <w:pPr>
        <w:pStyle w:val="NormalWeb"/>
        <w:shd w:val="clear" w:color="auto" w:fill="E9F7F3"/>
        <w:spacing w:line="480" w:lineRule="atLeast"/>
        <w:rPr>
          <w:rFonts w:ascii="Montserrat" w:hAnsi="Montserrat" w:cs="Segoe UI"/>
          <w:color w:val="0A0A0A"/>
        </w:rPr>
      </w:pPr>
      <w:r>
        <w:rPr>
          <w:rFonts w:ascii="Montserrat" w:hAnsi="Montserrat" w:cs="Segoe UI"/>
          <w:color w:val="0A0A0A"/>
        </w:rPr>
        <w:t>After completing this course, students can continue with:</w:t>
      </w:r>
    </w:p>
    <w:p w14:paraId="118E7D6F" w14:textId="77777777" w:rsidR="00A425D5" w:rsidRDefault="00A425D5" w:rsidP="00A425D5">
      <w:pPr>
        <w:numPr>
          <w:ilvl w:val="0"/>
          <w:numId w:val="9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Introduction to Ethical Hacking (For Teens)</w:t>
      </w:r>
    </w:p>
    <w:p w14:paraId="226EB8A8" w14:textId="77777777" w:rsidR="00A425D5" w:rsidRDefault="00A425D5" w:rsidP="00A425D5">
      <w:pPr>
        <w:numPr>
          <w:ilvl w:val="0"/>
          <w:numId w:val="9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Digital Citizenship and Media Literacy</w:t>
      </w:r>
    </w:p>
    <w:p w14:paraId="0CAEDAC1" w14:textId="77777777" w:rsidR="00A425D5" w:rsidRDefault="00A425D5" w:rsidP="00A425D5">
      <w:pPr>
        <w:numPr>
          <w:ilvl w:val="0"/>
          <w:numId w:val="9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AI and Cybersecurity for Beginners</w:t>
      </w:r>
    </w:p>
    <w:p w14:paraId="2B0AC9CC" w14:textId="77777777" w:rsidR="00A425D5" w:rsidRDefault="00A425D5" w:rsidP="00A425D5">
      <w:pPr>
        <w:numPr>
          <w:ilvl w:val="0"/>
          <w:numId w:val="9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Web Safety and Coding for Security Projects</w:t>
      </w:r>
    </w:p>
    <w:p w14:paraId="5226E4CB" w14:textId="77777777" w:rsidR="00B12525" w:rsidRDefault="00B12525" w:rsidP="00B12525">
      <w:pPr>
        <w:pStyle w:val="Heading2"/>
        <w:shd w:val="clear" w:color="auto" w:fill="FFFFFF"/>
        <w:spacing w:before="0"/>
        <w:rPr>
          <w:rFonts w:ascii="Montserrat" w:eastAsia="Times New Roman" w:hAnsi="Montserrat" w:cs="Segoe UI"/>
          <w:b w:val="0"/>
          <w:bCs w:val="0"/>
          <w:color w:val="000000"/>
          <w:sz w:val="32"/>
          <w:szCs w:val="32"/>
        </w:rPr>
      </w:pPr>
    </w:p>
    <w:p w14:paraId="67DC0CA0" w14:textId="330C9323" w:rsidR="00B12525" w:rsidRPr="00B12525" w:rsidRDefault="00B12525" w:rsidP="00B12525">
      <w:pPr>
        <w:pStyle w:val="Heading2"/>
        <w:shd w:val="clear" w:color="auto" w:fill="FFFFFF"/>
        <w:spacing w:before="0"/>
        <w:rPr>
          <w:rFonts w:ascii="Montserrat" w:eastAsia="Times New Roman" w:hAnsi="Montserrat" w:cs="Segoe UI"/>
          <w:b w:val="0"/>
          <w:bCs w:val="0"/>
          <w:color w:val="000000"/>
          <w:sz w:val="32"/>
          <w:szCs w:val="32"/>
        </w:rPr>
      </w:pPr>
      <w:r>
        <w:rPr>
          <w:rFonts w:ascii="Montserrat" w:eastAsia="Times New Roman" w:hAnsi="Montserrat" w:cs="Segoe UI"/>
          <w:b w:val="0"/>
          <w:bCs w:val="0"/>
          <w:color w:val="000000"/>
          <w:sz w:val="32"/>
          <w:szCs w:val="32"/>
        </w:rPr>
        <w:t xml:space="preserve">                                    </w:t>
      </w:r>
      <w:r w:rsidRPr="00B12525">
        <w:rPr>
          <w:rFonts w:ascii="Montserrat" w:eastAsia="Times New Roman" w:hAnsi="Montserrat" w:cs="Segoe UI"/>
          <w:b w:val="0"/>
          <w:bCs w:val="0"/>
          <w:color w:val="1F497D" w:themeColor="text2"/>
          <w:sz w:val="36"/>
          <w:szCs w:val="36"/>
        </w:rPr>
        <w:t>ROBOTICS</w:t>
      </w:r>
    </w:p>
    <w:p w14:paraId="4E1080B1" w14:textId="2C98BD51" w:rsidR="005402A6" w:rsidRPr="00B12525" w:rsidRDefault="005402A6">
      <w:pPr>
        <w:pStyle w:val="Heading2"/>
        <w:shd w:val="clear" w:color="auto" w:fill="FFFFFF"/>
        <w:spacing w:before="0"/>
        <w:rPr>
          <w:rFonts w:ascii="Montserrat" w:eastAsia="Times New Roman" w:hAnsi="Montserrat" w:cs="Segoe UI"/>
          <w:color w:val="000000"/>
          <w:sz w:val="32"/>
          <w:szCs w:val="32"/>
        </w:rPr>
      </w:pPr>
      <w:r w:rsidRPr="00B12525">
        <w:rPr>
          <w:rFonts w:ascii="Montserrat" w:eastAsia="Times New Roman" w:hAnsi="Montserrat" w:cs="Segoe UI"/>
          <w:b w:val="0"/>
          <w:bCs w:val="0"/>
          <w:color w:val="000000"/>
          <w:sz w:val="32"/>
          <w:szCs w:val="32"/>
        </w:rPr>
        <w:t>Robotics – Build, Code, and Control Your Own Robots</w:t>
      </w:r>
    </w:p>
    <w:p w14:paraId="6A25D32D" w14:textId="77777777" w:rsidR="005402A6" w:rsidRDefault="005402A6">
      <w:pPr>
        <w:pStyle w:val="Heading3"/>
        <w:shd w:val="clear" w:color="auto" w:fill="BCE5FF"/>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48236420" w14:textId="77777777" w:rsidR="005402A6" w:rsidRDefault="005402A6">
      <w:pPr>
        <w:pStyle w:val="NormalWeb"/>
        <w:shd w:val="clear" w:color="auto" w:fill="BCE5FF"/>
        <w:rPr>
          <w:rFonts w:ascii="Montserrat" w:hAnsi="Montserrat" w:cs="Segoe UI"/>
          <w:color w:val="000000"/>
        </w:rPr>
      </w:pPr>
      <w:r>
        <w:rPr>
          <w:rFonts w:ascii="Montserrat" w:hAnsi="Montserrat" w:cs="Segoe UI"/>
          <w:color w:val="000000"/>
        </w:rPr>
        <w:t>This course introduces students to coding through Scratch, a visual, block-based programming language developed by MIT.</w:t>
      </w:r>
      <w:r>
        <w:rPr>
          <w:rFonts w:ascii="Montserrat" w:hAnsi="Montserrat" w:cs="Segoe UI"/>
          <w:color w:val="000000"/>
        </w:rPr>
        <w:br/>
        <w:t>Children will learn to design games, animations, and interactive stories while developing key problem-solving, logic, and creativity skills.</w:t>
      </w:r>
    </w:p>
    <w:p w14:paraId="10C5065B" w14:textId="77777777" w:rsidR="005402A6" w:rsidRDefault="005402A6">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719185A8" w14:textId="77777777" w:rsidR="005402A6" w:rsidRDefault="005402A6" w:rsidP="005402A6">
      <w:pPr>
        <w:numPr>
          <w:ilvl w:val="0"/>
          <w:numId w:val="9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Beginner Track: Ages 7–10</w:t>
      </w:r>
    </w:p>
    <w:p w14:paraId="76C16B80" w14:textId="77777777" w:rsidR="005402A6" w:rsidRDefault="005402A6" w:rsidP="005402A6">
      <w:pPr>
        <w:numPr>
          <w:ilvl w:val="0"/>
          <w:numId w:val="9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Intermediate Track: Ages 11–14</w:t>
      </w:r>
    </w:p>
    <w:p w14:paraId="7545F5DF" w14:textId="77777777" w:rsidR="005402A6" w:rsidRDefault="005402A6">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17F66D44" w14:textId="77777777" w:rsidR="005402A6" w:rsidRDefault="005402A6" w:rsidP="005402A6">
      <w:pPr>
        <w:numPr>
          <w:ilvl w:val="0"/>
          <w:numId w:val="9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Total Duration: 40–50 hours</w:t>
      </w:r>
    </w:p>
    <w:p w14:paraId="63CA89EA" w14:textId="77777777" w:rsidR="005402A6" w:rsidRDefault="005402A6" w:rsidP="005402A6">
      <w:pPr>
        <w:numPr>
          <w:ilvl w:val="0"/>
          <w:numId w:val="9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Suggested Format: 10 Modules (4–5 hours each)</w:t>
      </w:r>
    </w:p>
    <w:p w14:paraId="6C19C965" w14:textId="77777777" w:rsidR="005402A6" w:rsidRDefault="005402A6" w:rsidP="005402A6">
      <w:pPr>
        <w:numPr>
          <w:ilvl w:val="0"/>
          <w:numId w:val="9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Delivery Mode: In-class / Online (project-based learning)</w:t>
      </w:r>
    </w:p>
    <w:p w14:paraId="34501D68" w14:textId="77777777" w:rsidR="005402A6" w:rsidRDefault="005402A6">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0084E00C" w14:textId="77777777" w:rsidR="005402A6" w:rsidRDefault="005402A6">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0493E7DB" w14:textId="77777777" w:rsidR="005402A6" w:rsidRDefault="005402A6" w:rsidP="005402A6">
      <w:pPr>
        <w:numPr>
          <w:ilvl w:val="0"/>
          <w:numId w:val="9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the basics of coding logic, loops, and variables.</w:t>
      </w:r>
    </w:p>
    <w:p w14:paraId="39327894" w14:textId="77777777" w:rsidR="005402A6" w:rsidRDefault="005402A6" w:rsidP="005402A6">
      <w:pPr>
        <w:numPr>
          <w:ilvl w:val="0"/>
          <w:numId w:val="9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Scratch to design, code, and share their own projects.</w:t>
      </w:r>
    </w:p>
    <w:p w14:paraId="604897B3" w14:textId="77777777" w:rsidR="005402A6" w:rsidRDefault="005402A6" w:rsidP="005402A6">
      <w:pPr>
        <w:numPr>
          <w:ilvl w:val="0"/>
          <w:numId w:val="9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Animate sprites, create interactive stories, and build simple games.</w:t>
      </w:r>
    </w:p>
    <w:p w14:paraId="5BF08CA9" w14:textId="77777777" w:rsidR="005402A6" w:rsidRDefault="005402A6" w:rsidP="005402A6">
      <w:pPr>
        <w:numPr>
          <w:ilvl w:val="0"/>
          <w:numId w:val="9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Apply debugging and problem-solving strategies.</w:t>
      </w:r>
    </w:p>
    <w:p w14:paraId="3651190B" w14:textId="77777777" w:rsidR="005402A6" w:rsidRDefault="005402A6" w:rsidP="005402A6">
      <w:pPr>
        <w:numPr>
          <w:ilvl w:val="0"/>
          <w:numId w:val="9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Collaborate and present their coding projects confidently.</w:t>
      </w:r>
    </w:p>
    <w:p w14:paraId="603A992E" w14:textId="77777777" w:rsidR="005402A6" w:rsidRDefault="005402A6">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Tools &amp; Requirements</w:t>
      </w:r>
    </w:p>
    <w:p w14:paraId="43135FEA" w14:textId="77777777" w:rsidR="005402A6" w:rsidRDefault="005402A6" w:rsidP="005402A6">
      <w:pPr>
        <w:numPr>
          <w:ilvl w:val="0"/>
          <w:numId w:val="9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Platform:</w:t>
      </w:r>
      <w:hyperlink r:id="rId96" w:tgtFrame="_blank" w:history="1">
        <w:r>
          <w:rPr>
            <w:rStyle w:val="Hyperlink"/>
            <w:rFonts w:ascii="Montserrat" w:eastAsia="Times New Roman" w:hAnsi="Montserrat" w:cs="Segoe UI"/>
            <w:color w:val="CC3366"/>
          </w:rPr>
          <w:t>mit.edu</w:t>
        </w:r>
      </w:hyperlink>
      <w:r>
        <w:rPr>
          <w:rFonts w:ascii="Montserrat" w:eastAsia="Times New Roman" w:hAnsi="Montserrat" w:cs="Segoe UI"/>
          <w:color w:val="0A0A0A"/>
        </w:rPr>
        <w:t> (free online or offline editor)</w:t>
      </w:r>
    </w:p>
    <w:p w14:paraId="5953648E" w14:textId="77777777" w:rsidR="005402A6" w:rsidRDefault="005402A6" w:rsidP="005402A6">
      <w:pPr>
        <w:numPr>
          <w:ilvl w:val="0"/>
          <w:numId w:val="99"/>
        </w:numPr>
        <w:spacing w:before="100" w:beforeAutospacing="1" w:after="100" w:afterAutospacing="1" w:line="240" w:lineRule="auto"/>
        <w:textAlignment w:val="baseline"/>
        <w:rPr>
          <w:rFonts w:ascii="Montserrat" w:eastAsia="Times New Roman" w:hAnsi="Montserrat" w:cs="Segoe UI"/>
          <w:color w:val="0A0A0A"/>
        </w:rPr>
      </w:pPr>
      <w:proofErr w:type="spellStart"/>
      <w:r>
        <w:rPr>
          <w:rFonts w:ascii="Montserrat" w:eastAsia="Times New Roman" w:hAnsi="Montserrat" w:cs="Segoe UI"/>
          <w:color w:val="0A0A0A"/>
        </w:rPr>
        <w:t>Hardware:Laptop</w:t>
      </w:r>
      <w:proofErr w:type="spellEnd"/>
      <w:r>
        <w:rPr>
          <w:rFonts w:ascii="Montserrat" w:eastAsia="Times New Roman" w:hAnsi="Montserrat" w:cs="Segoe UI"/>
          <w:color w:val="0A0A0A"/>
        </w:rPr>
        <w:t xml:space="preserve"> or tablet with internet access</w:t>
      </w:r>
    </w:p>
    <w:p w14:paraId="6F457F8A" w14:textId="77777777" w:rsidR="005402A6" w:rsidRDefault="005402A6" w:rsidP="005402A6">
      <w:pPr>
        <w:numPr>
          <w:ilvl w:val="0"/>
          <w:numId w:val="9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No prior coding experience required</w:t>
      </w:r>
    </w:p>
    <w:p w14:paraId="583AB6CF" w14:textId="77777777" w:rsidR="005402A6" w:rsidRDefault="005402A6">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5F840FC5"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1: Introduction to Scratch and Coding Concepts</w:t>
      </w:r>
    </w:p>
    <w:p w14:paraId="685DD9F9"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2: Events, Motion, and Sequencing</w:t>
      </w:r>
    </w:p>
    <w:p w14:paraId="73800463"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3: Loops, Timing, and Repetition</w:t>
      </w:r>
    </w:p>
    <w:p w14:paraId="11354F7E"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4: Using Sounds, Costumes, and Looks</w:t>
      </w:r>
    </w:p>
    <w:p w14:paraId="45373C1C"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5: Conditional Logic and Decisions</w:t>
      </w:r>
    </w:p>
    <w:p w14:paraId="7309E5DF"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6: Variables and Scorekeeping</w:t>
      </w:r>
    </w:p>
    <w:p w14:paraId="5DC484D6"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7: Broadcast Messages and Game Mechanics</w:t>
      </w:r>
    </w:p>
    <w:p w14:paraId="5728E413"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8: Cloning, Advanced Animation, and Effects</w:t>
      </w:r>
    </w:p>
    <w:p w14:paraId="56C2A10A"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9: Debugging and Polishing Projects</w:t>
      </w:r>
    </w:p>
    <w:p w14:paraId="03A8EB4E" w14:textId="77777777" w:rsidR="005402A6" w:rsidRDefault="005402A6" w:rsidP="005402A6">
      <w:pPr>
        <w:numPr>
          <w:ilvl w:val="0"/>
          <w:numId w:val="10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10: Final Project – Create, Share, and Present Your Game</w:t>
      </w:r>
    </w:p>
    <w:p w14:paraId="0257CDAE" w14:textId="77777777" w:rsidR="005402A6" w:rsidRDefault="005402A6">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7D7A447B" w14:textId="77777777" w:rsidR="005402A6" w:rsidRDefault="005402A6">
      <w:pPr>
        <w:pStyle w:val="NormalWeb"/>
        <w:shd w:val="clear" w:color="auto" w:fill="E3F3FA"/>
        <w:spacing w:line="480" w:lineRule="atLeast"/>
        <w:rPr>
          <w:rFonts w:ascii="Montserrat" w:hAnsi="Montserrat" w:cs="Segoe UI"/>
          <w:color w:val="0A0A0A"/>
        </w:rPr>
      </w:pPr>
      <w:r>
        <w:rPr>
          <w:rFonts w:ascii="Montserrat" w:hAnsi="Montserrat" w:cs="Segoe UI"/>
          <w:color w:val="0A0A0A"/>
        </w:rPr>
        <w:t>Certificate of Completion</w:t>
      </w:r>
      <w:r>
        <w:rPr>
          <w:rFonts w:ascii="Montserrat" w:hAnsi="Montserrat" w:cs="Segoe UI"/>
          <w:color w:val="0A0A0A"/>
        </w:rPr>
        <w:br/>
        <w:t>Awarded for successful completion of all modules and final project submission.</w:t>
      </w:r>
    </w:p>
    <w:p w14:paraId="56A20C55" w14:textId="77777777" w:rsidR="005402A6" w:rsidRDefault="005402A6">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21C00DFE" w14:textId="77777777" w:rsidR="005402A6" w:rsidRDefault="005402A6">
      <w:pPr>
        <w:pStyle w:val="NormalWeb"/>
        <w:shd w:val="clear" w:color="auto" w:fill="E9F7F3"/>
        <w:spacing w:line="480" w:lineRule="atLeast"/>
        <w:rPr>
          <w:rFonts w:ascii="Montserrat" w:hAnsi="Montserrat" w:cs="Segoe UI"/>
          <w:color w:val="0A0A0A"/>
        </w:rPr>
      </w:pPr>
      <w:r>
        <w:rPr>
          <w:rFonts w:ascii="Montserrat" w:hAnsi="Montserrat" w:cs="Segoe UI"/>
          <w:color w:val="0A0A0A"/>
        </w:rPr>
        <w:t>Students who complete this course can progress to:</w:t>
      </w:r>
    </w:p>
    <w:p w14:paraId="5FE59F70" w14:textId="77777777" w:rsidR="005402A6" w:rsidRDefault="005402A6" w:rsidP="005402A6">
      <w:pPr>
        <w:numPr>
          <w:ilvl w:val="0"/>
          <w:numId w:val="10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Game Development with Scratch Advanced</w:t>
      </w:r>
    </w:p>
    <w:p w14:paraId="0722878C" w14:textId="77777777" w:rsidR="005402A6" w:rsidRDefault="005402A6" w:rsidP="005402A6">
      <w:pPr>
        <w:numPr>
          <w:ilvl w:val="0"/>
          <w:numId w:val="10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Python for Beginners</w:t>
      </w:r>
    </w:p>
    <w:p w14:paraId="52B6C300" w14:textId="77777777" w:rsidR="005402A6" w:rsidRDefault="005402A6" w:rsidP="005402A6">
      <w:pPr>
        <w:numPr>
          <w:ilvl w:val="0"/>
          <w:numId w:val="10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 Development with MIT App Inventor</w:t>
      </w:r>
    </w:p>
    <w:p w14:paraId="4863B93B" w14:textId="6DA82476" w:rsidR="005402A6" w:rsidRDefault="005402A6" w:rsidP="005402A6">
      <w:pPr>
        <w:numPr>
          <w:ilvl w:val="0"/>
          <w:numId w:val="10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 xml:space="preserve">Robotics with Scratch &amp; </w:t>
      </w:r>
      <w:r w:rsidR="00EB185F">
        <w:rPr>
          <w:rFonts w:ascii="Montserrat" w:eastAsia="Times New Roman" w:hAnsi="Montserrat" w:cs="Segoe UI"/>
          <w:color w:val="0A0A0A"/>
        </w:rPr>
        <w:t>micro: bit</w:t>
      </w:r>
    </w:p>
    <w:p w14:paraId="16608DFC" w14:textId="77777777" w:rsidR="00EB185F" w:rsidRDefault="00EB185F" w:rsidP="00EB185F">
      <w:pPr>
        <w:spacing w:before="100" w:beforeAutospacing="1" w:after="100" w:afterAutospacing="1" w:line="480" w:lineRule="atLeast"/>
        <w:textAlignment w:val="baseline"/>
        <w:rPr>
          <w:rFonts w:ascii="Montserrat" w:eastAsia="Times New Roman" w:hAnsi="Montserrat" w:cs="Segoe UI"/>
          <w:color w:val="0A0A0A"/>
        </w:rPr>
      </w:pPr>
    </w:p>
    <w:p w14:paraId="088FB55D" w14:textId="2C867DC4" w:rsidR="00EB185F" w:rsidRPr="00EB185F" w:rsidRDefault="00EB185F" w:rsidP="00EB185F">
      <w:pPr>
        <w:spacing w:before="100" w:beforeAutospacing="1" w:after="100" w:afterAutospacing="1" w:line="480" w:lineRule="atLeast"/>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0A0A0A"/>
        </w:rPr>
        <w:t xml:space="preserve">                                           </w:t>
      </w:r>
      <w:r w:rsidRPr="00EB185F">
        <w:rPr>
          <w:rFonts w:ascii="Montserrat" w:eastAsia="Times New Roman" w:hAnsi="Montserrat" w:cs="Segoe UI"/>
          <w:color w:val="1F497D" w:themeColor="text2"/>
          <w:sz w:val="24"/>
          <w:szCs w:val="24"/>
        </w:rPr>
        <w:t xml:space="preserve">ARTIFICIAL INTELLIGENCE </w:t>
      </w:r>
    </w:p>
    <w:p w14:paraId="22D5F7CE" w14:textId="77777777" w:rsidR="00EB185F" w:rsidRPr="00EB185F" w:rsidRDefault="00EB185F">
      <w:pPr>
        <w:pStyle w:val="Heading2"/>
        <w:shd w:val="clear" w:color="auto" w:fill="FFFFFF"/>
        <w:spacing w:before="0"/>
        <w:rPr>
          <w:rFonts w:ascii="Montserrat" w:eastAsia="Times New Roman" w:hAnsi="Montserrat" w:cs="Segoe UI"/>
          <w:color w:val="000000"/>
          <w:sz w:val="32"/>
          <w:szCs w:val="32"/>
        </w:rPr>
      </w:pPr>
      <w:r w:rsidRPr="00EB185F">
        <w:rPr>
          <w:rFonts w:ascii="Montserrat" w:eastAsia="Times New Roman" w:hAnsi="Montserrat" w:cs="Segoe UI"/>
          <w:b w:val="0"/>
          <w:bCs w:val="0"/>
          <w:color w:val="000000"/>
          <w:sz w:val="32"/>
          <w:szCs w:val="32"/>
        </w:rPr>
        <w:t>Artificial Intelligence – Learn, Create, and Explore Smart Technology</w:t>
      </w:r>
    </w:p>
    <w:p w14:paraId="05905B7A" w14:textId="77777777" w:rsidR="00EB185F" w:rsidRDefault="00EB185F">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0E120F4C" w14:textId="77777777" w:rsidR="00EB185F" w:rsidRDefault="00EB185F">
      <w:pPr>
        <w:pStyle w:val="NormalWeb"/>
        <w:shd w:val="clear" w:color="auto" w:fill="E3F3FA"/>
        <w:rPr>
          <w:rFonts w:ascii="Montserrat" w:hAnsi="Montserrat" w:cs="Segoe UI"/>
          <w:color w:val="0A0A0A"/>
        </w:rPr>
      </w:pPr>
      <w:r>
        <w:rPr>
          <w:rFonts w:ascii="Montserrat" w:hAnsi="Montserrat" w:cs="Segoe UI"/>
          <w:color w:val="0A0A0A"/>
        </w:rPr>
        <w:t>This course introduces students to Artificial Intelligence concepts through real-world examples, games, and coding-based projects.</w:t>
      </w:r>
      <w:r>
        <w:rPr>
          <w:rFonts w:ascii="Montserrat" w:hAnsi="Montserrat" w:cs="Segoe UI"/>
          <w:color w:val="0A0A0A"/>
        </w:rPr>
        <w:br/>
        <w:t>Learners explore how computers can see, hear, speak, and make decisions, and they build their own projects using AI tools like Teachable Machine, Scratch, and Python-based AI libraries (age-dependent).</w:t>
      </w:r>
    </w:p>
    <w:p w14:paraId="65E17E05" w14:textId="77777777" w:rsidR="00EB185F" w:rsidRDefault="00EB185F">
      <w:pPr>
        <w:pStyle w:val="NormalWeb"/>
        <w:shd w:val="clear" w:color="auto" w:fill="E3F3FA"/>
        <w:rPr>
          <w:rFonts w:ascii="Montserrat" w:hAnsi="Montserrat" w:cs="Segoe UI"/>
          <w:color w:val="0A0A0A"/>
        </w:rPr>
      </w:pPr>
      <w:r>
        <w:rPr>
          <w:rFonts w:ascii="Montserrat" w:hAnsi="Montserrat" w:cs="Segoe UI"/>
          <w:color w:val="0A0A0A"/>
        </w:rPr>
        <w:t>The course promotes responsible AI use, creativity, and problem-solving.</w:t>
      </w:r>
    </w:p>
    <w:p w14:paraId="16AC747D" w14:textId="77777777" w:rsidR="00EB185F" w:rsidRDefault="00EB185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70FD9DBF"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Ages </w:t>
      </w:r>
      <w:r>
        <w:rPr>
          <w:rStyle w:val="Strong"/>
          <w:rFonts w:ascii="Montserrat" w:hAnsi="Montserrat" w:cs="Segoe UI"/>
          <w:color w:val="0A0A0A"/>
        </w:rPr>
        <w:t>10–16</w:t>
      </w:r>
      <w:r>
        <w:rPr>
          <w:rFonts w:ascii="Montserrat" w:hAnsi="Montserrat" w:cs="Segoe UI"/>
          <w:color w:val="0A0A0A"/>
        </w:rPr>
        <w:t> (no prior AI or coding experience required)</w:t>
      </w:r>
    </w:p>
    <w:p w14:paraId="4C99AD62" w14:textId="77777777" w:rsidR="00EB185F" w:rsidRDefault="00EB185F">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3E9D7253" w14:textId="77777777" w:rsidR="00EB185F" w:rsidRDefault="00EB185F">
      <w:pPr>
        <w:pStyle w:val="NormalWeb"/>
        <w:shd w:val="clear" w:color="auto" w:fill="E3F3FA"/>
        <w:spacing w:line="480" w:lineRule="atLeast"/>
        <w:rPr>
          <w:rFonts w:ascii="Montserrat" w:hAnsi="Montserrat" w:cs="Segoe UI"/>
          <w:color w:val="0A0A0A"/>
        </w:rPr>
      </w:pPr>
      <w:r>
        <w:rPr>
          <w:rFonts w:ascii="Montserrat" w:hAnsi="Montserrat" w:cs="Segoe UI"/>
          <w:color w:val="0A0A0A"/>
        </w:rPr>
        <w:t>45–60 hours (10 modules, 4–6 hours each)</w:t>
      </w:r>
      <w:r>
        <w:rPr>
          <w:rFonts w:ascii="Montserrat" w:hAnsi="Montserrat" w:cs="Segoe UI"/>
          <w:color w:val="0A0A0A"/>
        </w:rPr>
        <w:br/>
        <w:t>Recommended delivery: 10–12 weeks</w:t>
      </w:r>
    </w:p>
    <w:p w14:paraId="3937BF4E" w14:textId="77777777" w:rsidR="00EB185F" w:rsidRDefault="00EB185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2AB2F56B"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students will be able to:</w:t>
      </w:r>
    </w:p>
    <w:p w14:paraId="2E7DDACC" w14:textId="77777777" w:rsidR="00EB185F" w:rsidRDefault="00EB185F" w:rsidP="00EB185F">
      <w:pPr>
        <w:numPr>
          <w:ilvl w:val="0"/>
          <w:numId w:val="10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what Artificial Intelligence is and how it impacts daily life.</w:t>
      </w:r>
    </w:p>
    <w:p w14:paraId="2D3F7E2E" w14:textId="77777777" w:rsidR="00EB185F" w:rsidRDefault="00EB185F" w:rsidP="00EB185F">
      <w:pPr>
        <w:numPr>
          <w:ilvl w:val="0"/>
          <w:numId w:val="10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Identify different types of AI — vision, language, and decision-making AI.</w:t>
      </w:r>
    </w:p>
    <w:p w14:paraId="77D87BC8" w14:textId="77777777" w:rsidR="00EB185F" w:rsidRDefault="00EB185F" w:rsidP="00EB185F">
      <w:pPr>
        <w:numPr>
          <w:ilvl w:val="0"/>
          <w:numId w:val="10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Train simple AI models using images, sound, or text.</w:t>
      </w:r>
    </w:p>
    <w:p w14:paraId="47119607" w14:textId="77777777" w:rsidR="00EB185F" w:rsidRDefault="00EB185F" w:rsidP="00EB185F">
      <w:pPr>
        <w:numPr>
          <w:ilvl w:val="0"/>
          <w:numId w:val="10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 basic AI-powered apps or games.</w:t>
      </w:r>
    </w:p>
    <w:p w14:paraId="08B55374" w14:textId="77777777" w:rsidR="00EB185F" w:rsidRDefault="00EB185F" w:rsidP="00EB185F">
      <w:pPr>
        <w:numPr>
          <w:ilvl w:val="0"/>
          <w:numId w:val="10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ethics, bias, and the responsible use of AI.</w:t>
      </w:r>
    </w:p>
    <w:p w14:paraId="2F4F3281" w14:textId="77777777" w:rsidR="00EB185F" w:rsidRDefault="00EB185F" w:rsidP="00EB185F">
      <w:pPr>
        <w:numPr>
          <w:ilvl w:val="0"/>
          <w:numId w:val="10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Present and explain their own AI project confidently.</w:t>
      </w:r>
    </w:p>
    <w:p w14:paraId="0C513C88" w14:textId="77777777" w:rsidR="00EB185F" w:rsidRDefault="00EB185F">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Tools &amp; Requirements</w:t>
      </w:r>
    </w:p>
    <w:p w14:paraId="238BF3B1" w14:textId="77777777" w:rsidR="00EB185F" w:rsidRDefault="00EB185F" w:rsidP="00EB185F">
      <w:pPr>
        <w:numPr>
          <w:ilvl w:val="0"/>
          <w:numId w:val="103"/>
        </w:numPr>
        <w:spacing w:before="100" w:beforeAutospacing="1" w:after="100" w:afterAutospacing="1" w:line="480" w:lineRule="atLeast"/>
        <w:textAlignment w:val="baseline"/>
        <w:rPr>
          <w:rFonts w:ascii="Montserrat" w:eastAsia="Times New Roman" w:hAnsi="Montserrat" w:cs="Segoe UI"/>
          <w:color w:val="0A0A0A"/>
        </w:rPr>
      </w:pPr>
      <w:r>
        <w:rPr>
          <w:rStyle w:val="Strong"/>
          <w:rFonts w:ascii="Montserrat" w:eastAsia="Times New Roman" w:hAnsi="Montserrat" w:cs="Segoe UI"/>
          <w:color w:val="0A0A0A"/>
        </w:rPr>
        <w:t>Online Tools:</w:t>
      </w:r>
    </w:p>
    <w:p w14:paraId="4B108F50" w14:textId="77777777" w:rsidR="00EB185F" w:rsidRDefault="00EB185F" w:rsidP="00EB185F">
      <w:pPr>
        <w:numPr>
          <w:ilvl w:val="1"/>
          <w:numId w:val="103"/>
        </w:numPr>
        <w:spacing w:before="100" w:beforeAutospacing="1" w:after="100" w:afterAutospacing="1" w:line="480" w:lineRule="atLeast"/>
        <w:textAlignment w:val="baseline"/>
        <w:rPr>
          <w:rFonts w:ascii="Montserrat" w:eastAsia="Times New Roman" w:hAnsi="Montserrat" w:cs="Segoe UI"/>
          <w:color w:val="0A0A0A"/>
        </w:rPr>
      </w:pPr>
      <w:hyperlink r:id="rId97" w:tgtFrame="_blank" w:history="1">
        <w:r>
          <w:rPr>
            <w:rStyle w:val="Hyperlink"/>
            <w:rFonts w:ascii="Montserrat" w:eastAsia="Times New Roman" w:hAnsi="Montserrat" w:cs="Segoe UI"/>
            <w:color w:val="CC3366"/>
          </w:rPr>
          <w:t>Google Teachable Machine</w:t>
        </w:r>
      </w:hyperlink>
    </w:p>
    <w:p w14:paraId="5556CAE0" w14:textId="77777777" w:rsidR="00EB185F" w:rsidRDefault="00EB185F" w:rsidP="00EB185F">
      <w:pPr>
        <w:numPr>
          <w:ilvl w:val="1"/>
          <w:numId w:val="103"/>
        </w:numPr>
        <w:spacing w:before="100" w:beforeAutospacing="1" w:after="100" w:afterAutospacing="1" w:line="480" w:lineRule="atLeast"/>
        <w:textAlignment w:val="baseline"/>
        <w:rPr>
          <w:rFonts w:ascii="Montserrat" w:eastAsia="Times New Roman" w:hAnsi="Montserrat" w:cs="Segoe UI"/>
          <w:color w:val="0A0A0A"/>
        </w:rPr>
      </w:pPr>
      <w:hyperlink r:id="rId98" w:tgtFrame="_blank" w:history="1">
        <w:r>
          <w:rPr>
            <w:rStyle w:val="Hyperlink"/>
            <w:rFonts w:ascii="Montserrat" w:eastAsia="Times New Roman" w:hAnsi="Montserrat" w:cs="Segoe UI"/>
            <w:color w:val="CC3366"/>
          </w:rPr>
          <w:t>Scratch 3.0 with AI extensions</w:t>
        </w:r>
      </w:hyperlink>
    </w:p>
    <w:p w14:paraId="7DB1D2E8" w14:textId="77777777" w:rsidR="00EB185F" w:rsidRDefault="00EB185F" w:rsidP="00EB185F">
      <w:pPr>
        <w:numPr>
          <w:ilvl w:val="1"/>
          <w:numId w:val="103"/>
        </w:numPr>
        <w:spacing w:before="100" w:beforeAutospacing="1" w:after="100" w:afterAutospacing="1" w:line="480" w:lineRule="atLeast"/>
        <w:textAlignment w:val="baseline"/>
        <w:rPr>
          <w:rFonts w:ascii="Montserrat" w:eastAsia="Times New Roman" w:hAnsi="Montserrat" w:cs="Segoe UI"/>
          <w:color w:val="0A0A0A"/>
        </w:rPr>
      </w:pPr>
      <w:hyperlink r:id="rId99" w:tgtFrame="_blank" w:history="1">
        <w:r>
          <w:rPr>
            <w:rStyle w:val="Hyperlink"/>
            <w:rFonts w:ascii="Montserrat" w:eastAsia="Times New Roman" w:hAnsi="Montserrat" w:cs="Segoe UI"/>
            <w:color w:val="CC3366"/>
          </w:rPr>
          <w:t xml:space="preserve">Microsoft </w:t>
        </w:r>
        <w:proofErr w:type="spellStart"/>
        <w:r>
          <w:rPr>
            <w:rStyle w:val="Hyperlink"/>
            <w:rFonts w:ascii="Montserrat" w:eastAsia="Times New Roman" w:hAnsi="Montserrat" w:cs="Segoe UI"/>
            <w:color w:val="CC3366"/>
          </w:rPr>
          <w:t>MakeCode</w:t>
        </w:r>
        <w:proofErr w:type="spellEnd"/>
      </w:hyperlink>
    </w:p>
    <w:p w14:paraId="29F4FED3" w14:textId="77777777" w:rsidR="00EB185F" w:rsidRDefault="00EB185F" w:rsidP="00EB185F">
      <w:pPr>
        <w:numPr>
          <w:ilvl w:val="1"/>
          <w:numId w:val="103"/>
        </w:numPr>
        <w:spacing w:before="100" w:beforeAutospacing="1" w:after="100" w:afterAutospacing="1" w:line="480" w:lineRule="atLeast"/>
        <w:textAlignment w:val="baseline"/>
        <w:rPr>
          <w:rFonts w:ascii="Montserrat" w:eastAsia="Times New Roman" w:hAnsi="Montserrat" w:cs="Segoe UI"/>
          <w:color w:val="0A0A0A"/>
        </w:rPr>
      </w:pPr>
      <w:hyperlink r:id="rId100" w:tgtFrame="_blank" w:history="1">
        <w:r>
          <w:rPr>
            <w:rStyle w:val="Hyperlink"/>
            <w:rFonts w:ascii="Montserrat" w:eastAsia="Times New Roman" w:hAnsi="Montserrat" w:cs="Segoe UI"/>
            <w:color w:val="CC3366"/>
          </w:rPr>
          <w:t>AI for Oceans – Code.org</w:t>
        </w:r>
      </w:hyperlink>
    </w:p>
    <w:p w14:paraId="36E0B7C0" w14:textId="77777777" w:rsidR="00EB185F" w:rsidRDefault="00EB185F" w:rsidP="00EB185F">
      <w:pPr>
        <w:numPr>
          <w:ilvl w:val="0"/>
          <w:numId w:val="103"/>
        </w:numPr>
        <w:spacing w:before="100" w:beforeAutospacing="1" w:after="100" w:afterAutospacing="1" w:line="480" w:lineRule="atLeast"/>
        <w:textAlignment w:val="baseline"/>
        <w:rPr>
          <w:rFonts w:ascii="Montserrat" w:eastAsia="Times New Roman" w:hAnsi="Montserrat" w:cs="Segoe UI"/>
          <w:color w:val="0A0A0A"/>
        </w:rPr>
      </w:pPr>
      <w:r>
        <w:rPr>
          <w:rStyle w:val="Strong"/>
          <w:rFonts w:ascii="Montserrat" w:eastAsia="Times New Roman" w:hAnsi="Montserrat" w:cs="Segoe UI"/>
          <w:color w:val="0A0A0A"/>
        </w:rPr>
        <w:t>Intermediate Tools (for older learners):</w:t>
      </w:r>
    </w:p>
    <w:p w14:paraId="65F60515" w14:textId="77777777" w:rsidR="00EB185F" w:rsidRDefault="00EB185F" w:rsidP="00EB185F">
      <w:pPr>
        <w:numPr>
          <w:ilvl w:val="1"/>
          <w:numId w:val="103"/>
        </w:numPr>
        <w:spacing w:before="100" w:beforeAutospacing="1" w:after="100" w:afterAutospacing="1" w:line="480" w:lineRule="atLeast"/>
        <w:textAlignment w:val="baseline"/>
        <w:rPr>
          <w:rFonts w:ascii="Montserrat" w:eastAsia="Times New Roman" w:hAnsi="Montserrat" w:cs="Segoe UI"/>
          <w:color w:val="0A0A0A"/>
        </w:rPr>
      </w:pPr>
      <w:hyperlink r:id="rId101" w:tgtFrame="_blank" w:history="1">
        <w:proofErr w:type="spellStart"/>
        <w:r>
          <w:rPr>
            <w:rStyle w:val="Hyperlink"/>
            <w:rFonts w:ascii="Montserrat" w:eastAsia="Times New Roman" w:hAnsi="Montserrat" w:cs="Segoe UI"/>
            <w:color w:val="CC3366"/>
          </w:rPr>
          <w:t>Replit</w:t>
        </w:r>
        <w:proofErr w:type="spellEnd"/>
      </w:hyperlink>
      <w:r>
        <w:rPr>
          <w:rFonts w:ascii="Montserrat" w:eastAsia="Times New Roman" w:hAnsi="Montserrat" w:cs="Segoe UI"/>
          <w:color w:val="0A0A0A"/>
        </w:rPr>
        <w:t>(Python-based AI experiments)</w:t>
      </w:r>
    </w:p>
    <w:p w14:paraId="2A2DE9A5" w14:textId="77777777" w:rsidR="00EB185F" w:rsidRDefault="00EB185F" w:rsidP="00EB185F">
      <w:pPr>
        <w:numPr>
          <w:ilvl w:val="1"/>
          <w:numId w:val="10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Hugging Face Spaces (demo exploration)</w:t>
      </w:r>
    </w:p>
    <w:p w14:paraId="3E6931D0" w14:textId="77777777" w:rsidR="00EB185F" w:rsidRDefault="00EB185F" w:rsidP="00EB185F">
      <w:pPr>
        <w:numPr>
          <w:ilvl w:val="0"/>
          <w:numId w:val="103"/>
        </w:numPr>
        <w:spacing w:before="100" w:beforeAutospacing="1" w:after="100" w:afterAutospacing="1" w:line="480" w:lineRule="atLeast"/>
        <w:textAlignment w:val="baseline"/>
        <w:rPr>
          <w:rFonts w:ascii="Montserrat" w:eastAsia="Times New Roman" w:hAnsi="Montserrat" w:cs="Segoe UI"/>
          <w:color w:val="0A0A0A"/>
        </w:rPr>
      </w:pPr>
      <w:proofErr w:type="spellStart"/>
      <w:r>
        <w:rPr>
          <w:rStyle w:val="Strong"/>
          <w:rFonts w:ascii="Montserrat" w:eastAsia="Times New Roman" w:hAnsi="Montserrat" w:cs="Segoe UI"/>
          <w:color w:val="0A0A0A"/>
        </w:rPr>
        <w:t>Hardware:</w:t>
      </w:r>
      <w:r>
        <w:rPr>
          <w:rFonts w:ascii="Montserrat" w:eastAsia="Times New Roman" w:hAnsi="Montserrat" w:cs="Segoe UI"/>
          <w:color w:val="0A0A0A"/>
        </w:rPr>
        <w:t>Laptop</w:t>
      </w:r>
      <w:proofErr w:type="spellEnd"/>
      <w:r>
        <w:rPr>
          <w:rFonts w:ascii="Montserrat" w:eastAsia="Times New Roman" w:hAnsi="Montserrat" w:cs="Segoe UI"/>
          <w:color w:val="0A0A0A"/>
        </w:rPr>
        <w:t xml:space="preserve"> or tablet with camera and microphone</w:t>
      </w:r>
    </w:p>
    <w:p w14:paraId="64A8CE5A" w14:textId="77777777" w:rsidR="00EB185F" w:rsidRDefault="00EB185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3B015213"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 Introduction to Artificial Intelligence</w:t>
      </w:r>
    </w:p>
    <w:p w14:paraId="3CB674A6"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2: The Building Blocks of AI – Data and Learning</w:t>
      </w:r>
    </w:p>
    <w:p w14:paraId="3EA5E4AA"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3: Machine Learning with Teachable Machine</w:t>
      </w:r>
    </w:p>
    <w:p w14:paraId="7D4217DC"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4: AI in Games and Animation (Scratch + AI Extension)</w:t>
      </w:r>
    </w:p>
    <w:p w14:paraId="6B9A4569"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5: Computer Vision and Image Recognition</w:t>
      </w:r>
    </w:p>
    <w:p w14:paraId="1865BBF7"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lastRenderedPageBreak/>
        <w:t>Module 6: Natural Language Processing (NLP)</w:t>
      </w:r>
    </w:p>
    <w:p w14:paraId="11E8BF16"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7: AI for Good – Solving Real-World Problems</w:t>
      </w:r>
    </w:p>
    <w:p w14:paraId="28F765FE"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8: Building Simple AI Projects (Practical Workshop)</w:t>
      </w:r>
    </w:p>
    <w:p w14:paraId="36108130"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9: Testing, Debugging, and Improving AI Models</w:t>
      </w:r>
    </w:p>
    <w:p w14:paraId="3238E5F4"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Module 10: Final AI Project – Build and Present Your AI Creation</w:t>
      </w:r>
    </w:p>
    <w:p w14:paraId="4BDAA179" w14:textId="77777777" w:rsidR="00EB185F" w:rsidRDefault="00EB185F">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1D718503" w14:textId="77777777" w:rsidR="00EB185F" w:rsidRDefault="00EB185F">
      <w:pPr>
        <w:pStyle w:val="NormalWeb"/>
        <w:shd w:val="clear" w:color="auto" w:fill="E3F3FA"/>
        <w:rPr>
          <w:rFonts w:ascii="Montserrat" w:hAnsi="Montserrat" w:cs="Segoe UI"/>
          <w:color w:val="0A0A0A"/>
        </w:rPr>
      </w:pPr>
      <w:r>
        <w:rPr>
          <w:rFonts w:ascii="Montserrat" w:hAnsi="Montserrat" w:cs="Segoe UI"/>
          <w:color w:val="0A0A0A"/>
        </w:rPr>
        <w:t>Certificate of Completion</w:t>
      </w:r>
      <w:r>
        <w:rPr>
          <w:rFonts w:ascii="Montserrat" w:hAnsi="Montserrat" w:cs="Segoe UI"/>
          <w:color w:val="0A0A0A"/>
        </w:rPr>
        <w:br/>
        <w:t>Awarded to learners who complete all modules and present their final AI project.</w:t>
      </w:r>
    </w:p>
    <w:p w14:paraId="270886B4" w14:textId="77777777" w:rsidR="00EB185F" w:rsidRDefault="00EB185F">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0D246D3A" w14:textId="77777777" w:rsidR="00EB185F" w:rsidRDefault="00EB185F">
      <w:pPr>
        <w:pStyle w:val="NormalWeb"/>
        <w:shd w:val="clear" w:color="auto" w:fill="E9F7F3"/>
        <w:spacing w:line="480" w:lineRule="atLeast"/>
        <w:rPr>
          <w:rFonts w:ascii="Montserrat" w:hAnsi="Montserrat" w:cs="Segoe UI"/>
          <w:color w:val="0A0A0A"/>
        </w:rPr>
      </w:pPr>
      <w:r>
        <w:rPr>
          <w:rFonts w:ascii="Montserrat" w:hAnsi="Montserrat" w:cs="Segoe UI"/>
          <w:color w:val="0A0A0A"/>
        </w:rPr>
        <w:t>After completing this course, students can move on to:</w:t>
      </w:r>
    </w:p>
    <w:p w14:paraId="497F08A3" w14:textId="77777777" w:rsidR="00EB185F" w:rsidRDefault="00EB185F" w:rsidP="00EB185F">
      <w:pPr>
        <w:numPr>
          <w:ilvl w:val="0"/>
          <w:numId w:val="10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Machine Learning for Teens (Python)</w:t>
      </w:r>
    </w:p>
    <w:p w14:paraId="297B2265" w14:textId="77777777" w:rsidR="00EB185F" w:rsidRDefault="00EB185F" w:rsidP="00EB185F">
      <w:pPr>
        <w:numPr>
          <w:ilvl w:val="0"/>
          <w:numId w:val="10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AI Game Development (P5.js + </w:t>
      </w:r>
      <w:proofErr w:type="spellStart"/>
      <w:r>
        <w:rPr>
          <w:rFonts w:ascii="Montserrat" w:eastAsia="Times New Roman" w:hAnsi="Montserrat" w:cs="Segoe UI"/>
          <w:color w:val="0A0A0A"/>
        </w:rPr>
        <w:t>TensorFlow.js</w:t>
      </w:r>
      <w:proofErr w:type="spellEnd"/>
      <w:r>
        <w:rPr>
          <w:rFonts w:ascii="Montserrat" w:eastAsia="Times New Roman" w:hAnsi="Montserrat" w:cs="Segoe UI"/>
          <w:color w:val="0A0A0A"/>
        </w:rPr>
        <w:t>)</w:t>
      </w:r>
    </w:p>
    <w:p w14:paraId="73E3339C" w14:textId="77777777" w:rsidR="00EB185F" w:rsidRDefault="00EB185F" w:rsidP="00EB185F">
      <w:pPr>
        <w:numPr>
          <w:ilvl w:val="0"/>
          <w:numId w:val="10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Data Science for Beginners</w:t>
      </w:r>
    </w:p>
    <w:p w14:paraId="6E3FED57" w14:textId="77777777" w:rsidR="00EB185F" w:rsidRDefault="00EB185F" w:rsidP="00EB185F">
      <w:pPr>
        <w:numPr>
          <w:ilvl w:val="0"/>
          <w:numId w:val="10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Robotics and AI with </w:t>
      </w:r>
      <w:proofErr w:type="spellStart"/>
      <w:r>
        <w:rPr>
          <w:rFonts w:ascii="Montserrat" w:eastAsia="Times New Roman" w:hAnsi="Montserrat" w:cs="Segoe UI"/>
          <w:color w:val="0A0A0A"/>
        </w:rPr>
        <w:t>micro:bit</w:t>
      </w:r>
      <w:proofErr w:type="spellEnd"/>
      <w:r>
        <w:rPr>
          <w:rFonts w:ascii="Montserrat" w:eastAsia="Times New Roman" w:hAnsi="Montserrat" w:cs="Segoe UI"/>
          <w:color w:val="0A0A0A"/>
        </w:rPr>
        <w:t xml:space="preserve"> / LEGO Mindstorms</w:t>
      </w:r>
    </w:p>
    <w:p w14:paraId="4DFCE6A6" w14:textId="77777777" w:rsidR="00F731E5" w:rsidRDefault="00F731E5" w:rsidP="00F731E5">
      <w:p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                                  </w:t>
      </w:r>
    </w:p>
    <w:p w14:paraId="3E0FC7A4" w14:textId="328D7FC2" w:rsidR="00F731E5" w:rsidRPr="00F731E5" w:rsidRDefault="00F731E5" w:rsidP="00F731E5">
      <w:pPr>
        <w:spacing w:before="100" w:beforeAutospacing="1" w:after="100" w:afterAutospacing="1" w:line="480" w:lineRule="atLeast"/>
        <w:textAlignment w:val="baseline"/>
        <w:rPr>
          <w:rFonts w:ascii="Montserrat" w:eastAsia="Times New Roman" w:hAnsi="Montserrat" w:cs="Segoe UI"/>
          <w:color w:val="0A0A0A"/>
          <w:sz w:val="28"/>
          <w:szCs w:val="28"/>
        </w:rPr>
      </w:pPr>
      <w:r>
        <w:rPr>
          <w:rFonts w:ascii="Montserrat" w:eastAsia="Times New Roman" w:hAnsi="Montserrat" w:cs="Segoe UI"/>
          <w:color w:val="0A0A0A"/>
        </w:rPr>
        <w:t xml:space="preserve">                                </w:t>
      </w:r>
      <w:r w:rsidRPr="00F731E5">
        <w:rPr>
          <w:rFonts w:ascii="Montserrat" w:eastAsia="Times New Roman" w:hAnsi="Montserrat" w:cs="Segoe UI"/>
          <w:color w:val="1F497D" w:themeColor="text2"/>
          <w:sz w:val="28"/>
          <w:szCs w:val="28"/>
        </w:rPr>
        <w:t xml:space="preserve">PROGRAMMING WITH ARDUINO    </w:t>
      </w:r>
      <w:r w:rsidRPr="00F731E5">
        <w:rPr>
          <w:rFonts w:ascii="Montserrat" w:eastAsia="Times New Roman" w:hAnsi="Montserrat" w:cs="Segoe UI"/>
          <w:color w:val="0A0A0A"/>
          <w:sz w:val="28"/>
          <w:szCs w:val="28"/>
        </w:rPr>
        <w:t xml:space="preserve">                       </w:t>
      </w:r>
    </w:p>
    <w:p w14:paraId="55247F1E" w14:textId="77777777" w:rsidR="009D17B9" w:rsidRPr="00F731E5" w:rsidRDefault="009D17B9">
      <w:pPr>
        <w:pStyle w:val="Heading2"/>
        <w:shd w:val="clear" w:color="auto" w:fill="FFFFFF"/>
        <w:spacing w:before="0"/>
        <w:rPr>
          <w:rFonts w:ascii="Montserrat" w:eastAsia="Times New Roman" w:hAnsi="Montserrat" w:cs="Segoe UI"/>
          <w:color w:val="000000"/>
          <w:sz w:val="32"/>
          <w:szCs w:val="32"/>
        </w:rPr>
      </w:pPr>
      <w:r w:rsidRPr="00F731E5">
        <w:rPr>
          <w:rFonts w:ascii="Montserrat" w:eastAsia="Times New Roman" w:hAnsi="Montserrat" w:cs="Segoe UI"/>
          <w:b w:val="0"/>
          <w:bCs w:val="0"/>
          <w:color w:val="000000"/>
          <w:sz w:val="32"/>
          <w:szCs w:val="32"/>
        </w:rPr>
        <w:t>Programming with Arduino</w:t>
      </w:r>
    </w:p>
    <w:p w14:paraId="742D8DA4" w14:textId="77777777" w:rsidR="009D17B9" w:rsidRDefault="009D17B9">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129FD46D" w14:textId="77777777" w:rsidR="009D17B9" w:rsidRDefault="009D17B9">
      <w:pPr>
        <w:pStyle w:val="NormalWeb"/>
        <w:shd w:val="clear" w:color="auto" w:fill="E3F3FA"/>
        <w:rPr>
          <w:rFonts w:ascii="Montserrat" w:hAnsi="Montserrat" w:cs="Segoe UI"/>
          <w:color w:val="0A0A0A"/>
        </w:rPr>
      </w:pPr>
      <w:r>
        <w:rPr>
          <w:rFonts w:ascii="Montserrat" w:hAnsi="Montserrat" w:cs="Segoe UI"/>
          <w:color w:val="0A0A0A"/>
        </w:rPr>
        <w:t>This programme teaches children how to use the Arduino microcontroller to build interactive electronic projects.</w:t>
      </w:r>
    </w:p>
    <w:p w14:paraId="18A51937" w14:textId="77777777" w:rsidR="009D17B9" w:rsidRDefault="009D17B9">
      <w:pPr>
        <w:pStyle w:val="NormalWeb"/>
        <w:shd w:val="clear" w:color="auto" w:fill="E3F3FA"/>
        <w:rPr>
          <w:rFonts w:ascii="Montserrat" w:hAnsi="Montserrat" w:cs="Segoe UI"/>
          <w:color w:val="0A0A0A"/>
        </w:rPr>
      </w:pPr>
      <w:r>
        <w:rPr>
          <w:rFonts w:ascii="Montserrat" w:hAnsi="Montserrat" w:cs="Segoe UI"/>
          <w:color w:val="0A0A0A"/>
        </w:rPr>
        <w:lastRenderedPageBreak/>
        <w:t>Students learn:</w:t>
      </w:r>
    </w:p>
    <w:p w14:paraId="10C50EA0" w14:textId="77777777" w:rsidR="009D17B9" w:rsidRDefault="009D17B9" w:rsidP="009D17B9">
      <w:pPr>
        <w:numPr>
          <w:ilvl w:val="0"/>
          <w:numId w:val="105"/>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Arduino basics</w:t>
      </w:r>
    </w:p>
    <w:p w14:paraId="72CEDA14" w14:textId="77777777" w:rsidR="009D17B9" w:rsidRDefault="009D17B9" w:rsidP="009D17B9">
      <w:pPr>
        <w:numPr>
          <w:ilvl w:val="0"/>
          <w:numId w:val="105"/>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Block and text coding</w:t>
      </w:r>
    </w:p>
    <w:p w14:paraId="049115D3" w14:textId="77777777" w:rsidR="009D17B9" w:rsidRDefault="009D17B9" w:rsidP="009D17B9">
      <w:pPr>
        <w:numPr>
          <w:ilvl w:val="0"/>
          <w:numId w:val="105"/>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Circuits and electronics</w:t>
      </w:r>
    </w:p>
    <w:p w14:paraId="4CFEE9FD" w14:textId="77777777" w:rsidR="009D17B9" w:rsidRDefault="009D17B9" w:rsidP="009D17B9">
      <w:pPr>
        <w:numPr>
          <w:ilvl w:val="0"/>
          <w:numId w:val="105"/>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Sensors and actuators</w:t>
      </w:r>
    </w:p>
    <w:p w14:paraId="6A635A70" w14:textId="77777777" w:rsidR="009D17B9" w:rsidRDefault="009D17B9" w:rsidP="009D17B9">
      <w:pPr>
        <w:numPr>
          <w:ilvl w:val="0"/>
          <w:numId w:val="105"/>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Real-world problem-solving</w:t>
      </w:r>
    </w:p>
    <w:p w14:paraId="00915821" w14:textId="77777777" w:rsidR="009D17B9" w:rsidRDefault="009D17B9" w:rsidP="009D17B9">
      <w:pPr>
        <w:numPr>
          <w:ilvl w:val="0"/>
          <w:numId w:val="105"/>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Innovation and invention</w:t>
      </w:r>
    </w:p>
    <w:p w14:paraId="62EE8A81" w14:textId="77777777" w:rsidR="009D17B9" w:rsidRDefault="009D17B9">
      <w:pPr>
        <w:pStyle w:val="NormalWeb"/>
        <w:shd w:val="clear" w:color="auto" w:fill="E3F3FA"/>
        <w:rPr>
          <w:rFonts w:ascii="Montserrat" w:hAnsi="Montserrat" w:cs="Segoe UI"/>
          <w:color w:val="0A0A0A"/>
        </w:rPr>
      </w:pPr>
      <w:r>
        <w:rPr>
          <w:rFonts w:ascii="Montserrat" w:hAnsi="Montserrat" w:cs="Segoe UI"/>
          <w:color w:val="0A0A0A"/>
        </w:rPr>
        <w:t>Learners progress from simple LED blinking to building full mini-projects that use sensors, motors, and displays.</w:t>
      </w:r>
    </w:p>
    <w:p w14:paraId="7444709F" w14:textId="77777777" w:rsidR="009D17B9" w:rsidRDefault="009D17B9">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00A16F70" w14:textId="77777777" w:rsidR="009D17B9" w:rsidRDefault="009D17B9" w:rsidP="009D17B9">
      <w:pPr>
        <w:numPr>
          <w:ilvl w:val="0"/>
          <w:numId w:val="106"/>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Ages 10–16 years</w:t>
      </w:r>
      <w:r>
        <w:rPr>
          <w:rFonts w:ascii="Montserrat" w:eastAsia="Times New Roman" w:hAnsi="Montserrat" w:cs="Segoe UI"/>
          <w:color w:val="0A0A0A"/>
        </w:rPr>
        <w:br/>
      </w:r>
    </w:p>
    <w:p w14:paraId="4C3CCFE9" w14:textId="77777777" w:rsidR="009D17B9" w:rsidRDefault="009D17B9">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54010EA3" w14:textId="77777777" w:rsidR="009D17B9" w:rsidRDefault="009D17B9" w:rsidP="009D17B9">
      <w:pPr>
        <w:numPr>
          <w:ilvl w:val="0"/>
          <w:numId w:val="10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Total Duration: 40–50 hours</w:t>
      </w:r>
    </w:p>
    <w:p w14:paraId="479B6539" w14:textId="77777777" w:rsidR="009D17B9" w:rsidRDefault="009D17B9" w:rsidP="009D17B9">
      <w:pPr>
        <w:numPr>
          <w:ilvl w:val="0"/>
          <w:numId w:val="10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Suggested Format: 10 Modules (4–5 hours each)</w:t>
      </w:r>
    </w:p>
    <w:p w14:paraId="2F8705AA" w14:textId="77777777" w:rsidR="009D17B9" w:rsidRDefault="009D17B9">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Learning Outcomes</w:t>
      </w:r>
    </w:p>
    <w:p w14:paraId="69F108F2" w14:textId="77777777" w:rsidR="009D17B9" w:rsidRDefault="009D17B9">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5EF122F9"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what an Arduino is and how it works.</w:t>
      </w:r>
    </w:p>
    <w:p w14:paraId="63D79C59"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 simple circuits using breadboards, LEDs, sensors, and wires.</w:t>
      </w:r>
    </w:p>
    <w:p w14:paraId="6195DFC4"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Code using Arduino IDE (block coding or text-based C++).</w:t>
      </w:r>
    </w:p>
    <w:p w14:paraId="4DB64F73"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Control LEDs, buttons, buzzers, motors, and sensors.</w:t>
      </w:r>
    </w:p>
    <w:p w14:paraId="6612C22C"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Read real-time sensor data and act on it using code.</w:t>
      </w:r>
    </w:p>
    <w:p w14:paraId="78AFF230"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Solve real-world problems using hardware + software.</w:t>
      </w:r>
    </w:p>
    <w:p w14:paraId="10EB2456"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Debug, test, and improve electronic projects.</w:t>
      </w:r>
    </w:p>
    <w:p w14:paraId="27DDA553" w14:textId="77777777" w:rsidR="009D17B9" w:rsidRDefault="009D17B9" w:rsidP="009D17B9">
      <w:pPr>
        <w:numPr>
          <w:ilvl w:val="0"/>
          <w:numId w:val="10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Create a final invention using Arduino.</w:t>
      </w:r>
    </w:p>
    <w:p w14:paraId="7D1C2FD3" w14:textId="77777777" w:rsidR="009D17B9" w:rsidRDefault="009D17B9">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COURSE MODULES</w:t>
      </w:r>
    </w:p>
    <w:p w14:paraId="3D63A737"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1: Introduction to Arduino &amp; Basic Electronics</w:t>
      </w:r>
    </w:p>
    <w:p w14:paraId="3312C2AC"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2: Breadboard Basics &amp; Simple Circuits</w:t>
      </w:r>
    </w:p>
    <w:p w14:paraId="71C30438"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3: Arduino Coding Essentials (Block Coding &amp; Text Coding)</w:t>
      </w:r>
    </w:p>
    <w:p w14:paraId="6185B9F9"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4: Sensors – Reading Input from the World</w:t>
      </w:r>
    </w:p>
    <w:p w14:paraId="623C795F"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5: Sound, Buzzers &amp; Piezo Music</w:t>
      </w:r>
    </w:p>
    <w:p w14:paraId="45090B47"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6: Motors &amp; Physical Movement</w:t>
      </w:r>
    </w:p>
    <w:p w14:paraId="07026D80"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7: LCD Display &amp; Output Devices</w:t>
      </w:r>
    </w:p>
    <w:p w14:paraId="032F7EA7"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8: Combining Sensors, Logic &amp; Code (Intermediate Projects)</w:t>
      </w:r>
    </w:p>
    <w:p w14:paraId="501A7428"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9: Debugging, Testing &amp; Project Improvement</w:t>
      </w:r>
    </w:p>
    <w:p w14:paraId="21E6F1CF"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Module 10: Final Arduino Innovation Project &amp; Showcase</w:t>
      </w:r>
    </w:p>
    <w:p w14:paraId="33D7636C" w14:textId="77777777" w:rsidR="009D17B9" w:rsidRDefault="009D17B9">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690DFC2D" w14:textId="77777777" w:rsidR="009D17B9" w:rsidRDefault="009D17B9" w:rsidP="009D17B9">
      <w:pPr>
        <w:numPr>
          <w:ilvl w:val="0"/>
          <w:numId w:val="10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Young Inventor Award</w:t>
      </w:r>
    </w:p>
    <w:p w14:paraId="5890314C" w14:textId="77777777" w:rsidR="009D17B9" w:rsidRDefault="009D17B9" w:rsidP="009D17B9">
      <w:pPr>
        <w:numPr>
          <w:ilvl w:val="0"/>
          <w:numId w:val="10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Best Circuit Builder</w:t>
      </w:r>
    </w:p>
    <w:p w14:paraId="2EC0207B" w14:textId="77777777" w:rsidR="009D17B9" w:rsidRDefault="009D17B9" w:rsidP="009D17B9">
      <w:pPr>
        <w:numPr>
          <w:ilvl w:val="0"/>
          <w:numId w:val="10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Best Coding Logic</w:t>
      </w:r>
    </w:p>
    <w:p w14:paraId="1BAAC96E" w14:textId="77777777" w:rsidR="009D17B9" w:rsidRDefault="009D17B9" w:rsidP="009D17B9">
      <w:pPr>
        <w:numPr>
          <w:ilvl w:val="0"/>
          <w:numId w:val="10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Most Creative Project</w:t>
      </w:r>
    </w:p>
    <w:p w14:paraId="01FE4407" w14:textId="77777777" w:rsidR="009D17B9" w:rsidRDefault="009D17B9" w:rsidP="009D17B9">
      <w:pPr>
        <w:numPr>
          <w:ilvl w:val="0"/>
          <w:numId w:val="109"/>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Future Engineer Award</w:t>
      </w:r>
    </w:p>
    <w:p w14:paraId="12846376" w14:textId="77777777" w:rsidR="009D17B9" w:rsidRDefault="009D17B9">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7BE87211" w14:textId="77777777" w:rsidR="009D17B9" w:rsidRDefault="009D17B9">
      <w:pPr>
        <w:pStyle w:val="NormalWeb"/>
        <w:shd w:val="clear" w:color="auto" w:fill="E3F3FA"/>
        <w:spacing w:line="480" w:lineRule="atLeast"/>
        <w:rPr>
          <w:rFonts w:ascii="Montserrat" w:hAnsi="Montserrat" w:cs="Segoe UI"/>
          <w:color w:val="0A0A0A"/>
        </w:rPr>
      </w:pPr>
      <w:r>
        <w:rPr>
          <w:rFonts w:ascii="Montserrat" w:hAnsi="Montserrat" w:cs="Segoe UI"/>
          <w:color w:val="0A0A0A"/>
        </w:rPr>
        <w:t>After this course, students can continue with:</w:t>
      </w:r>
    </w:p>
    <w:p w14:paraId="1F6D02F8" w14:textId="77777777" w:rsidR="009D17B9" w:rsidRDefault="009D17B9" w:rsidP="009D17B9">
      <w:pPr>
        <w:numPr>
          <w:ilvl w:val="0"/>
          <w:numId w:val="1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Raspberry Pi Programming</w:t>
      </w:r>
    </w:p>
    <w:p w14:paraId="3417A342" w14:textId="77777777" w:rsidR="009D17B9" w:rsidRDefault="009D17B9" w:rsidP="009D17B9">
      <w:pPr>
        <w:numPr>
          <w:ilvl w:val="0"/>
          <w:numId w:val="1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Robotics &amp; Automation</w:t>
      </w:r>
    </w:p>
    <w:p w14:paraId="09DEF98A" w14:textId="77777777" w:rsidR="009D17B9" w:rsidRDefault="009D17B9" w:rsidP="009D17B9">
      <w:pPr>
        <w:numPr>
          <w:ilvl w:val="0"/>
          <w:numId w:val="1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IoT Projects for Kids</w:t>
      </w:r>
    </w:p>
    <w:p w14:paraId="4A17DF73" w14:textId="77777777" w:rsidR="009D17B9" w:rsidRDefault="009D17B9" w:rsidP="009D17B9">
      <w:pPr>
        <w:numPr>
          <w:ilvl w:val="0"/>
          <w:numId w:val="1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Python Programming Fundamentals</w:t>
      </w:r>
    </w:p>
    <w:p w14:paraId="10E42116" w14:textId="77777777" w:rsidR="009D17B9" w:rsidRDefault="009D17B9" w:rsidP="009D17B9">
      <w:pPr>
        <w:numPr>
          <w:ilvl w:val="0"/>
          <w:numId w:val="11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STEM Engineering Design Challenges</w:t>
      </w:r>
    </w:p>
    <w:p w14:paraId="085D383F" w14:textId="77777777" w:rsidR="003702CA" w:rsidRDefault="003702CA" w:rsidP="003702CA">
      <w:pPr>
        <w:spacing w:before="100" w:beforeAutospacing="1" w:after="100" w:afterAutospacing="1" w:line="480" w:lineRule="atLeast"/>
        <w:textAlignment w:val="baseline"/>
        <w:rPr>
          <w:rFonts w:ascii="Montserrat" w:eastAsia="Times New Roman" w:hAnsi="Montserrat" w:cs="Segoe UI"/>
          <w:color w:val="0A0A0A"/>
        </w:rPr>
      </w:pPr>
    </w:p>
    <w:p w14:paraId="40325521" w14:textId="1FC40BB8" w:rsidR="00AC4EB3" w:rsidRPr="003702CA" w:rsidRDefault="00AC4EB3" w:rsidP="00AC4EB3">
      <w:pPr>
        <w:spacing w:before="100" w:beforeAutospacing="1" w:after="100" w:afterAutospacing="1" w:line="480" w:lineRule="atLeast"/>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0A0A0A"/>
        </w:rPr>
        <w:t xml:space="preserve">                              </w:t>
      </w:r>
      <w:r w:rsidRPr="003702CA">
        <w:rPr>
          <w:rFonts w:ascii="Montserrat" w:eastAsia="Times New Roman" w:hAnsi="Montserrat" w:cs="Segoe UI"/>
          <w:color w:val="1F497D" w:themeColor="text2"/>
          <w:sz w:val="28"/>
          <w:szCs w:val="28"/>
        </w:rPr>
        <w:t>RASPBERRY PI PROJECTS</w:t>
      </w:r>
    </w:p>
    <w:p w14:paraId="70899F02" w14:textId="77777777" w:rsidR="00202730" w:rsidRPr="00AC4EB3" w:rsidRDefault="00202730">
      <w:pPr>
        <w:pStyle w:val="Heading2"/>
        <w:shd w:val="clear" w:color="auto" w:fill="FFFFFF"/>
        <w:spacing w:before="0"/>
        <w:rPr>
          <w:rFonts w:ascii="Montserrat" w:eastAsia="Times New Roman" w:hAnsi="Montserrat" w:cs="Segoe UI"/>
          <w:color w:val="000000"/>
          <w:sz w:val="32"/>
          <w:szCs w:val="32"/>
        </w:rPr>
      </w:pPr>
      <w:r w:rsidRPr="00AC4EB3">
        <w:rPr>
          <w:rFonts w:ascii="Montserrat" w:eastAsia="Times New Roman" w:hAnsi="Montserrat" w:cs="Segoe UI"/>
          <w:b w:val="0"/>
          <w:bCs w:val="0"/>
          <w:color w:val="000000"/>
          <w:sz w:val="32"/>
          <w:szCs w:val="32"/>
        </w:rPr>
        <w:t>Raspberry Pi Projects</w:t>
      </w:r>
    </w:p>
    <w:p w14:paraId="6AA6146C" w14:textId="77777777" w:rsidR="00202730" w:rsidRDefault="00202730">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006A6774" w14:textId="77777777" w:rsidR="00202730" w:rsidRDefault="00202730">
      <w:pPr>
        <w:pStyle w:val="NormalWeb"/>
        <w:shd w:val="clear" w:color="auto" w:fill="E3F3FA"/>
        <w:rPr>
          <w:rFonts w:ascii="Montserrat" w:hAnsi="Montserrat" w:cs="Segoe UI"/>
          <w:color w:val="0A0A0A"/>
        </w:rPr>
      </w:pPr>
      <w:r>
        <w:rPr>
          <w:rFonts w:ascii="Montserrat" w:hAnsi="Montserrat" w:cs="Segoe UI"/>
          <w:color w:val="0A0A0A"/>
        </w:rPr>
        <w:t>This course introduces students to the Raspberry Pi — a small, powerful computer used to learn coding, electronics, robotics, and computer science.</w:t>
      </w:r>
    </w:p>
    <w:p w14:paraId="0D0F760E" w14:textId="77777777" w:rsidR="00202730" w:rsidRDefault="00202730">
      <w:pPr>
        <w:pStyle w:val="NormalWeb"/>
        <w:shd w:val="clear" w:color="auto" w:fill="E3F3FA"/>
        <w:rPr>
          <w:rFonts w:ascii="Montserrat" w:hAnsi="Montserrat" w:cs="Segoe UI"/>
          <w:color w:val="0A0A0A"/>
        </w:rPr>
      </w:pPr>
      <w:r>
        <w:rPr>
          <w:rFonts w:ascii="Montserrat" w:hAnsi="Montserrat" w:cs="Segoe UI"/>
          <w:color w:val="0A0A0A"/>
        </w:rPr>
        <w:t>Students will:</w:t>
      </w:r>
    </w:p>
    <w:p w14:paraId="2530B14F"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Set up a Raspberry Pi</w:t>
      </w:r>
    </w:p>
    <w:p w14:paraId="580EE7D8"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Learn Linux basics</w:t>
      </w:r>
    </w:p>
    <w:p w14:paraId="4EE13E3E"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Code in Python</w:t>
      </w:r>
    </w:p>
    <w:p w14:paraId="321DC0EB"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Control LEDs and sensors</w:t>
      </w:r>
    </w:p>
    <w:p w14:paraId="3A7EBC88"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Build simple circuits</w:t>
      </w:r>
    </w:p>
    <w:p w14:paraId="2B1379FC"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Create digital projects</w:t>
      </w:r>
    </w:p>
    <w:p w14:paraId="253B8474" w14:textId="77777777" w:rsidR="00202730" w:rsidRDefault="00202730" w:rsidP="00202730">
      <w:pPr>
        <w:numPr>
          <w:ilvl w:val="0"/>
          <w:numId w:val="111"/>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Develop a final hardware + software invention</w:t>
      </w:r>
    </w:p>
    <w:p w14:paraId="775509B0" w14:textId="77777777" w:rsidR="00202730" w:rsidRDefault="00202730">
      <w:pPr>
        <w:pStyle w:val="NormalWeb"/>
        <w:shd w:val="clear" w:color="auto" w:fill="E3F3FA"/>
        <w:rPr>
          <w:rFonts w:ascii="Montserrat" w:hAnsi="Montserrat" w:cs="Segoe UI"/>
          <w:color w:val="0A0A0A"/>
        </w:rPr>
      </w:pPr>
      <w:r>
        <w:rPr>
          <w:rFonts w:ascii="Montserrat" w:hAnsi="Montserrat" w:cs="Segoe UI"/>
          <w:color w:val="0A0A0A"/>
        </w:rPr>
        <w:t>This is a hands-on, project-based course perfect for STEM education.</w:t>
      </w:r>
    </w:p>
    <w:p w14:paraId="1461A3F2" w14:textId="77777777" w:rsidR="00202730" w:rsidRDefault="0020273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00DB29E6" w14:textId="77777777" w:rsidR="00202730" w:rsidRDefault="00202730" w:rsidP="00202730">
      <w:pPr>
        <w:numPr>
          <w:ilvl w:val="0"/>
          <w:numId w:val="112"/>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10–16 years</w:t>
      </w:r>
    </w:p>
    <w:p w14:paraId="72E30BC2" w14:textId="77777777" w:rsidR="00202730" w:rsidRDefault="00202730">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0B46FBF4" w14:textId="77777777" w:rsidR="00202730" w:rsidRDefault="00202730" w:rsidP="00202730">
      <w:pPr>
        <w:numPr>
          <w:ilvl w:val="0"/>
          <w:numId w:val="1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Total Duration: 40–50 hours</w:t>
      </w:r>
    </w:p>
    <w:p w14:paraId="3D3C82DA" w14:textId="77777777" w:rsidR="00202730" w:rsidRDefault="00202730" w:rsidP="00202730">
      <w:pPr>
        <w:numPr>
          <w:ilvl w:val="0"/>
          <w:numId w:val="11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Suggested Format: 10 Modules (4–5 hours each)</w:t>
      </w:r>
    </w:p>
    <w:p w14:paraId="5574BC69" w14:textId="77777777" w:rsidR="00202730" w:rsidRDefault="0020273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Learning Outcomes</w:t>
      </w:r>
    </w:p>
    <w:p w14:paraId="7A6CF277" w14:textId="77777777" w:rsidR="00202730" w:rsidRDefault="00202730">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409EB5C4"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Set up and operate a Raspberry Pi.</w:t>
      </w:r>
    </w:p>
    <w:p w14:paraId="23B007AE"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 how computers work (hardware + software).</w:t>
      </w:r>
    </w:p>
    <w:p w14:paraId="33237222"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Code using Python for real-world applications.</w:t>
      </w:r>
    </w:p>
    <w:p w14:paraId="71DE469C"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 and control circuits using GPIO pins.</w:t>
      </w:r>
    </w:p>
    <w:p w14:paraId="7747BAB7"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sensors, buttons, LEDs, and simple modules.</w:t>
      </w:r>
    </w:p>
    <w:p w14:paraId="15D2FBD7"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Raspberry Pi for robotics basics.</w:t>
      </w:r>
    </w:p>
    <w:p w14:paraId="5A14163C"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Linux commands and terminal safely.</w:t>
      </w:r>
    </w:p>
    <w:p w14:paraId="4FA5DF4D" w14:textId="77777777" w:rsidR="00202730" w:rsidRDefault="00202730" w:rsidP="00202730">
      <w:pPr>
        <w:numPr>
          <w:ilvl w:val="0"/>
          <w:numId w:val="114"/>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 a final invention combining hardware and programming.</w:t>
      </w:r>
    </w:p>
    <w:p w14:paraId="29746F35" w14:textId="77777777" w:rsidR="00202730" w:rsidRDefault="00202730">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72DAFCBF"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1: Introduction to Raspberry Pi &amp; Computing Basics</w:t>
      </w:r>
    </w:p>
    <w:p w14:paraId="561F29F1"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2: Linux Basics &amp; Raspberry Pi Operating System</w:t>
      </w:r>
    </w:p>
    <w:p w14:paraId="0498D474"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3: Introduction to Python Programming</w:t>
      </w:r>
    </w:p>
    <w:p w14:paraId="761B07B5"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4: Python Loops, Lists &amp; Functions</w:t>
      </w:r>
    </w:p>
    <w:p w14:paraId="060392FC"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5: GPIO Basics – Controlling LEDs &amp; Inputs</w:t>
      </w:r>
    </w:p>
    <w:p w14:paraId="522A7422"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6: Sensors &amp; Physical Computing</w:t>
      </w:r>
    </w:p>
    <w:p w14:paraId="41B62B19"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7: Motors, Servos &amp; Robotics Basics</w:t>
      </w:r>
    </w:p>
    <w:p w14:paraId="04A02365"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8: Python + Hardware Projects (Intermediate Level)</w:t>
      </w:r>
    </w:p>
    <w:p w14:paraId="0E7A8DD8"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9: Debugging, Testing &amp; Improving Projects</w:t>
      </w:r>
    </w:p>
    <w:p w14:paraId="0EA05B22" w14:textId="77777777" w:rsidR="00202730" w:rsidRDefault="00202730" w:rsidP="00202730">
      <w:pPr>
        <w:numPr>
          <w:ilvl w:val="0"/>
          <w:numId w:val="115"/>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10: Final Raspberry Pi Innovation Project &amp; Showcase</w:t>
      </w:r>
    </w:p>
    <w:p w14:paraId="38D4DBA7" w14:textId="77777777" w:rsidR="00202730" w:rsidRDefault="00202730">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58FB6744" w14:textId="77777777" w:rsidR="00202730" w:rsidRDefault="00202730" w:rsidP="00202730">
      <w:pPr>
        <w:numPr>
          <w:ilvl w:val="0"/>
          <w:numId w:val="116"/>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Best Young Programmer</w:t>
      </w:r>
    </w:p>
    <w:p w14:paraId="3FB56E20" w14:textId="77777777" w:rsidR="00202730" w:rsidRDefault="00202730" w:rsidP="00202730">
      <w:pPr>
        <w:numPr>
          <w:ilvl w:val="0"/>
          <w:numId w:val="116"/>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Hardware Master</w:t>
      </w:r>
    </w:p>
    <w:p w14:paraId="2E4E93F9" w14:textId="77777777" w:rsidR="00202730" w:rsidRDefault="00202730" w:rsidP="00202730">
      <w:pPr>
        <w:numPr>
          <w:ilvl w:val="0"/>
          <w:numId w:val="116"/>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Best Innovation</w:t>
      </w:r>
    </w:p>
    <w:p w14:paraId="178F82D6" w14:textId="77777777" w:rsidR="00202730" w:rsidRDefault="00202730" w:rsidP="00202730">
      <w:pPr>
        <w:numPr>
          <w:ilvl w:val="0"/>
          <w:numId w:val="116"/>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lastRenderedPageBreak/>
        <w:t>Best Debugger</w:t>
      </w:r>
    </w:p>
    <w:p w14:paraId="779B1B3D" w14:textId="77777777" w:rsidR="00202730" w:rsidRDefault="00202730" w:rsidP="00202730">
      <w:pPr>
        <w:numPr>
          <w:ilvl w:val="0"/>
          <w:numId w:val="116"/>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Raspberry Pi Super Inventor</w:t>
      </w:r>
    </w:p>
    <w:p w14:paraId="1470E8A7" w14:textId="77777777" w:rsidR="00202730" w:rsidRDefault="00202730">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4A99FAF3" w14:textId="77777777" w:rsidR="00202730" w:rsidRDefault="00202730">
      <w:pPr>
        <w:pStyle w:val="NormalWeb"/>
        <w:shd w:val="clear" w:color="auto" w:fill="E3F3FA"/>
        <w:spacing w:line="480" w:lineRule="atLeast"/>
        <w:rPr>
          <w:rFonts w:ascii="Montserrat" w:hAnsi="Montserrat" w:cs="Segoe UI"/>
          <w:color w:val="0A0A0A"/>
        </w:rPr>
      </w:pPr>
      <w:r>
        <w:rPr>
          <w:rFonts w:ascii="Montserrat" w:hAnsi="Montserrat" w:cs="Segoe UI"/>
          <w:color w:val="0A0A0A"/>
        </w:rPr>
        <w:t>After this course, learners can continue with:</w:t>
      </w:r>
    </w:p>
    <w:p w14:paraId="103D2388" w14:textId="77777777" w:rsidR="00202730" w:rsidRDefault="00202730" w:rsidP="00202730">
      <w:pPr>
        <w:numPr>
          <w:ilvl w:val="0"/>
          <w:numId w:val="11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Robotics &amp; Engineering with Raspberry Pi</w:t>
      </w:r>
    </w:p>
    <w:p w14:paraId="1488D76D" w14:textId="77777777" w:rsidR="00202730" w:rsidRDefault="00202730" w:rsidP="00202730">
      <w:pPr>
        <w:numPr>
          <w:ilvl w:val="0"/>
          <w:numId w:val="11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Python Programming Level 2</w:t>
      </w:r>
    </w:p>
    <w:p w14:paraId="60BD1ADB" w14:textId="77777777" w:rsidR="00202730" w:rsidRDefault="00202730" w:rsidP="00202730">
      <w:pPr>
        <w:numPr>
          <w:ilvl w:val="0"/>
          <w:numId w:val="11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IoT Projects for Kids</w:t>
      </w:r>
    </w:p>
    <w:p w14:paraId="51BC2E7B" w14:textId="77777777" w:rsidR="00202730" w:rsidRDefault="00202730" w:rsidP="00202730">
      <w:pPr>
        <w:numPr>
          <w:ilvl w:val="0"/>
          <w:numId w:val="11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AI &amp; Machine Learning for Beginners</w:t>
      </w:r>
    </w:p>
    <w:p w14:paraId="3B50063E" w14:textId="77777777" w:rsidR="00202730" w:rsidRDefault="00202730" w:rsidP="00202730">
      <w:pPr>
        <w:numPr>
          <w:ilvl w:val="0"/>
          <w:numId w:val="117"/>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Game Development (Python + Pygame)</w:t>
      </w:r>
    </w:p>
    <w:p w14:paraId="4922E535" w14:textId="06EA8E4E" w:rsidR="00C96C21" w:rsidRPr="00017135" w:rsidRDefault="00C96C21" w:rsidP="00C96C21">
      <w:pPr>
        <w:spacing w:before="100" w:beforeAutospacing="1" w:after="100" w:afterAutospacing="1" w:line="480" w:lineRule="atLeast"/>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0A0A0A"/>
        </w:rPr>
        <w:t xml:space="preserve">                                  </w:t>
      </w:r>
      <w:r w:rsidRPr="00017135">
        <w:rPr>
          <w:rFonts w:ascii="Montserrat" w:eastAsia="Times New Roman" w:hAnsi="Montserrat" w:cs="Segoe UI"/>
          <w:color w:val="1F497D" w:themeColor="text2"/>
          <w:sz w:val="28"/>
          <w:szCs w:val="28"/>
        </w:rPr>
        <w:t xml:space="preserve">BBC </w:t>
      </w:r>
      <w:r w:rsidR="00BE5DF7" w:rsidRPr="00017135">
        <w:rPr>
          <w:rFonts w:ascii="Montserrat" w:eastAsia="Times New Roman" w:hAnsi="Montserrat" w:cs="Segoe UI"/>
          <w:color w:val="1F497D" w:themeColor="text2"/>
          <w:sz w:val="28"/>
          <w:szCs w:val="28"/>
        </w:rPr>
        <w:t>MICRO</w:t>
      </w:r>
      <w:r w:rsidR="00017135" w:rsidRPr="00017135">
        <w:rPr>
          <w:rFonts w:ascii="Montserrat" w:eastAsia="Times New Roman" w:hAnsi="Montserrat" w:cs="Segoe UI"/>
          <w:color w:val="1F497D" w:themeColor="text2"/>
          <w:sz w:val="28"/>
          <w:szCs w:val="28"/>
        </w:rPr>
        <w:t>IT PROGRAMMING</w:t>
      </w:r>
    </w:p>
    <w:p w14:paraId="0DA44EDC" w14:textId="77777777" w:rsidR="00C96C21" w:rsidRPr="00C96C21" w:rsidRDefault="00C96C21">
      <w:pPr>
        <w:pStyle w:val="Heading2"/>
        <w:shd w:val="clear" w:color="auto" w:fill="FFFFFF"/>
        <w:spacing w:before="0"/>
        <w:rPr>
          <w:rFonts w:ascii="Montserrat" w:eastAsia="Times New Roman" w:hAnsi="Montserrat" w:cs="Segoe UI"/>
          <w:color w:val="000000"/>
          <w:sz w:val="32"/>
          <w:szCs w:val="32"/>
        </w:rPr>
      </w:pPr>
      <w:r w:rsidRPr="00C96C21">
        <w:rPr>
          <w:rFonts w:ascii="Montserrat" w:eastAsia="Times New Roman" w:hAnsi="Montserrat" w:cs="Segoe UI"/>
          <w:b w:val="0"/>
          <w:bCs w:val="0"/>
          <w:color w:val="000000"/>
          <w:sz w:val="32"/>
          <w:szCs w:val="32"/>
        </w:rPr>
        <w:t xml:space="preserve">BBC </w:t>
      </w:r>
      <w:proofErr w:type="spellStart"/>
      <w:r w:rsidRPr="00C96C21">
        <w:rPr>
          <w:rFonts w:ascii="Montserrat" w:eastAsia="Times New Roman" w:hAnsi="Montserrat" w:cs="Segoe UI"/>
          <w:b w:val="0"/>
          <w:bCs w:val="0"/>
          <w:color w:val="000000"/>
          <w:sz w:val="32"/>
          <w:szCs w:val="32"/>
        </w:rPr>
        <w:t>Micro:bit</w:t>
      </w:r>
      <w:proofErr w:type="spellEnd"/>
      <w:r w:rsidRPr="00C96C21">
        <w:rPr>
          <w:rFonts w:ascii="Montserrat" w:eastAsia="Times New Roman" w:hAnsi="Montserrat" w:cs="Segoe UI"/>
          <w:b w:val="0"/>
          <w:bCs w:val="0"/>
          <w:color w:val="000000"/>
          <w:sz w:val="32"/>
          <w:szCs w:val="32"/>
        </w:rPr>
        <w:t xml:space="preserve"> Programming</w:t>
      </w:r>
    </w:p>
    <w:p w14:paraId="737206CA" w14:textId="77777777" w:rsidR="00C96C21" w:rsidRDefault="00C96C21">
      <w:pPr>
        <w:pStyle w:val="Heading3"/>
        <w:shd w:val="clear" w:color="auto" w:fill="E3F3FA"/>
        <w:spacing w:before="0"/>
        <w:rPr>
          <w:rFonts w:ascii="Montserrat" w:eastAsia="Times New Roman" w:hAnsi="Montserrat" w:cs="Segoe UI"/>
          <w:color w:val="000000"/>
          <w:sz w:val="36"/>
          <w:szCs w:val="36"/>
        </w:rPr>
      </w:pPr>
      <w:r>
        <w:rPr>
          <w:rFonts w:ascii="Segoe UI Emoji" w:eastAsia="Times New Roman" w:hAnsi="Segoe UI Emoji" w:cs="Segoe UI Emoji"/>
          <w:b w:val="0"/>
          <w:bCs w:val="0"/>
          <w:color w:val="000000"/>
          <w:sz w:val="36"/>
          <w:szCs w:val="36"/>
        </w:rPr>
        <w:t>🎯</w:t>
      </w:r>
      <w:r>
        <w:rPr>
          <w:rFonts w:ascii="Montserrat" w:eastAsia="Times New Roman" w:hAnsi="Montserrat" w:cs="Segoe UI"/>
          <w:b w:val="0"/>
          <w:bCs w:val="0"/>
          <w:color w:val="000000"/>
          <w:sz w:val="36"/>
          <w:szCs w:val="36"/>
        </w:rPr>
        <w:t xml:space="preserve"> Course Overview</w:t>
      </w:r>
    </w:p>
    <w:p w14:paraId="787B6E69" w14:textId="77777777" w:rsidR="00C96C21" w:rsidRDefault="00C96C21">
      <w:pPr>
        <w:pStyle w:val="NormalWeb"/>
        <w:shd w:val="clear" w:color="auto" w:fill="E3F3FA"/>
        <w:rPr>
          <w:rFonts w:ascii="Montserrat" w:hAnsi="Montserrat" w:cs="Segoe UI"/>
          <w:color w:val="0A0A0A"/>
        </w:rPr>
      </w:pPr>
      <w:r>
        <w:rPr>
          <w:rFonts w:ascii="Montserrat" w:hAnsi="Montserrat" w:cs="Segoe UI"/>
          <w:color w:val="0A0A0A"/>
        </w:rPr>
        <w:t xml:space="preserve">This course introduces learners to the </w:t>
      </w:r>
      <w:proofErr w:type="spellStart"/>
      <w:r>
        <w:rPr>
          <w:rFonts w:ascii="Montserrat" w:hAnsi="Montserrat" w:cs="Segoe UI"/>
          <w:color w:val="0A0A0A"/>
        </w:rPr>
        <w:t>Micro:bit</w:t>
      </w:r>
      <w:proofErr w:type="spellEnd"/>
      <w:r>
        <w:rPr>
          <w:rFonts w:ascii="Montserrat" w:hAnsi="Montserrat" w:cs="Segoe UI"/>
          <w:color w:val="0A0A0A"/>
        </w:rPr>
        <w:t>, a small programmable device used to learn coding, electronics, and digital creativity.</w:t>
      </w:r>
      <w:r>
        <w:rPr>
          <w:rFonts w:ascii="Montserrat" w:hAnsi="Montserrat" w:cs="Segoe UI"/>
          <w:color w:val="0A0A0A"/>
        </w:rPr>
        <w:br/>
        <w:t>Students progress from basic programming to building interactive gadgets, games, and inventions.</w:t>
      </w:r>
    </w:p>
    <w:p w14:paraId="3247BC17" w14:textId="77777777" w:rsidR="00C96C21" w:rsidRDefault="00C96C21">
      <w:pPr>
        <w:pStyle w:val="NormalWeb"/>
        <w:shd w:val="clear" w:color="auto" w:fill="E3F3FA"/>
        <w:rPr>
          <w:rFonts w:ascii="Montserrat" w:hAnsi="Montserrat" w:cs="Segoe UI"/>
          <w:color w:val="0A0A0A"/>
        </w:rPr>
      </w:pPr>
      <w:r>
        <w:rPr>
          <w:rFonts w:ascii="Montserrat" w:hAnsi="Montserrat" w:cs="Segoe UI"/>
          <w:color w:val="0A0A0A"/>
        </w:rPr>
        <w:t xml:space="preserve">They will use </w:t>
      </w:r>
      <w:proofErr w:type="spellStart"/>
      <w:r>
        <w:rPr>
          <w:rFonts w:ascii="Montserrat" w:hAnsi="Montserrat" w:cs="Segoe UI"/>
          <w:color w:val="0A0A0A"/>
        </w:rPr>
        <w:t>MakeCode</w:t>
      </w:r>
      <w:proofErr w:type="spellEnd"/>
      <w:r>
        <w:rPr>
          <w:rFonts w:ascii="Montserrat" w:hAnsi="Montserrat" w:cs="Segoe UI"/>
          <w:color w:val="0A0A0A"/>
        </w:rPr>
        <w:t xml:space="preserve"> (block coding) and optionally </w:t>
      </w:r>
      <w:proofErr w:type="spellStart"/>
      <w:r>
        <w:rPr>
          <w:rFonts w:ascii="Montserrat" w:hAnsi="Montserrat" w:cs="Segoe UI"/>
          <w:color w:val="0A0A0A"/>
        </w:rPr>
        <w:t>MicroPython</w:t>
      </w:r>
      <w:proofErr w:type="spellEnd"/>
      <w:r>
        <w:rPr>
          <w:rFonts w:ascii="Montserrat" w:hAnsi="Montserrat" w:cs="Segoe UI"/>
          <w:color w:val="0A0A0A"/>
        </w:rPr>
        <w:t> as they advance.</w:t>
      </w:r>
    </w:p>
    <w:p w14:paraId="05078145" w14:textId="77777777" w:rsidR="00C96C21" w:rsidRDefault="00C96C21">
      <w:pPr>
        <w:pStyle w:val="NormalWeb"/>
        <w:shd w:val="clear" w:color="auto" w:fill="E3F3FA"/>
        <w:rPr>
          <w:rFonts w:ascii="Montserrat" w:hAnsi="Montserrat" w:cs="Segoe UI"/>
          <w:color w:val="0A0A0A"/>
        </w:rPr>
      </w:pPr>
      <w:r>
        <w:rPr>
          <w:rFonts w:ascii="Montserrat" w:hAnsi="Montserrat" w:cs="Segoe UI"/>
          <w:color w:val="0A0A0A"/>
        </w:rPr>
        <w:t>The course is hands-on, project-based, and fun.</w:t>
      </w:r>
    </w:p>
    <w:p w14:paraId="0BF6EF6A" w14:textId="77777777" w:rsidR="00C96C21" w:rsidRDefault="00C96C21">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Target Age Group:</w:t>
      </w:r>
    </w:p>
    <w:p w14:paraId="1B4B6397" w14:textId="77777777" w:rsidR="00C96C21" w:rsidRDefault="00C96C21" w:rsidP="00C96C21">
      <w:pPr>
        <w:numPr>
          <w:ilvl w:val="0"/>
          <w:numId w:val="11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10–16 years</w:t>
      </w:r>
    </w:p>
    <w:p w14:paraId="36386688" w14:textId="77777777" w:rsidR="00C96C21" w:rsidRDefault="00C96C21">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Duration:</w:t>
      </w:r>
    </w:p>
    <w:p w14:paraId="2CC23E9B" w14:textId="77777777" w:rsidR="00C96C21" w:rsidRDefault="00C96C21" w:rsidP="00C96C21">
      <w:pPr>
        <w:numPr>
          <w:ilvl w:val="0"/>
          <w:numId w:val="11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Total Duration: 35–45 hours</w:t>
      </w:r>
    </w:p>
    <w:p w14:paraId="32E899ED" w14:textId="77777777" w:rsidR="00C96C21" w:rsidRDefault="00C96C21" w:rsidP="00C96C21">
      <w:pPr>
        <w:numPr>
          <w:ilvl w:val="0"/>
          <w:numId w:val="11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Suggested Format: 10 Modules (3–5 hours each)</w:t>
      </w:r>
    </w:p>
    <w:p w14:paraId="2065D5DE" w14:textId="77777777" w:rsidR="00C96C21" w:rsidRDefault="00C96C21">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lastRenderedPageBreak/>
        <w:t>🧠</w:t>
      </w:r>
      <w:r>
        <w:rPr>
          <w:rFonts w:ascii="Montserrat" w:eastAsia="Times New Roman" w:hAnsi="Montserrat" w:cs="Segoe UI"/>
          <w:b w:val="0"/>
          <w:bCs w:val="0"/>
          <w:color w:val="000000"/>
        </w:rPr>
        <w:t xml:space="preserve"> Learning Outcomes</w:t>
      </w:r>
    </w:p>
    <w:p w14:paraId="7DCA6509" w14:textId="77777777" w:rsidR="00C96C21" w:rsidRDefault="00C96C21">
      <w:pPr>
        <w:pStyle w:val="NormalWeb"/>
        <w:shd w:val="clear" w:color="auto" w:fill="E9F7F3"/>
        <w:spacing w:line="480" w:lineRule="atLeast"/>
        <w:rPr>
          <w:rFonts w:ascii="Montserrat" w:hAnsi="Montserrat" w:cs="Segoe UI"/>
          <w:color w:val="0A0A0A"/>
        </w:rPr>
      </w:pPr>
      <w:r>
        <w:rPr>
          <w:rFonts w:ascii="Montserrat" w:hAnsi="Montserrat" w:cs="Segoe UI"/>
          <w:color w:val="0A0A0A"/>
        </w:rPr>
        <w:t>By the end of the course, learners will be able to:</w:t>
      </w:r>
    </w:p>
    <w:p w14:paraId="5892FDBC"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Understand how the </w:t>
      </w:r>
      <w:proofErr w:type="spellStart"/>
      <w:r>
        <w:rPr>
          <w:rFonts w:ascii="Montserrat" w:eastAsia="Times New Roman" w:hAnsi="Montserrat" w:cs="Segoe UI"/>
          <w:color w:val="0A0A0A"/>
        </w:rPr>
        <w:t>Micro:bit</w:t>
      </w:r>
      <w:proofErr w:type="spellEnd"/>
      <w:r>
        <w:rPr>
          <w:rFonts w:ascii="Montserrat" w:eastAsia="Times New Roman" w:hAnsi="Montserrat" w:cs="Segoe UI"/>
          <w:color w:val="0A0A0A"/>
        </w:rPr>
        <w:t xml:space="preserve"> works (inputs, outputs, sensors).</w:t>
      </w:r>
    </w:p>
    <w:p w14:paraId="1A1CEBB1"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Code using </w:t>
      </w:r>
      <w:proofErr w:type="spellStart"/>
      <w:r>
        <w:rPr>
          <w:rFonts w:ascii="Montserrat" w:eastAsia="Times New Roman" w:hAnsi="Montserrat" w:cs="Segoe UI"/>
          <w:color w:val="0A0A0A"/>
        </w:rPr>
        <w:t>MakeCode</w:t>
      </w:r>
      <w:proofErr w:type="spellEnd"/>
      <w:r>
        <w:rPr>
          <w:rFonts w:ascii="Montserrat" w:eastAsia="Times New Roman" w:hAnsi="Montserrat" w:cs="Segoe UI"/>
          <w:color w:val="0A0A0A"/>
        </w:rPr>
        <w:t xml:space="preserve"> blocks (and optional Python).</w:t>
      </w:r>
    </w:p>
    <w:p w14:paraId="628AA955"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Control LEDs, buttons, sensors, and outputs.</w:t>
      </w:r>
    </w:p>
    <w:p w14:paraId="7C8F1F61"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Use variables, loops, conditionals, and functions.</w:t>
      </w:r>
    </w:p>
    <w:p w14:paraId="19B3D5F6"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 real interactive projects (games, alarms, counters).</w:t>
      </w:r>
    </w:p>
    <w:p w14:paraId="2323EC4D"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Connect external components (speakers, motors, wires).</w:t>
      </w:r>
    </w:p>
    <w:p w14:paraId="342D06B6"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Solve problems creatively with hardware + code.</w:t>
      </w:r>
    </w:p>
    <w:p w14:paraId="3E674B8F" w14:textId="77777777" w:rsidR="00C96C21" w:rsidRDefault="00C96C21" w:rsidP="00C96C21">
      <w:pPr>
        <w:numPr>
          <w:ilvl w:val="0"/>
          <w:numId w:val="12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Complete a final invention using </w:t>
      </w:r>
      <w:proofErr w:type="spellStart"/>
      <w:r>
        <w:rPr>
          <w:rFonts w:ascii="Montserrat" w:eastAsia="Times New Roman" w:hAnsi="Montserrat" w:cs="Segoe UI"/>
          <w:color w:val="0A0A0A"/>
        </w:rPr>
        <w:t>Micro:bit</w:t>
      </w:r>
      <w:proofErr w:type="spellEnd"/>
      <w:r>
        <w:rPr>
          <w:rFonts w:ascii="Montserrat" w:eastAsia="Times New Roman" w:hAnsi="Montserrat" w:cs="Segoe UI"/>
          <w:color w:val="0A0A0A"/>
        </w:rPr>
        <w:t>.</w:t>
      </w:r>
    </w:p>
    <w:p w14:paraId="1BCA85D1" w14:textId="77777777" w:rsidR="00C96C21" w:rsidRDefault="00C96C21">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COURSE MODULES</w:t>
      </w:r>
    </w:p>
    <w:p w14:paraId="437C66BC"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Module 1: Introduction to BBC </w:t>
      </w:r>
      <w:proofErr w:type="spellStart"/>
      <w:r>
        <w:rPr>
          <w:rFonts w:ascii="Montserrat" w:eastAsia="Times New Roman" w:hAnsi="Montserrat" w:cs="Segoe UI"/>
          <w:color w:val="0A0A0A"/>
        </w:rPr>
        <w:t>Micro:bit</w:t>
      </w:r>
      <w:proofErr w:type="spellEnd"/>
      <w:r>
        <w:rPr>
          <w:rFonts w:ascii="Montserrat" w:eastAsia="Times New Roman" w:hAnsi="Montserrat" w:cs="Segoe UI"/>
          <w:color w:val="0A0A0A"/>
        </w:rPr>
        <w:t xml:space="preserve"> &amp; </w:t>
      </w:r>
      <w:proofErr w:type="spellStart"/>
      <w:r>
        <w:rPr>
          <w:rFonts w:ascii="Montserrat" w:eastAsia="Times New Roman" w:hAnsi="Montserrat" w:cs="Segoe UI"/>
          <w:color w:val="0A0A0A"/>
        </w:rPr>
        <w:t>MakeCode</w:t>
      </w:r>
      <w:proofErr w:type="spellEnd"/>
    </w:p>
    <w:p w14:paraId="167E22E6"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2: Buttons &amp; Basic Inputs</w:t>
      </w:r>
    </w:p>
    <w:p w14:paraId="000D9AEA"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3: Variables, Loops &amp; Conditionals</w:t>
      </w:r>
    </w:p>
    <w:p w14:paraId="24FCAFD1"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4: Sensors – Light, Temperature &amp; Movement</w:t>
      </w:r>
    </w:p>
    <w:p w14:paraId="0CF1B03C"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5: Music, Sound &amp; External Components</w:t>
      </w:r>
    </w:p>
    <w:p w14:paraId="2F029D9A"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6: Radio Communication (Wireless Projects)</w:t>
      </w:r>
    </w:p>
    <w:p w14:paraId="1264F271"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7: LEDs, Outputs &amp; Basic Electronics</w:t>
      </w:r>
    </w:p>
    <w:p w14:paraId="45B59631"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8: Motors, Servo Control &amp; Physical Computing</w:t>
      </w:r>
    </w:p>
    <w:p w14:paraId="624FB808"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Module 9: Debugging, Problem Solving &amp; Testing</w:t>
      </w:r>
    </w:p>
    <w:p w14:paraId="2753E9C4" w14:textId="77777777" w:rsidR="00C96C21" w:rsidRDefault="00C96C21" w:rsidP="00C96C21">
      <w:pPr>
        <w:numPr>
          <w:ilvl w:val="0"/>
          <w:numId w:val="121"/>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Module 10: Final </w:t>
      </w:r>
      <w:proofErr w:type="spellStart"/>
      <w:r>
        <w:rPr>
          <w:rFonts w:ascii="Montserrat" w:eastAsia="Times New Roman" w:hAnsi="Montserrat" w:cs="Segoe UI"/>
          <w:color w:val="0A0A0A"/>
        </w:rPr>
        <w:t>Micro:bit</w:t>
      </w:r>
      <w:proofErr w:type="spellEnd"/>
      <w:r>
        <w:rPr>
          <w:rFonts w:ascii="Montserrat" w:eastAsia="Times New Roman" w:hAnsi="Montserrat" w:cs="Segoe UI"/>
          <w:color w:val="0A0A0A"/>
        </w:rPr>
        <w:t xml:space="preserve"> Innovation Project &amp; Showcase</w:t>
      </w:r>
    </w:p>
    <w:p w14:paraId="593BDC64" w14:textId="77777777" w:rsidR="00C96C21" w:rsidRDefault="00C96C21">
      <w:pPr>
        <w:pStyle w:val="Heading2"/>
        <w:shd w:val="clear" w:color="auto" w:fill="E9F7F3"/>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Certification</w:t>
      </w:r>
    </w:p>
    <w:p w14:paraId="6882E083" w14:textId="77777777" w:rsidR="00C96C21" w:rsidRDefault="00C96C21" w:rsidP="00C96C21">
      <w:pPr>
        <w:numPr>
          <w:ilvl w:val="0"/>
          <w:numId w:val="122"/>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Best Young Programmer</w:t>
      </w:r>
    </w:p>
    <w:p w14:paraId="7FEBE8EA" w14:textId="77777777" w:rsidR="00C96C21" w:rsidRDefault="00C96C21" w:rsidP="00C96C21">
      <w:pPr>
        <w:numPr>
          <w:ilvl w:val="0"/>
          <w:numId w:val="122"/>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Most Creative Project</w:t>
      </w:r>
    </w:p>
    <w:p w14:paraId="1853455B" w14:textId="77777777" w:rsidR="00C96C21" w:rsidRDefault="00C96C21" w:rsidP="00C96C21">
      <w:pPr>
        <w:numPr>
          <w:ilvl w:val="0"/>
          <w:numId w:val="122"/>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t>Best Teamwork</w:t>
      </w:r>
    </w:p>
    <w:p w14:paraId="4D98808F" w14:textId="77777777" w:rsidR="00C96C21" w:rsidRDefault="00C96C21" w:rsidP="00C96C21">
      <w:pPr>
        <w:numPr>
          <w:ilvl w:val="0"/>
          <w:numId w:val="122"/>
        </w:numPr>
        <w:spacing w:before="100" w:beforeAutospacing="1" w:after="100" w:afterAutospacing="1" w:line="240" w:lineRule="auto"/>
        <w:textAlignment w:val="baseline"/>
        <w:rPr>
          <w:rFonts w:ascii="Montserrat" w:eastAsia="Times New Roman" w:hAnsi="Montserrat" w:cs="Segoe UI"/>
          <w:color w:val="0A0A0A"/>
        </w:rPr>
      </w:pPr>
      <w:r>
        <w:rPr>
          <w:rFonts w:ascii="Montserrat" w:eastAsia="Times New Roman" w:hAnsi="Montserrat" w:cs="Segoe UI"/>
          <w:color w:val="0A0A0A"/>
        </w:rPr>
        <w:lastRenderedPageBreak/>
        <w:t>Best Use of Sensors</w:t>
      </w:r>
    </w:p>
    <w:p w14:paraId="6E88D93E" w14:textId="77777777" w:rsidR="00C96C21" w:rsidRDefault="00C96C21" w:rsidP="00C96C21">
      <w:pPr>
        <w:numPr>
          <w:ilvl w:val="0"/>
          <w:numId w:val="122"/>
        </w:numPr>
        <w:spacing w:before="100" w:beforeAutospacing="1" w:after="100" w:afterAutospacing="1" w:line="240" w:lineRule="auto"/>
        <w:textAlignment w:val="baseline"/>
        <w:rPr>
          <w:rFonts w:ascii="Montserrat" w:eastAsia="Times New Roman" w:hAnsi="Montserrat" w:cs="Segoe UI"/>
          <w:color w:val="0A0A0A"/>
        </w:rPr>
      </w:pPr>
      <w:proofErr w:type="spellStart"/>
      <w:r>
        <w:rPr>
          <w:rFonts w:ascii="Montserrat" w:eastAsia="Times New Roman" w:hAnsi="Montserrat" w:cs="Segoe UI"/>
          <w:color w:val="0A0A0A"/>
        </w:rPr>
        <w:t>Micro:bit</w:t>
      </w:r>
      <w:proofErr w:type="spellEnd"/>
      <w:r>
        <w:rPr>
          <w:rFonts w:ascii="Montserrat" w:eastAsia="Times New Roman" w:hAnsi="Montserrat" w:cs="Segoe UI"/>
          <w:color w:val="0A0A0A"/>
        </w:rPr>
        <w:t xml:space="preserve"> Innovator Award</w:t>
      </w:r>
    </w:p>
    <w:p w14:paraId="130323ED" w14:textId="77777777" w:rsidR="00C96C21" w:rsidRDefault="00C96C21">
      <w:pPr>
        <w:pStyle w:val="Heading2"/>
        <w:shd w:val="clear" w:color="auto" w:fill="E3F3FA"/>
        <w:spacing w:before="0"/>
        <w:rPr>
          <w:rFonts w:ascii="Montserrat" w:eastAsia="Times New Roman" w:hAnsi="Montserrat" w:cs="Segoe UI"/>
          <w:color w:val="000000"/>
        </w:rPr>
      </w:pPr>
      <w:r>
        <w:rPr>
          <w:rFonts w:ascii="Segoe UI Emoji" w:eastAsia="Times New Roman" w:hAnsi="Segoe UI Emoji" w:cs="Segoe UI Emoji"/>
          <w:b w:val="0"/>
          <w:bCs w:val="0"/>
          <w:color w:val="000000"/>
        </w:rPr>
        <w:t>🌟</w:t>
      </w:r>
      <w:r>
        <w:rPr>
          <w:rFonts w:ascii="Montserrat" w:eastAsia="Times New Roman" w:hAnsi="Montserrat" w:cs="Segoe UI"/>
          <w:b w:val="0"/>
          <w:bCs w:val="0"/>
          <w:color w:val="000000"/>
        </w:rPr>
        <w:t xml:space="preserve"> Optional Extensions</w:t>
      </w:r>
    </w:p>
    <w:p w14:paraId="7A85ED12" w14:textId="77777777" w:rsidR="00C96C21" w:rsidRDefault="00C96C21">
      <w:pPr>
        <w:pStyle w:val="NormalWeb"/>
        <w:shd w:val="clear" w:color="auto" w:fill="E3F3FA"/>
        <w:spacing w:line="480" w:lineRule="atLeast"/>
        <w:rPr>
          <w:rFonts w:ascii="Montserrat" w:hAnsi="Montserrat" w:cs="Segoe UI"/>
          <w:color w:val="0A0A0A"/>
        </w:rPr>
      </w:pPr>
      <w:r>
        <w:rPr>
          <w:rFonts w:ascii="Montserrat" w:hAnsi="Montserrat" w:cs="Segoe UI"/>
          <w:color w:val="0A0A0A"/>
        </w:rPr>
        <w:t>After this course, learners can continue with:</w:t>
      </w:r>
    </w:p>
    <w:p w14:paraId="7EE4D1A8" w14:textId="77777777" w:rsidR="00C96C21" w:rsidRDefault="00C96C21" w:rsidP="00C96C21">
      <w:pPr>
        <w:numPr>
          <w:ilvl w:val="0"/>
          <w:numId w:val="12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Robotics &amp; Automation Course</w:t>
      </w:r>
    </w:p>
    <w:p w14:paraId="2B4C1F7B" w14:textId="77777777" w:rsidR="00C96C21" w:rsidRDefault="00C96C21" w:rsidP="00C96C21">
      <w:pPr>
        <w:numPr>
          <w:ilvl w:val="0"/>
          <w:numId w:val="12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Python Programming with </w:t>
      </w:r>
      <w:proofErr w:type="spellStart"/>
      <w:r>
        <w:rPr>
          <w:rFonts w:ascii="Montserrat" w:eastAsia="Times New Roman" w:hAnsi="Montserrat" w:cs="Segoe UI"/>
          <w:color w:val="0A0A0A"/>
        </w:rPr>
        <w:t>MicroPython</w:t>
      </w:r>
      <w:proofErr w:type="spellEnd"/>
    </w:p>
    <w:p w14:paraId="2260787E" w14:textId="77777777" w:rsidR="00C96C21" w:rsidRDefault="00C96C21" w:rsidP="00C96C21">
      <w:pPr>
        <w:numPr>
          <w:ilvl w:val="0"/>
          <w:numId w:val="12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 Development</w:t>
      </w:r>
    </w:p>
    <w:p w14:paraId="69FB4633" w14:textId="77777777" w:rsidR="00C96C21" w:rsidRDefault="00C96C21" w:rsidP="00C96C21">
      <w:pPr>
        <w:numPr>
          <w:ilvl w:val="0"/>
          <w:numId w:val="12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Game Development with </w:t>
      </w:r>
      <w:proofErr w:type="spellStart"/>
      <w:r>
        <w:rPr>
          <w:rFonts w:ascii="Montserrat" w:eastAsia="Times New Roman" w:hAnsi="Montserrat" w:cs="Segoe UI"/>
          <w:color w:val="0A0A0A"/>
        </w:rPr>
        <w:t>MakeCode</w:t>
      </w:r>
      <w:proofErr w:type="spellEnd"/>
      <w:r>
        <w:rPr>
          <w:rFonts w:ascii="Montserrat" w:eastAsia="Times New Roman" w:hAnsi="Montserrat" w:cs="Segoe UI"/>
          <w:color w:val="0A0A0A"/>
        </w:rPr>
        <w:t xml:space="preserve"> Arcade</w:t>
      </w:r>
    </w:p>
    <w:p w14:paraId="67C0F6DB" w14:textId="77777777" w:rsidR="00C96C21" w:rsidRDefault="00C96C21" w:rsidP="00C96C21">
      <w:pPr>
        <w:numPr>
          <w:ilvl w:val="0"/>
          <w:numId w:val="123"/>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STEM Engineering Challenges</w:t>
      </w:r>
    </w:p>
    <w:p w14:paraId="21D625EF" w14:textId="77777777" w:rsidR="000D54C0" w:rsidRDefault="000D54C0" w:rsidP="000D54C0">
      <w:pPr>
        <w:spacing w:before="100" w:beforeAutospacing="1" w:after="100" w:afterAutospacing="1" w:line="480" w:lineRule="atLeast"/>
        <w:textAlignment w:val="baseline"/>
        <w:rPr>
          <w:rFonts w:ascii="Montserrat" w:eastAsia="Times New Roman" w:hAnsi="Montserrat" w:cs="Segoe UI"/>
          <w:color w:val="0A0A0A"/>
        </w:rPr>
      </w:pPr>
    </w:p>
    <w:p w14:paraId="774C4016" w14:textId="2F03DFEB" w:rsidR="00645889" w:rsidRDefault="008D0706" w:rsidP="000D54C0">
      <w:pPr>
        <w:spacing w:before="100" w:beforeAutospacing="1" w:after="100" w:afterAutospacing="1" w:line="480" w:lineRule="atLeast"/>
        <w:textAlignment w:val="baseline"/>
        <w:rPr>
          <w:rFonts w:ascii="Montserrat" w:eastAsia="Times New Roman" w:hAnsi="Montserrat" w:cs="Segoe UI"/>
          <w:color w:val="0A0A0A"/>
          <w:sz w:val="32"/>
          <w:szCs w:val="32"/>
        </w:rPr>
      </w:pPr>
      <w:r>
        <w:rPr>
          <w:rFonts w:ascii="Montserrat" w:eastAsia="Times New Roman" w:hAnsi="Montserrat" w:cs="Segoe UI"/>
          <w:color w:val="0A0A0A"/>
        </w:rPr>
        <w:t xml:space="preserve">                                        </w:t>
      </w:r>
      <w:r w:rsidRPr="008D0706">
        <w:rPr>
          <w:rFonts w:ascii="Montserrat" w:eastAsia="Times New Roman" w:hAnsi="Montserrat" w:cs="Segoe UI"/>
          <w:color w:val="0A0A0A"/>
          <w:sz w:val="32"/>
          <w:szCs w:val="32"/>
        </w:rPr>
        <w:t>OUR SERVICES</w:t>
      </w:r>
    </w:p>
    <w:p w14:paraId="66B27107" w14:textId="7A44913C" w:rsidR="0012711A" w:rsidRDefault="0012711A" w:rsidP="000D54C0">
      <w:pPr>
        <w:spacing w:before="100" w:beforeAutospacing="1" w:after="100" w:afterAutospacing="1" w:line="480" w:lineRule="atLeast"/>
        <w:textAlignment w:val="baseline"/>
        <w:rPr>
          <w:rFonts w:ascii="Montserrat" w:eastAsia="Times New Roman" w:hAnsi="Montserrat" w:cs="Segoe UI"/>
          <w:color w:val="0A0A0A"/>
          <w:sz w:val="32"/>
          <w:szCs w:val="32"/>
        </w:rPr>
      </w:pPr>
      <w:r>
        <w:rPr>
          <w:rFonts w:ascii="Montserrat" w:eastAsia="Times New Roman" w:hAnsi="Montserrat" w:cs="Segoe UI"/>
          <w:color w:val="0A0A0A"/>
          <w:sz w:val="32"/>
          <w:szCs w:val="32"/>
        </w:rPr>
        <w:t>School partnership</w:t>
      </w:r>
    </w:p>
    <w:p w14:paraId="44202C18" w14:textId="77777777" w:rsidR="0012711A" w:rsidRDefault="0012711A">
      <w:pPr>
        <w:pStyle w:val="Heading2"/>
        <w:shd w:val="clear" w:color="auto" w:fill="FFFFFF"/>
        <w:spacing w:before="0"/>
        <w:rPr>
          <w:rFonts w:ascii="Montserrat" w:eastAsia="Times New Roman" w:hAnsi="Montserrat" w:cs="Segoe UI"/>
          <w:color w:val="000000"/>
          <w:sz w:val="54"/>
          <w:szCs w:val="54"/>
        </w:rPr>
      </w:pPr>
      <w:r>
        <w:rPr>
          <w:rFonts w:ascii="Montserrat" w:eastAsia="Times New Roman" w:hAnsi="Montserrat" w:cs="Segoe UI"/>
          <w:b w:val="0"/>
          <w:bCs w:val="0"/>
          <w:color w:val="000000"/>
          <w:sz w:val="54"/>
          <w:szCs w:val="54"/>
        </w:rPr>
        <w:t>School Partnership</w:t>
      </w:r>
    </w:p>
    <w:p w14:paraId="214867D1" w14:textId="77777777" w:rsidR="0012711A" w:rsidRDefault="0012711A">
      <w:pPr>
        <w:pStyle w:val="Heading2"/>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About Us</w:t>
      </w:r>
    </w:p>
    <w:p w14:paraId="71C38142" w14:textId="77777777" w:rsidR="0012711A" w:rsidRDefault="0012711A">
      <w:pPr>
        <w:pStyle w:val="NormalWeb"/>
        <w:shd w:val="clear" w:color="auto" w:fill="E3F3FA"/>
        <w:rPr>
          <w:rFonts w:ascii="Montserrat" w:hAnsi="Montserrat" w:cs="Segoe UI"/>
          <w:color w:val="0A0A0A"/>
        </w:rPr>
      </w:pPr>
      <w:r>
        <w:rPr>
          <w:rFonts w:ascii="Montserrat" w:hAnsi="Montserrat" w:cs="Segoe UI"/>
          <w:color w:val="0A0A0A"/>
        </w:rPr>
        <w:t>We are an Ofsted-registered after-school tuition centre that strongly believes every child has talent and deserves the opportunity to develop the skills and confidence needed to achieve success—both in school and beyond—regardless of their background.</w:t>
      </w:r>
    </w:p>
    <w:p w14:paraId="7442B3FD" w14:textId="77777777" w:rsidR="0012711A" w:rsidRDefault="0012711A">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Our Mission</w:t>
      </w:r>
    </w:p>
    <w:p w14:paraId="3DFFEA38" w14:textId="77777777" w:rsidR="0012711A" w:rsidRDefault="0012711A">
      <w:pPr>
        <w:pStyle w:val="NormalWeb"/>
        <w:shd w:val="clear" w:color="auto" w:fill="E9F7F3"/>
        <w:spacing w:line="480" w:lineRule="atLeast"/>
        <w:rPr>
          <w:rFonts w:ascii="Montserrat" w:hAnsi="Montserrat" w:cs="Segoe UI"/>
          <w:color w:val="0A0A0A"/>
        </w:rPr>
      </w:pPr>
      <w:r>
        <w:rPr>
          <w:rFonts w:ascii="Montserrat" w:hAnsi="Montserrat" w:cs="Segoe UI"/>
          <w:color w:val="0A0A0A"/>
        </w:rPr>
        <w:t>Our centre was founded by a team of committed and experienced tutors and education professionals who share a passion for improving the attainment of every child.</w:t>
      </w:r>
      <w:r>
        <w:rPr>
          <w:rFonts w:ascii="Montserrat" w:hAnsi="Montserrat" w:cs="Segoe UI"/>
          <w:color w:val="0A0A0A"/>
        </w:rPr>
        <w:br/>
        <w:t xml:space="preserve">We are especially dedicated to empowering and inspiring children </w:t>
      </w:r>
      <w:r>
        <w:rPr>
          <w:rFonts w:ascii="Montserrat" w:hAnsi="Montserrat" w:cs="Segoe UI"/>
          <w:color w:val="0A0A0A"/>
        </w:rPr>
        <w:lastRenderedPageBreak/>
        <w:t>from disadvantaged backgrounds, ensuring they receive the support necessary to reach their full potential.</w:t>
      </w:r>
    </w:p>
    <w:p w14:paraId="1DC9432F" w14:textId="77777777" w:rsidR="0012711A" w:rsidRDefault="0012711A">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Creating Opportunities for Every Child</w:t>
      </w:r>
    </w:p>
    <w:p w14:paraId="4D231793" w14:textId="77777777" w:rsidR="0012711A" w:rsidRDefault="0012711A">
      <w:pPr>
        <w:pStyle w:val="NormalWeb"/>
        <w:shd w:val="clear" w:color="auto" w:fill="E3F3FA"/>
        <w:spacing w:line="480" w:lineRule="atLeast"/>
        <w:rPr>
          <w:rFonts w:ascii="Montserrat" w:hAnsi="Montserrat" w:cs="Segoe UI"/>
          <w:color w:val="0A0A0A"/>
        </w:rPr>
      </w:pPr>
      <w:r>
        <w:rPr>
          <w:rFonts w:ascii="Montserrat" w:hAnsi="Montserrat" w:cs="Segoe UI"/>
          <w:color w:val="0A0A0A"/>
        </w:rPr>
        <w:t>We strive to create a positive and nurturing environment where every child can grow academically, emotionally, and socially.</w:t>
      </w:r>
      <w:r>
        <w:rPr>
          <w:rFonts w:ascii="Montserrat" w:hAnsi="Montserrat" w:cs="Segoe UI"/>
          <w:color w:val="0A0A0A"/>
        </w:rPr>
        <w:br/>
        <w:t>Our work aims to make a meaningful impact on each student’s:</w:t>
      </w:r>
    </w:p>
    <w:p w14:paraId="564C3067" w14:textId="77777777" w:rsidR="0012711A" w:rsidRDefault="0012711A" w:rsidP="0012711A">
      <w:pPr>
        <w:pStyle w:val="NormalWeb"/>
        <w:numPr>
          <w:ilvl w:val="0"/>
          <w:numId w:val="124"/>
        </w:numPr>
        <w:spacing w:line="480" w:lineRule="atLeast"/>
        <w:textAlignment w:val="baseline"/>
        <w:rPr>
          <w:rFonts w:ascii="Montserrat" w:hAnsi="Montserrat" w:cs="Segoe UI"/>
          <w:color w:val="0A0A0A"/>
        </w:rPr>
      </w:pPr>
      <w:r>
        <w:rPr>
          <w:rFonts w:ascii="Montserrat" w:hAnsi="Montserrat" w:cs="Segoe UI"/>
          <w:color w:val="0A0A0A"/>
        </w:rPr>
        <w:t>Self-esteem</w:t>
      </w:r>
    </w:p>
    <w:p w14:paraId="43E9BCA1" w14:textId="77777777" w:rsidR="0012711A" w:rsidRDefault="0012711A" w:rsidP="0012711A">
      <w:pPr>
        <w:pStyle w:val="NormalWeb"/>
        <w:numPr>
          <w:ilvl w:val="0"/>
          <w:numId w:val="124"/>
        </w:numPr>
        <w:spacing w:line="480" w:lineRule="atLeast"/>
        <w:textAlignment w:val="baseline"/>
        <w:rPr>
          <w:rFonts w:ascii="Montserrat" w:hAnsi="Montserrat" w:cs="Segoe UI"/>
          <w:color w:val="0A0A0A"/>
        </w:rPr>
      </w:pPr>
      <w:r>
        <w:rPr>
          <w:rFonts w:ascii="Montserrat" w:hAnsi="Montserrat" w:cs="Segoe UI"/>
          <w:color w:val="0A0A0A"/>
        </w:rPr>
        <w:t>Academic progress</w:t>
      </w:r>
    </w:p>
    <w:p w14:paraId="78F644D3" w14:textId="77777777" w:rsidR="0012711A" w:rsidRDefault="0012711A" w:rsidP="0012711A">
      <w:pPr>
        <w:pStyle w:val="NormalWeb"/>
        <w:numPr>
          <w:ilvl w:val="0"/>
          <w:numId w:val="124"/>
        </w:numPr>
        <w:spacing w:line="480" w:lineRule="atLeast"/>
        <w:textAlignment w:val="baseline"/>
        <w:rPr>
          <w:rFonts w:ascii="Montserrat" w:hAnsi="Montserrat" w:cs="Segoe UI"/>
          <w:color w:val="0A0A0A"/>
        </w:rPr>
      </w:pPr>
      <w:r>
        <w:rPr>
          <w:rFonts w:ascii="Montserrat" w:hAnsi="Montserrat" w:cs="Segoe UI"/>
          <w:color w:val="0A0A0A"/>
        </w:rPr>
        <w:t>Long-term economic well-being</w:t>
      </w:r>
    </w:p>
    <w:p w14:paraId="1ABB58C7" w14:textId="77777777" w:rsidR="0012711A" w:rsidRDefault="0012711A" w:rsidP="0012711A">
      <w:pPr>
        <w:pStyle w:val="NormalWeb"/>
        <w:numPr>
          <w:ilvl w:val="0"/>
          <w:numId w:val="124"/>
        </w:numPr>
        <w:spacing w:line="480" w:lineRule="atLeast"/>
        <w:textAlignment w:val="baseline"/>
        <w:rPr>
          <w:rFonts w:ascii="Montserrat" w:hAnsi="Montserrat" w:cs="Segoe UI"/>
          <w:color w:val="0A0A0A"/>
        </w:rPr>
      </w:pPr>
      <w:r>
        <w:rPr>
          <w:rFonts w:ascii="Montserrat" w:hAnsi="Montserrat" w:cs="Segoe UI"/>
          <w:color w:val="0A0A0A"/>
        </w:rPr>
        <w:t>Future success</w:t>
      </w:r>
    </w:p>
    <w:p w14:paraId="20498304" w14:textId="77777777" w:rsidR="0012711A" w:rsidRDefault="0012711A">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Supporting Disadvantaged Pupils</w:t>
      </w:r>
    </w:p>
    <w:p w14:paraId="3F33F730" w14:textId="77777777" w:rsidR="0012711A" w:rsidRDefault="0012711A">
      <w:pPr>
        <w:pStyle w:val="NormalWeb"/>
        <w:shd w:val="clear" w:color="auto" w:fill="E9F7F3"/>
        <w:spacing w:line="480" w:lineRule="atLeast"/>
        <w:rPr>
          <w:rFonts w:ascii="Montserrat" w:hAnsi="Montserrat" w:cs="Segoe UI"/>
          <w:color w:val="0A0A0A"/>
        </w:rPr>
      </w:pPr>
      <w:r>
        <w:rPr>
          <w:rFonts w:ascii="Montserrat" w:hAnsi="Montserrat" w:cs="Segoe UI"/>
          <w:color w:val="0A0A0A"/>
        </w:rPr>
        <w:t>Our primary focus is on providing personalised support for:</w:t>
      </w:r>
    </w:p>
    <w:p w14:paraId="479EB1E5" w14:textId="77777777" w:rsidR="0012711A" w:rsidRDefault="0012711A" w:rsidP="0012711A">
      <w:pPr>
        <w:pStyle w:val="NormalWeb"/>
        <w:numPr>
          <w:ilvl w:val="0"/>
          <w:numId w:val="125"/>
        </w:numPr>
        <w:spacing w:line="480" w:lineRule="atLeast"/>
        <w:textAlignment w:val="baseline"/>
        <w:rPr>
          <w:rFonts w:ascii="Montserrat" w:hAnsi="Montserrat" w:cs="Segoe UI"/>
          <w:color w:val="0A0A0A"/>
        </w:rPr>
      </w:pPr>
      <w:r>
        <w:rPr>
          <w:rFonts w:ascii="Montserrat" w:hAnsi="Montserrat" w:cs="Segoe UI"/>
          <w:color w:val="0A0A0A"/>
        </w:rPr>
        <w:t>Pupils from disadvantaged backgrounds</w:t>
      </w:r>
    </w:p>
    <w:p w14:paraId="2E1B86A5" w14:textId="77777777" w:rsidR="0012711A" w:rsidRDefault="0012711A" w:rsidP="0012711A">
      <w:pPr>
        <w:pStyle w:val="NormalWeb"/>
        <w:numPr>
          <w:ilvl w:val="0"/>
          <w:numId w:val="125"/>
        </w:numPr>
        <w:spacing w:line="480" w:lineRule="atLeast"/>
        <w:textAlignment w:val="baseline"/>
        <w:rPr>
          <w:rFonts w:ascii="Montserrat" w:hAnsi="Montserrat" w:cs="Segoe UI"/>
          <w:color w:val="0A0A0A"/>
        </w:rPr>
      </w:pPr>
      <w:r>
        <w:rPr>
          <w:rFonts w:ascii="Montserrat" w:hAnsi="Montserrat" w:cs="Segoe UI"/>
          <w:color w:val="0A0A0A"/>
        </w:rPr>
        <w:t>Pupils eligible for Pupil Premium funding</w:t>
      </w:r>
    </w:p>
    <w:p w14:paraId="7109235B" w14:textId="77777777" w:rsidR="0012711A" w:rsidRDefault="0012711A" w:rsidP="0012711A">
      <w:pPr>
        <w:pStyle w:val="NormalWeb"/>
        <w:numPr>
          <w:ilvl w:val="0"/>
          <w:numId w:val="125"/>
        </w:numPr>
        <w:spacing w:line="480" w:lineRule="atLeast"/>
        <w:textAlignment w:val="baseline"/>
        <w:rPr>
          <w:rFonts w:ascii="Montserrat" w:hAnsi="Montserrat" w:cs="Segoe UI"/>
          <w:color w:val="0A0A0A"/>
        </w:rPr>
      </w:pPr>
      <w:r>
        <w:rPr>
          <w:rFonts w:ascii="Montserrat" w:hAnsi="Montserrat" w:cs="Segoe UI"/>
          <w:color w:val="0A0A0A"/>
        </w:rPr>
        <w:t>Pupils with SEND</w:t>
      </w:r>
    </w:p>
    <w:p w14:paraId="069E5BD7" w14:textId="77777777" w:rsidR="0012711A" w:rsidRDefault="0012711A" w:rsidP="0012711A">
      <w:pPr>
        <w:pStyle w:val="NormalWeb"/>
        <w:numPr>
          <w:ilvl w:val="0"/>
          <w:numId w:val="125"/>
        </w:numPr>
        <w:spacing w:line="480" w:lineRule="atLeast"/>
        <w:textAlignment w:val="baseline"/>
        <w:rPr>
          <w:rFonts w:ascii="Montserrat" w:hAnsi="Montserrat" w:cs="Segoe UI"/>
          <w:color w:val="0A0A0A"/>
        </w:rPr>
      </w:pPr>
      <w:r>
        <w:rPr>
          <w:rFonts w:ascii="Montserrat" w:hAnsi="Montserrat" w:cs="Segoe UI"/>
          <w:color w:val="0A0A0A"/>
        </w:rPr>
        <w:t>Pupils in Alternative Provision</w:t>
      </w:r>
    </w:p>
    <w:p w14:paraId="0435EB4D" w14:textId="77777777" w:rsidR="0012711A" w:rsidRDefault="0012711A">
      <w:pPr>
        <w:pStyle w:val="NormalWeb"/>
        <w:shd w:val="clear" w:color="auto" w:fill="E9F7F3"/>
        <w:spacing w:line="480" w:lineRule="atLeast"/>
        <w:rPr>
          <w:rFonts w:ascii="Montserrat" w:hAnsi="Montserrat" w:cs="Segoe UI"/>
          <w:color w:val="0A0A0A"/>
        </w:rPr>
      </w:pPr>
      <w:r>
        <w:rPr>
          <w:rFonts w:ascii="Montserrat" w:hAnsi="Montserrat" w:cs="Segoe UI"/>
          <w:color w:val="0A0A0A"/>
        </w:rPr>
        <w:t>To meet diverse learning needs, we offer flexible tuition models, including:</w:t>
      </w:r>
    </w:p>
    <w:p w14:paraId="2390922F" w14:textId="77777777" w:rsidR="0012711A" w:rsidRDefault="0012711A" w:rsidP="0012711A">
      <w:pPr>
        <w:pStyle w:val="NormalWeb"/>
        <w:numPr>
          <w:ilvl w:val="0"/>
          <w:numId w:val="126"/>
        </w:numPr>
        <w:spacing w:line="480" w:lineRule="atLeast"/>
        <w:textAlignment w:val="baseline"/>
        <w:rPr>
          <w:rFonts w:ascii="Montserrat" w:hAnsi="Montserrat" w:cs="Segoe UI"/>
          <w:color w:val="0A0A0A"/>
        </w:rPr>
      </w:pPr>
      <w:r>
        <w:rPr>
          <w:rFonts w:ascii="Montserrat" w:hAnsi="Montserrat" w:cs="Segoe UI"/>
          <w:color w:val="0A0A0A"/>
        </w:rPr>
        <w:t>Online tuition</w:t>
      </w:r>
    </w:p>
    <w:p w14:paraId="7C44EB2A" w14:textId="77777777" w:rsidR="0012711A" w:rsidRDefault="0012711A" w:rsidP="0012711A">
      <w:pPr>
        <w:pStyle w:val="NormalWeb"/>
        <w:numPr>
          <w:ilvl w:val="0"/>
          <w:numId w:val="126"/>
        </w:numPr>
        <w:spacing w:line="480" w:lineRule="atLeast"/>
        <w:textAlignment w:val="baseline"/>
        <w:rPr>
          <w:rFonts w:ascii="Montserrat" w:hAnsi="Montserrat" w:cs="Segoe UI"/>
          <w:color w:val="0A0A0A"/>
        </w:rPr>
      </w:pPr>
      <w:r>
        <w:rPr>
          <w:rFonts w:ascii="Montserrat" w:hAnsi="Montserrat" w:cs="Segoe UI"/>
          <w:color w:val="0A0A0A"/>
        </w:rPr>
        <w:t>Face-to-face sessions</w:t>
      </w:r>
    </w:p>
    <w:p w14:paraId="7AFE9F25" w14:textId="77777777" w:rsidR="0012711A" w:rsidRDefault="0012711A" w:rsidP="0012711A">
      <w:pPr>
        <w:pStyle w:val="NormalWeb"/>
        <w:numPr>
          <w:ilvl w:val="0"/>
          <w:numId w:val="126"/>
        </w:numPr>
        <w:spacing w:line="480" w:lineRule="atLeast"/>
        <w:textAlignment w:val="baseline"/>
        <w:rPr>
          <w:rFonts w:ascii="Montserrat" w:hAnsi="Montserrat" w:cs="Segoe UI"/>
          <w:color w:val="0A0A0A"/>
        </w:rPr>
      </w:pPr>
      <w:r>
        <w:rPr>
          <w:rFonts w:ascii="Montserrat" w:hAnsi="Montserrat" w:cs="Segoe UI"/>
          <w:color w:val="0A0A0A"/>
        </w:rPr>
        <w:t>Blended learning</w:t>
      </w:r>
    </w:p>
    <w:p w14:paraId="152C3612" w14:textId="77777777" w:rsidR="0012711A" w:rsidRDefault="0012711A" w:rsidP="0012711A">
      <w:pPr>
        <w:pStyle w:val="NormalWeb"/>
        <w:numPr>
          <w:ilvl w:val="0"/>
          <w:numId w:val="126"/>
        </w:numPr>
        <w:spacing w:line="480" w:lineRule="atLeast"/>
        <w:textAlignment w:val="baseline"/>
        <w:rPr>
          <w:rFonts w:ascii="Montserrat" w:hAnsi="Montserrat" w:cs="Segoe UI"/>
          <w:color w:val="0A0A0A"/>
        </w:rPr>
      </w:pPr>
      <w:r>
        <w:rPr>
          <w:rFonts w:ascii="Montserrat" w:hAnsi="Montserrat" w:cs="Segoe UI"/>
          <w:color w:val="0A0A0A"/>
        </w:rPr>
        <w:t>Small-group tuition</w:t>
      </w:r>
    </w:p>
    <w:p w14:paraId="5C230C1B" w14:textId="77777777" w:rsidR="0012711A" w:rsidRDefault="0012711A" w:rsidP="0012711A">
      <w:pPr>
        <w:pStyle w:val="NormalWeb"/>
        <w:numPr>
          <w:ilvl w:val="0"/>
          <w:numId w:val="126"/>
        </w:numPr>
        <w:spacing w:line="480" w:lineRule="atLeast"/>
        <w:textAlignment w:val="baseline"/>
        <w:rPr>
          <w:rFonts w:ascii="Montserrat" w:hAnsi="Montserrat" w:cs="Segoe UI"/>
          <w:color w:val="0A0A0A"/>
        </w:rPr>
      </w:pPr>
      <w:r>
        <w:rPr>
          <w:rFonts w:ascii="Montserrat" w:hAnsi="Montserrat" w:cs="Segoe UI"/>
          <w:color w:val="0A0A0A"/>
        </w:rPr>
        <w:lastRenderedPageBreak/>
        <w:t>One-to-one personalised support</w:t>
      </w:r>
    </w:p>
    <w:p w14:paraId="47945128" w14:textId="77777777" w:rsidR="0012711A" w:rsidRDefault="0012711A">
      <w:pPr>
        <w:pStyle w:val="NormalWeb"/>
        <w:shd w:val="clear" w:color="auto" w:fill="E9F7F3"/>
        <w:spacing w:line="480" w:lineRule="atLeast"/>
        <w:rPr>
          <w:rFonts w:ascii="Montserrat" w:hAnsi="Montserrat" w:cs="Segoe UI"/>
          <w:color w:val="0A0A0A"/>
        </w:rPr>
      </w:pPr>
      <w:r>
        <w:rPr>
          <w:rFonts w:ascii="Montserrat" w:hAnsi="Montserrat" w:cs="Segoe UI"/>
          <w:color w:val="0A0A0A"/>
        </w:rPr>
        <w:t>We are committed to partnering with all primary and secondary schools in the area to ensure their pupils can benefit from our tailored support.</w:t>
      </w:r>
    </w:p>
    <w:p w14:paraId="1FFA5435" w14:textId="77777777" w:rsidR="0012711A" w:rsidRDefault="0012711A">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 xml:space="preserve">Working With Schools &amp; Community </w:t>
      </w:r>
      <w:proofErr w:type="spellStart"/>
      <w:r>
        <w:rPr>
          <w:rFonts w:ascii="Montserrat" w:eastAsia="Times New Roman" w:hAnsi="Montserrat" w:cs="Segoe UI"/>
          <w:b w:val="0"/>
          <w:bCs w:val="0"/>
          <w:color w:val="000000"/>
        </w:rPr>
        <w:t>Organisations</w:t>
      </w:r>
      <w:proofErr w:type="spellEnd"/>
    </w:p>
    <w:p w14:paraId="617D4593" w14:textId="77777777" w:rsidR="0012711A" w:rsidRDefault="0012711A">
      <w:pPr>
        <w:pStyle w:val="NormalWeb"/>
        <w:shd w:val="clear" w:color="auto" w:fill="E3F3FA"/>
        <w:spacing w:line="480" w:lineRule="atLeast"/>
        <w:rPr>
          <w:rFonts w:ascii="Montserrat" w:hAnsi="Montserrat" w:cs="Segoe UI"/>
          <w:color w:val="0A0A0A"/>
        </w:rPr>
      </w:pPr>
      <w:r>
        <w:rPr>
          <w:rFonts w:ascii="Montserrat" w:hAnsi="Montserrat" w:cs="Segoe UI"/>
          <w:color w:val="0A0A0A"/>
        </w:rPr>
        <w:t>As an experienced tuition provider, we have worked with various organisations such as:</w:t>
      </w:r>
    </w:p>
    <w:p w14:paraId="1DE30DD1" w14:textId="77777777" w:rsidR="0012711A" w:rsidRDefault="0012711A" w:rsidP="0012711A">
      <w:pPr>
        <w:pStyle w:val="NormalWeb"/>
        <w:numPr>
          <w:ilvl w:val="0"/>
          <w:numId w:val="127"/>
        </w:numPr>
        <w:spacing w:line="480" w:lineRule="atLeast"/>
        <w:textAlignment w:val="baseline"/>
        <w:rPr>
          <w:rFonts w:ascii="Montserrat" w:hAnsi="Montserrat" w:cs="Segoe UI"/>
          <w:color w:val="0A0A0A"/>
        </w:rPr>
      </w:pPr>
      <w:r>
        <w:rPr>
          <w:rFonts w:ascii="Montserrat" w:hAnsi="Montserrat" w:cs="Segoe UI"/>
          <w:color w:val="0A0A0A"/>
        </w:rPr>
        <w:t>Local libraries</w:t>
      </w:r>
    </w:p>
    <w:p w14:paraId="2A95D69B" w14:textId="77777777" w:rsidR="0012711A" w:rsidRDefault="0012711A" w:rsidP="0012711A">
      <w:pPr>
        <w:pStyle w:val="NormalWeb"/>
        <w:numPr>
          <w:ilvl w:val="0"/>
          <w:numId w:val="127"/>
        </w:numPr>
        <w:spacing w:line="480" w:lineRule="atLeast"/>
        <w:textAlignment w:val="baseline"/>
        <w:rPr>
          <w:rFonts w:ascii="Montserrat" w:hAnsi="Montserrat" w:cs="Segoe UI"/>
          <w:color w:val="0A0A0A"/>
        </w:rPr>
      </w:pPr>
      <w:r>
        <w:rPr>
          <w:rFonts w:ascii="Montserrat" w:hAnsi="Montserrat" w:cs="Segoe UI"/>
          <w:color w:val="0A0A0A"/>
        </w:rPr>
        <w:t>Community centres</w:t>
      </w:r>
    </w:p>
    <w:p w14:paraId="5156BD51" w14:textId="77777777" w:rsidR="0012711A" w:rsidRDefault="0012711A" w:rsidP="0012711A">
      <w:pPr>
        <w:pStyle w:val="NormalWeb"/>
        <w:numPr>
          <w:ilvl w:val="0"/>
          <w:numId w:val="127"/>
        </w:numPr>
        <w:spacing w:line="480" w:lineRule="atLeast"/>
        <w:textAlignment w:val="baseline"/>
        <w:rPr>
          <w:rFonts w:ascii="Montserrat" w:hAnsi="Montserrat" w:cs="Segoe UI"/>
          <w:color w:val="0A0A0A"/>
        </w:rPr>
      </w:pPr>
      <w:r>
        <w:rPr>
          <w:rFonts w:ascii="Montserrat" w:hAnsi="Montserrat" w:cs="Segoe UI"/>
          <w:color w:val="0A0A0A"/>
        </w:rPr>
        <w:t>Schools</w:t>
      </w:r>
    </w:p>
    <w:p w14:paraId="07A9B16F" w14:textId="77777777" w:rsidR="0012711A" w:rsidRDefault="0012711A" w:rsidP="0012711A">
      <w:pPr>
        <w:pStyle w:val="NormalWeb"/>
        <w:numPr>
          <w:ilvl w:val="0"/>
          <w:numId w:val="127"/>
        </w:numPr>
        <w:spacing w:line="480" w:lineRule="atLeast"/>
        <w:textAlignment w:val="baseline"/>
        <w:rPr>
          <w:rFonts w:ascii="Montserrat" w:hAnsi="Montserrat" w:cs="Segoe UI"/>
          <w:color w:val="0A0A0A"/>
        </w:rPr>
      </w:pPr>
      <w:r>
        <w:rPr>
          <w:rFonts w:ascii="Montserrat" w:hAnsi="Montserrat" w:cs="Segoe UI"/>
          <w:color w:val="0A0A0A"/>
        </w:rPr>
        <w:t>Educational support groups</w:t>
      </w:r>
    </w:p>
    <w:p w14:paraId="14089D1C" w14:textId="77777777" w:rsidR="0012711A" w:rsidRDefault="0012711A">
      <w:pPr>
        <w:pStyle w:val="NormalWeb"/>
        <w:shd w:val="clear" w:color="auto" w:fill="E3F3FA"/>
        <w:spacing w:line="480" w:lineRule="atLeast"/>
        <w:rPr>
          <w:rFonts w:ascii="Montserrat" w:hAnsi="Montserrat" w:cs="Segoe UI"/>
          <w:color w:val="0A0A0A"/>
        </w:rPr>
      </w:pPr>
      <w:r>
        <w:rPr>
          <w:rFonts w:ascii="Montserrat" w:hAnsi="Montserrat" w:cs="Segoe UI"/>
          <w:color w:val="0A0A0A"/>
        </w:rPr>
        <w:t>We design bespoke programmes to meet the unique needs of each organisation, supporting both general studies and preparation for targeted examinations.</w:t>
      </w:r>
    </w:p>
    <w:p w14:paraId="297FEDFA" w14:textId="77777777" w:rsidR="0012711A" w:rsidRDefault="0012711A">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Our Commitment During and Beyond the Pandemic</w:t>
      </w:r>
    </w:p>
    <w:p w14:paraId="2BD94924" w14:textId="424A58C8" w:rsidR="0012711A" w:rsidRDefault="0012711A">
      <w:pPr>
        <w:pStyle w:val="NormalWeb"/>
        <w:shd w:val="clear" w:color="auto" w:fill="E9F7F3"/>
        <w:spacing w:line="480" w:lineRule="atLeast"/>
        <w:rPr>
          <w:rFonts w:ascii="Montserrat" w:hAnsi="Montserrat" w:cs="Segoe UI"/>
          <w:color w:val="0A0A0A"/>
        </w:rPr>
      </w:pPr>
      <w:r>
        <w:rPr>
          <w:rFonts w:ascii="Montserrat" w:hAnsi="Montserrat" w:cs="Segoe UI"/>
          <w:color w:val="0A0A0A"/>
        </w:rPr>
        <w:t>We are fully prepared to work with any primary or secondary school, community centre, or organisation to help children especially those from disadvantaged backgrounds recover from learning loss caused by the pandemic and continue progressing in the years ahead.</w:t>
      </w:r>
    </w:p>
    <w:p w14:paraId="49D7C232" w14:textId="77777777" w:rsidR="0012711A" w:rsidRDefault="0012711A">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lastRenderedPageBreak/>
        <w:t>Get in Touch</w:t>
      </w:r>
    </w:p>
    <w:p w14:paraId="7541C304" w14:textId="77777777" w:rsidR="0012711A" w:rsidRDefault="0012711A">
      <w:pPr>
        <w:pStyle w:val="NormalWeb"/>
        <w:shd w:val="clear" w:color="auto" w:fill="E3F3FA"/>
        <w:spacing w:line="480" w:lineRule="atLeast"/>
        <w:rPr>
          <w:rFonts w:ascii="Montserrat" w:hAnsi="Montserrat" w:cs="Segoe UI"/>
          <w:color w:val="0A0A0A"/>
        </w:rPr>
      </w:pPr>
      <w:r>
        <w:rPr>
          <w:rFonts w:ascii="Montserrat" w:hAnsi="Montserrat" w:cs="Segoe UI"/>
          <w:color w:val="0A0A0A"/>
        </w:rPr>
        <w:t>We welcome the opportunity to support your pupils or community.</w:t>
      </w:r>
      <w:r>
        <w:rPr>
          <w:rFonts w:ascii="Montserrat" w:hAnsi="Montserrat" w:cs="Segoe UI"/>
          <w:color w:val="0A0A0A"/>
        </w:rPr>
        <w:br/>
        <w:t>Please contact us to discuss how we can work together to help every child reach their full potential.</w:t>
      </w:r>
    </w:p>
    <w:p w14:paraId="76E35BE6" w14:textId="77777777" w:rsidR="0012711A" w:rsidRPr="0012711A" w:rsidRDefault="0012711A">
      <w:pPr>
        <w:pStyle w:val="Heading2"/>
        <w:shd w:val="clear" w:color="auto" w:fill="FFFFFF"/>
        <w:spacing w:before="0"/>
        <w:rPr>
          <w:rFonts w:ascii="Montserrat" w:eastAsia="Times New Roman" w:hAnsi="Montserrat" w:cs="Segoe UI"/>
          <w:color w:val="000000"/>
          <w:sz w:val="28"/>
          <w:szCs w:val="28"/>
        </w:rPr>
      </w:pPr>
      <w:r w:rsidRPr="0012711A">
        <w:rPr>
          <w:rFonts w:ascii="Montserrat" w:eastAsia="Times New Roman" w:hAnsi="Montserrat" w:cs="Segoe UI"/>
          <w:b w:val="0"/>
          <w:bCs w:val="0"/>
          <w:color w:val="000000"/>
          <w:sz w:val="28"/>
          <w:szCs w:val="28"/>
        </w:rPr>
        <w:t>Contact us</w:t>
      </w:r>
    </w:p>
    <w:p w14:paraId="02480045" w14:textId="77777777" w:rsidR="0012711A" w:rsidRDefault="0012711A" w:rsidP="000D54C0">
      <w:pPr>
        <w:spacing w:before="100" w:beforeAutospacing="1" w:after="100" w:afterAutospacing="1" w:line="480" w:lineRule="atLeast"/>
        <w:textAlignment w:val="baseline"/>
        <w:rPr>
          <w:rFonts w:ascii="Montserrat" w:eastAsia="Times New Roman" w:hAnsi="Montserrat" w:cs="Segoe UI"/>
          <w:color w:val="0A0A0A"/>
          <w:sz w:val="32"/>
          <w:szCs w:val="32"/>
        </w:rPr>
      </w:pPr>
    </w:p>
    <w:p w14:paraId="2432595C" w14:textId="77777777" w:rsidR="00A54A0B" w:rsidRDefault="00A54A0B" w:rsidP="000D54C0">
      <w:pPr>
        <w:spacing w:before="100" w:beforeAutospacing="1" w:after="100" w:afterAutospacing="1" w:line="480" w:lineRule="atLeast"/>
        <w:textAlignment w:val="baseline"/>
        <w:rPr>
          <w:rFonts w:ascii="Montserrat" w:eastAsia="Times New Roman" w:hAnsi="Montserrat" w:cs="Segoe UI"/>
          <w:color w:val="0A0A0A"/>
          <w:sz w:val="32"/>
          <w:szCs w:val="32"/>
        </w:rPr>
      </w:pPr>
    </w:p>
    <w:p w14:paraId="64A645DB" w14:textId="68E4A085" w:rsidR="00A54A0B" w:rsidRDefault="00474F74" w:rsidP="000D54C0">
      <w:pPr>
        <w:spacing w:before="100" w:beforeAutospacing="1" w:after="100" w:afterAutospacing="1" w:line="480" w:lineRule="atLeast"/>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0A0A0A"/>
          <w:sz w:val="32"/>
          <w:szCs w:val="32"/>
        </w:rPr>
        <w:t xml:space="preserve">                        </w:t>
      </w:r>
      <w:r w:rsidR="00A54A0B" w:rsidRPr="00474F74">
        <w:rPr>
          <w:rFonts w:ascii="Montserrat" w:eastAsia="Times New Roman" w:hAnsi="Montserrat" w:cs="Segoe UI"/>
          <w:color w:val="1F497D" w:themeColor="text2"/>
          <w:sz w:val="28"/>
          <w:szCs w:val="28"/>
        </w:rPr>
        <w:t>ACADEMIC</w:t>
      </w:r>
      <w:r w:rsidRPr="00474F74">
        <w:rPr>
          <w:rFonts w:ascii="Montserrat" w:eastAsia="Times New Roman" w:hAnsi="Montserrat" w:cs="Segoe UI"/>
          <w:color w:val="1F497D" w:themeColor="text2"/>
          <w:sz w:val="28"/>
          <w:szCs w:val="28"/>
        </w:rPr>
        <w:t xml:space="preserve"> </w:t>
      </w:r>
      <w:r w:rsidR="00A54A0B" w:rsidRPr="00474F74">
        <w:rPr>
          <w:rFonts w:ascii="Montserrat" w:eastAsia="Times New Roman" w:hAnsi="Montserrat" w:cs="Segoe UI"/>
          <w:color w:val="1F497D" w:themeColor="text2"/>
          <w:sz w:val="28"/>
          <w:szCs w:val="28"/>
        </w:rPr>
        <w:t xml:space="preserve"> </w:t>
      </w:r>
      <w:r w:rsidRPr="00474F74">
        <w:rPr>
          <w:rFonts w:ascii="Montserrat" w:eastAsia="Times New Roman" w:hAnsi="Montserrat" w:cs="Segoe UI"/>
          <w:color w:val="1F497D" w:themeColor="text2"/>
          <w:sz w:val="28"/>
          <w:szCs w:val="28"/>
        </w:rPr>
        <w:t>GUIDANCE</w:t>
      </w:r>
    </w:p>
    <w:p w14:paraId="650113EE" w14:textId="3AC28BF3" w:rsidR="005142A1" w:rsidRPr="00474F74" w:rsidRDefault="005142A1" w:rsidP="000D54C0">
      <w:pPr>
        <w:spacing w:before="100" w:beforeAutospacing="1" w:after="100" w:afterAutospacing="1" w:line="480" w:lineRule="atLeast"/>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1F497D" w:themeColor="text2"/>
          <w:sz w:val="28"/>
          <w:szCs w:val="28"/>
        </w:rPr>
        <w:t>[Primary] [Secondary] [</w:t>
      </w:r>
      <w:r w:rsidR="00460F97">
        <w:rPr>
          <w:rFonts w:ascii="Montserrat" w:eastAsia="Times New Roman" w:hAnsi="Montserrat" w:cs="Segoe UI"/>
          <w:color w:val="1F497D" w:themeColor="text2"/>
          <w:sz w:val="28"/>
          <w:szCs w:val="28"/>
        </w:rPr>
        <w:t>Advanced Academic Coaching]</w:t>
      </w:r>
    </w:p>
    <w:p w14:paraId="4502EB2C" w14:textId="77777777" w:rsidR="00474F74" w:rsidRPr="00D02D97" w:rsidRDefault="00474F74">
      <w:pPr>
        <w:pStyle w:val="Heading2"/>
        <w:shd w:val="clear" w:color="auto" w:fill="FFFFFF"/>
        <w:spacing w:before="0"/>
        <w:rPr>
          <w:rFonts w:ascii="Montserrat" w:eastAsia="Times New Roman" w:hAnsi="Montserrat" w:cs="Segoe UI"/>
          <w:color w:val="000000"/>
          <w:sz w:val="28"/>
          <w:szCs w:val="28"/>
        </w:rPr>
      </w:pPr>
      <w:r w:rsidRPr="00D02D97">
        <w:rPr>
          <w:rFonts w:ascii="Montserrat" w:eastAsia="Times New Roman" w:hAnsi="Montserrat" w:cs="Segoe UI"/>
          <w:b w:val="0"/>
          <w:bCs w:val="0"/>
          <w:color w:val="000000"/>
          <w:sz w:val="28"/>
          <w:szCs w:val="28"/>
        </w:rPr>
        <w:t>Academic Guidance</w:t>
      </w:r>
    </w:p>
    <w:p w14:paraId="1C04D0C0" w14:textId="77777777" w:rsidR="00474F74" w:rsidRDefault="00474F74">
      <w:pPr>
        <w:pStyle w:val="Heading2"/>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Academic Guidance for Primary, Secondary &amp; Sixth Form Students</w:t>
      </w:r>
    </w:p>
    <w:p w14:paraId="7FC92073" w14:textId="77777777" w:rsidR="00474F74" w:rsidRDefault="00474F74">
      <w:pPr>
        <w:pStyle w:val="NormalWeb"/>
        <w:shd w:val="clear" w:color="auto" w:fill="E3F3FA"/>
        <w:rPr>
          <w:rFonts w:ascii="Montserrat" w:hAnsi="Montserrat" w:cs="Segoe UI"/>
          <w:color w:val="0A0A0A"/>
        </w:rPr>
      </w:pPr>
      <w:r>
        <w:rPr>
          <w:rFonts w:ascii="Montserrat" w:hAnsi="Montserrat" w:cs="Segoe UI"/>
          <w:color w:val="0A0A0A"/>
        </w:rPr>
        <w:t>Academic Guidance for Primary, Secondary &amp; Sixth Form Student</w:t>
      </w:r>
    </w:p>
    <w:p w14:paraId="61EEDFA6" w14:textId="77777777" w:rsidR="00474F74" w:rsidRDefault="00474F74">
      <w:pPr>
        <w:pStyle w:val="NormalWeb"/>
        <w:shd w:val="clear" w:color="auto" w:fill="E3F3FA"/>
        <w:rPr>
          <w:rFonts w:ascii="Montserrat" w:hAnsi="Montserrat" w:cs="Segoe UI"/>
          <w:color w:val="0A0A0A"/>
        </w:rPr>
      </w:pPr>
      <w:r>
        <w:rPr>
          <w:rFonts w:ascii="Montserrat" w:hAnsi="Montserrat" w:cs="Segoe UI"/>
          <w:color w:val="0A0A0A"/>
        </w:rPr>
        <w:t>At our tuition centre, we provide personalised academic support designed to help every learner grow in confidence, close attainment gaps and achieve their full potential. Our programmes are tailored to the needs of primary, secondary, and sixth-form students, ensuring the right guidance at every stage of their educational journey.</w:t>
      </w:r>
    </w:p>
    <w:p w14:paraId="2406D785" w14:textId="77777777" w:rsidR="00474F74" w:rsidRDefault="00474F74">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Primary School Support (KS1–KS2)</w:t>
      </w:r>
    </w:p>
    <w:p w14:paraId="3586D897" w14:textId="77777777" w:rsidR="00474F74" w:rsidRDefault="00474F74" w:rsidP="00474F74">
      <w:pPr>
        <w:numPr>
          <w:ilvl w:val="0"/>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Building Strong Foundations</w:t>
      </w:r>
      <w:r>
        <w:rPr>
          <w:rFonts w:ascii="Montserrat" w:eastAsia="Times New Roman" w:hAnsi="Montserrat" w:cs="Segoe UI"/>
          <w:color w:val="0A0A0A"/>
        </w:rPr>
        <w:br/>
        <w:t>We help younger learners develop essential literacy and numeracy skills, supporting:</w:t>
      </w:r>
    </w:p>
    <w:p w14:paraId="112FF971"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Reading fluency, phonics &amp; comprehension</w:t>
      </w:r>
    </w:p>
    <w:p w14:paraId="78811CB2"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 xml:space="preserve">Core </w:t>
      </w:r>
      <w:proofErr w:type="spellStart"/>
      <w:r>
        <w:rPr>
          <w:rFonts w:ascii="Montserrat" w:eastAsia="Times New Roman" w:hAnsi="Montserrat" w:cs="Segoe UI"/>
          <w:color w:val="0A0A0A"/>
        </w:rPr>
        <w:t>maths</w:t>
      </w:r>
      <w:proofErr w:type="spellEnd"/>
      <w:r>
        <w:rPr>
          <w:rFonts w:ascii="Montserrat" w:eastAsia="Times New Roman" w:hAnsi="Montserrat" w:cs="Segoe UI"/>
          <w:color w:val="0A0A0A"/>
        </w:rPr>
        <w:t xml:space="preserve"> skills including number bonds, place value &amp; times tables</w:t>
      </w:r>
    </w:p>
    <w:p w14:paraId="0C36BECB"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Early writing skills (spelling, punctuation, vocabulary)</w:t>
      </w:r>
    </w:p>
    <w:p w14:paraId="2B423B67" w14:textId="77777777" w:rsidR="00474F74" w:rsidRDefault="00474F74" w:rsidP="00474F74">
      <w:pPr>
        <w:numPr>
          <w:ilvl w:val="0"/>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Confidence &amp; Learning Habits</w:t>
      </w:r>
      <w:r>
        <w:rPr>
          <w:rFonts w:ascii="Montserrat" w:eastAsia="Times New Roman" w:hAnsi="Montserrat" w:cs="Segoe UI"/>
          <w:color w:val="0A0A0A"/>
        </w:rPr>
        <w:br/>
        <w:t>We nurture curiosity, motivation and independence through:</w:t>
      </w:r>
    </w:p>
    <w:p w14:paraId="26EDA71A"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Positive learning habits</w:t>
      </w:r>
    </w:p>
    <w:p w14:paraId="06304B45"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Growth mindset and resilience</w:t>
      </w:r>
    </w:p>
    <w:p w14:paraId="05C439BC"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Encouraging problem-solving skills</w:t>
      </w:r>
    </w:p>
    <w:p w14:paraId="53E7A674" w14:textId="77777777" w:rsidR="00474F74" w:rsidRDefault="00474F74" w:rsidP="00474F74">
      <w:pPr>
        <w:numPr>
          <w:ilvl w:val="0"/>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SATs &amp; 11+ Preparation</w:t>
      </w:r>
      <w:r>
        <w:rPr>
          <w:rFonts w:ascii="Montserrat" w:eastAsia="Times New Roman" w:hAnsi="Montserrat" w:cs="Segoe UI"/>
          <w:color w:val="0A0A0A"/>
        </w:rPr>
        <w:br/>
        <w:t>Specialist support for:</w:t>
      </w:r>
    </w:p>
    <w:p w14:paraId="78E9A314"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Year 2 &amp; Year 6 SATs</w:t>
      </w:r>
    </w:p>
    <w:p w14:paraId="36222888" w14:textId="77777777" w:rsidR="00474F74" w:rsidRDefault="00474F74" w:rsidP="00474F74">
      <w:pPr>
        <w:numPr>
          <w:ilvl w:val="1"/>
          <w:numId w:val="128"/>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11+ exams (GL &amp; CEM) in verbal, non-verbal reasoning, English &amp; </w:t>
      </w:r>
      <w:proofErr w:type="spellStart"/>
      <w:r>
        <w:rPr>
          <w:rFonts w:ascii="Montserrat" w:eastAsia="Times New Roman" w:hAnsi="Montserrat" w:cs="Segoe UI"/>
          <w:color w:val="0A0A0A"/>
        </w:rPr>
        <w:t>maths</w:t>
      </w:r>
      <w:proofErr w:type="spellEnd"/>
    </w:p>
    <w:p w14:paraId="5779C365" w14:textId="77777777" w:rsidR="00474F74" w:rsidRDefault="00474F74">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Secondary School Support (KS3–KS4 / GCSE)</w:t>
      </w:r>
    </w:p>
    <w:p w14:paraId="7549D94C" w14:textId="77777777" w:rsidR="00474F74" w:rsidRDefault="00474F74" w:rsidP="00474F74">
      <w:pPr>
        <w:numPr>
          <w:ilvl w:val="0"/>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Subject Mastery &amp; Skill Development</w:t>
      </w:r>
      <w:r>
        <w:rPr>
          <w:rFonts w:ascii="Montserrat" w:eastAsia="Times New Roman" w:hAnsi="Montserrat" w:cs="Segoe UI"/>
          <w:color w:val="0A0A0A"/>
        </w:rPr>
        <w:br/>
        <w:t>We provide targeted academic support across:</w:t>
      </w:r>
    </w:p>
    <w:p w14:paraId="2D22301F"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Maths</w:t>
      </w:r>
      <w:proofErr w:type="spellEnd"/>
      <w:r>
        <w:rPr>
          <w:rFonts w:ascii="Montserrat" w:eastAsia="Times New Roman" w:hAnsi="Montserrat" w:cs="Segoe UI"/>
          <w:color w:val="0A0A0A"/>
        </w:rPr>
        <w:t>, English &amp; Science</w:t>
      </w:r>
    </w:p>
    <w:p w14:paraId="139CE450"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Humanities, Languages &amp; Computing</w:t>
      </w:r>
    </w:p>
    <w:p w14:paraId="04EF9CBE"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Foundation-building for KS3 transition and GCSE success</w:t>
      </w:r>
    </w:p>
    <w:p w14:paraId="775CEA08" w14:textId="77777777" w:rsidR="00474F74" w:rsidRDefault="00474F74" w:rsidP="00474F74">
      <w:pPr>
        <w:numPr>
          <w:ilvl w:val="0"/>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Effective Study &amp; Revision Skills</w:t>
      </w:r>
      <w:r>
        <w:rPr>
          <w:rFonts w:ascii="Montserrat" w:eastAsia="Times New Roman" w:hAnsi="Montserrat" w:cs="Segoe UI"/>
          <w:color w:val="0A0A0A"/>
        </w:rPr>
        <w:br/>
        <w:t>Students learn how to revise smarter, not harder:</w:t>
      </w:r>
    </w:p>
    <w:p w14:paraId="428B19E9"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Active recall &amp; spaced repetition</w:t>
      </w:r>
    </w:p>
    <w:p w14:paraId="6D6DD3C9"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 xml:space="preserve">Time management &amp; </w:t>
      </w:r>
      <w:proofErr w:type="spellStart"/>
      <w:r>
        <w:rPr>
          <w:rFonts w:ascii="Montserrat" w:eastAsia="Times New Roman" w:hAnsi="Montserrat" w:cs="Segoe UI"/>
          <w:color w:val="0A0A0A"/>
        </w:rPr>
        <w:t>organisation</w:t>
      </w:r>
      <w:proofErr w:type="spellEnd"/>
    </w:p>
    <w:p w14:paraId="2962C58D"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Understanding exam command words</w:t>
      </w:r>
    </w:p>
    <w:p w14:paraId="4D416B8B"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Past papers, model answers &amp; exam technique coaching</w:t>
      </w:r>
    </w:p>
    <w:p w14:paraId="61C78B9C" w14:textId="77777777" w:rsidR="00474F74" w:rsidRDefault="00474F74" w:rsidP="00474F74">
      <w:pPr>
        <w:numPr>
          <w:ilvl w:val="0"/>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GCSE Exam Preparation</w:t>
      </w:r>
      <w:r>
        <w:rPr>
          <w:rFonts w:ascii="Montserrat" w:eastAsia="Times New Roman" w:hAnsi="Montserrat" w:cs="Segoe UI"/>
          <w:color w:val="0A0A0A"/>
        </w:rPr>
        <w:br/>
        <w:t xml:space="preserve">We offer comprehensive preparation for AQA, </w:t>
      </w:r>
      <w:proofErr w:type="spellStart"/>
      <w:r>
        <w:rPr>
          <w:rFonts w:ascii="Montserrat" w:eastAsia="Times New Roman" w:hAnsi="Montserrat" w:cs="Segoe UI"/>
          <w:color w:val="0A0A0A"/>
        </w:rPr>
        <w:t>Edexcel</w:t>
      </w:r>
      <w:proofErr w:type="spellEnd"/>
      <w:r>
        <w:rPr>
          <w:rFonts w:ascii="Montserrat" w:eastAsia="Times New Roman" w:hAnsi="Montserrat" w:cs="Segoe UI"/>
          <w:color w:val="0A0A0A"/>
        </w:rPr>
        <w:t xml:space="preserve"> and OCR subjects including:</w:t>
      </w:r>
    </w:p>
    <w:p w14:paraId="3F43D0E4"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Topic-by-topic teaching</w:t>
      </w:r>
    </w:p>
    <w:p w14:paraId="27B17FEA"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Mock exams and feedback</w:t>
      </w:r>
    </w:p>
    <w:p w14:paraId="5F84F99D" w14:textId="77777777" w:rsidR="00474F74" w:rsidRDefault="00474F74" w:rsidP="00474F74">
      <w:pPr>
        <w:numPr>
          <w:ilvl w:val="1"/>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Exam strategy and confidence-building</w:t>
      </w:r>
    </w:p>
    <w:p w14:paraId="0B68F26D" w14:textId="77777777" w:rsidR="00474F74" w:rsidRDefault="00474F74" w:rsidP="00474F74">
      <w:pPr>
        <w:numPr>
          <w:ilvl w:val="0"/>
          <w:numId w:val="129"/>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Careers Awareness</w:t>
      </w:r>
      <w:r>
        <w:rPr>
          <w:rFonts w:ascii="Montserrat" w:eastAsia="Times New Roman" w:hAnsi="Montserrat" w:cs="Segoe UI"/>
          <w:color w:val="0A0A0A"/>
        </w:rPr>
        <w:br/>
        <w:t>Students receive early guidance on post-16 options and how GCSE choices shape future opportunities.</w:t>
      </w:r>
    </w:p>
    <w:p w14:paraId="5428F2C6" w14:textId="77777777" w:rsidR="00474F74" w:rsidRDefault="00474F74">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Sixth Form Support (A-Level / BTEC / Vocational Pathways)</w:t>
      </w:r>
    </w:p>
    <w:p w14:paraId="41F67217" w14:textId="77777777" w:rsidR="00474F74" w:rsidRDefault="00474F74" w:rsidP="00474F74">
      <w:pPr>
        <w:numPr>
          <w:ilvl w:val="0"/>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Advanced Academic Coaching</w:t>
      </w:r>
      <w:r>
        <w:rPr>
          <w:rFonts w:ascii="Montserrat" w:eastAsia="Times New Roman" w:hAnsi="Montserrat" w:cs="Segoe UI"/>
          <w:color w:val="0A0A0A"/>
        </w:rPr>
        <w:br/>
        <w:t>We offer tailored sessions in key A-Level subjects such as:</w:t>
      </w:r>
    </w:p>
    <w:p w14:paraId="2683C63B"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proofErr w:type="spellStart"/>
      <w:r>
        <w:rPr>
          <w:rFonts w:ascii="Montserrat" w:eastAsia="Times New Roman" w:hAnsi="Montserrat" w:cs="Segoe UI"/>
          <w:color w:val="0A0A0A"/>
        </w:rPr>
        <w:t>Maths</w:t>
      </w:r>
      <w:proofErr w:type="spellEnd"/>
      <w:r>
        <w:rPr>
          <w:rFonts w:ascii="Montserrat" w:eastAsia="Times New Roman" w:hAnsi="Montserrat" w:cs="Segoe UI"/>
          <w:color w:val="0A0A0A"/>
        </w:rPr>
        <w:t xml:space="preserve">, Further </w:t>
      </w:r>
      <w:proofErr w:type="spellStart"/>
      <w:r>
        <w:rPr>
          <w:rFonts w:ascii="Montserrat" w:eastAsia="Times New Roman" w:hAnsi="Montserrat" w:cs="Segoe UI"/>
          <w:color w:val="0A0A0A"/>
        </w:rPr>
        <w:t>Maths</w:t>
      </w:r>
      <w:proofErr w:type="spellEnd"/>
      <w:r>
        <w:rPr>
          <w:rFonts w:ascii="Montserrat" w:eastAsia="Times New Roman" w:hAnsi="Montserrat" w:cs="Segoe UI"/>
          <w:color w:val="0A0A0A"/>
        </w:rPr>
        <w:t>, Physics, Chemistry, Biology</w:t>
      </w:r>
    </w:p>
    <w:p w14:paraId="28589229"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Psychology, Sociology, Business, Economics</w:t>
      </w:r>
    </w:p>
    <w:p w14:paraId="68EC08BB"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English Literature, History, Geography &amp; more</w:t>
      </w:r>
    </w:p>
    <w:p w14:paraId="4217E5F8" w14:textId="77777777" w:rsidR="00474F74" w:rsidRDefault="00474F74" w:rsidP="00474F74">
      <w:pPr>
        <w:numPr>
          <w:ilvl w:val="0"/>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Independent Study &amp; Academic Success</w:t>
      </w:r>
      <w:r>
        <w:rPr>
          <w:rFonts w:ascii="Montserrat" w:eastAsia="Times New Roman" w:hAnsi="Montserrat" w:cs="Segoe UI"/>
          <w:color w:val="0A0A0A"/>
        </w:rPr>
        <w:br/>
        <w:t>We help students adapt to the demands of advanced study:</w:t>
      </w:r>
    </w:p>
    <w:p w14:paraId="29DE347C"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Critical thinking and extended writing</w:t>
      </w:r>
    </w:p>
    <w:p w14:paraId="4C904746"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Managing deadlines and workload</w:t>
      </w:r>
    </w:p>
    <w:p w14:paraId="560B142E"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Advanced revision &amp; exam strategies</w:t>
      </w:r>
    </w:p>
    <w:p w14:paraId="02121B0E" w14:textId="77777777" w:rsidR="00474F74" w:rsidRDefault="00474F74" w:rsidP="00474F74">
      <w:pPr>
        <w:numPr>
          <w:ilvl w:val="0"/>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University, Apprenticeship &amp; Career Guidance</w:t>
      </w:r>
      <w:r>
        <w:rPr>
          <w:rFonts w:ascii="Montserrat" w:eastAsia="Times New Roman" w:hAnsi="Montserrat" w:cs="Segoe UI"/>
          <w:color w:val="0A0A0A"/>
        </w:rPr>
        <w:br/>
        <w:t>Our progression support includes:</w:t>
      </w:r>
    </w:p>
    <w:p w14:paraId="0BA4A29C"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UCAS personal statements</w:t>
      </w:r>
    </w:p>
    <w:p w14:paraId="45FEE8D4"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Course selection &amp; interview preparation</w:t>
      </w:r>
    </w:p>
    <w:p w14:paraId="5F36F9A7"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Apprenticeship and vocational pathway advice</w:t>
      </w:r>
    </w:p>
    <w:p w14:paraId="5B1454C2"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CV development and employability skills</w:t>
      </w:r>
    </w:p>
    <w:p w14:paraId="36046F31" w14:textId="77777777" w:rsidR="00474F74" w:rsidRDefault="00474F74" w:rsidP="00474F74">
      <w:pPr>
        <w:numPr>
          <w:ilvl w:val="0"/>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lastRenderedPageBreak/>
        <w:t>Future-Ready Skills</w:t>
      </w:r>
      <w:r>
        <w:rPr>
          <w:rFonts w:ascii="Montserrat" w:eastAsia="Times New Roman" w:hAnsi="Montserrat" w:cs="Segoe UI"/>
          <w:color w:val="0A0A0A"/>
        </w:rPr>
        <w:br/>
        <w:t>We also help students build essential life skills such as:</w:t>
      </w:r>
    </w:p>
    <w:p w14:paraId="632A8709"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Communication &amp; presentation</w:t>
      </w:r>
    </w:p>
    <w:p w14:paraId="718B551C"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Research and digital literacy</w:t>
      </w:r>
    </w:p>
    <w:p w14:paraId="094D0225" w14:textId="77777777" w:rsidR="00474F74" w:rsidRDefault="00474F74" w:rsidP="00474F74">
      <w:pPr>
        <w:numPr>
          <w:ilvl w:val="1"/>
          <w:numId w:val="130"/>
        </w:numPr>
        <w:spacing w:before="100" w:beforeAutospacing="1" w:after="100" w:afterAutospacing="1" w:line="480" w:lineRule="atLeast"/>
        <w:textAlignment w:val="baseline"/>
        <w:rPr>
          <w:rFonts w:ascii="Montserrat" w:eastAsia="Times New Roman" w:hAnsi="Montserrat" w:cs="Segoe UI"/>
          <w:color w:val="0A0A0A"/>
        </w:rPr>
      </w:pPr>
      <w:r>
        <w:rPr>
          <w:rFonts w:ascii="Montserrat" w:eastAsia="Times New Roman" w:hAnsi="Montserrat" w:cs="Segoe UI"/>
          <w:color w:val="0A0A0A"/>
        </w:rPr>
        <w:t>Academic referencing and AI-assisted learning</w:t>
      </w:r>
    </w:p>
    <w:p w14:paraId="6A57F95D" w14:textId="77777777" w:rsidR="00474F74" w:rsidRDefault="00474F74">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Helping Every Learner Thrive</w:t>
      </w:r>
    </w:p>
    <w:p w14:paraId="4C066044" w14:textId="77777777" w:rsidR="00474F74" w:rsidRDefault="00474F74">
      <w:pPr>
        <w:pStyle w:val="NormalWeb"/>
        <w:shd w:val="clear" w:color="auto" w:fill="E3F3FA"/>
        <w:spacing w:line="480" w:lineRule="atLeast"/>
        <w:rPr>
          <w:rFonts w:ascii="Montserrat" w:hAnsi="Montserrat" w:cs="Segoe UI"/>
          <w:color w:val="0A0A0A"/>
        </w:rPr>
      </w:pPr>
      <w:r>
        <w:rPr>
          <w:rFonts w:ascii="Montserrat" w:hAnsi="Montserrat" w:cs="Segoe UI"/>
          <w:color w:val="0A0A0A"/>
        </w:rPr>
        <w:t>Our mission is to make learning accessible, enjoyable, and effective for every student. Whether your child needs additional academic support, confidence building, or structured exam preparation, we’re here to help them move forward with clarity and confidence.</w:t>
      </w:r>
    </w:p>
    <w:p w14:paraId="6AD862A1" w14:textId="77777777" w:rsidR="000D52F2" w:rsidRDefault="000D52F2">
      <w:pPr>
        <w:pStyle w:val="Heading2"/>
        <w:shd w:val="clear" w:color="auto" w:fill="FFFFFF"/>
        <w:spacing w:before="0"/>
        <w:rPr>
          <w:rFonts w:ascii="Montserrat" w:eastAsia="Times New Roman" w:hAnsi="Montserrat" w:cs="Segoe UI"/>
          <w:b w:val="0"/>
          <w:bCs w:val="0"/>
          <w:color w:val="000000"/>
          <w:sz w:val="32"/>
          <w:szCs w:val="32"/>
        </w:rPr>
      </w:pPr>
    </w:p>
    <w:p w14:paraId="70EE1F64" w14:textId="77777777" w:rsidR="000D52F2" w:rsidRDefault="000D52F2">
      <w:pPr>
        <w:pStyle w:val="Heading2"/>
        <w:shd w:val="clear" w:color="auto" w:fill="FFFFFF"/>
        <w:spacing w:before="0"/>
        <w:rPr>
          <w:rFonts w:ascii="Montserrat" w:eastAsia="Times New Roman" w:hAnsi="Montserrat" w:cs="Segoe UI"/>
          <w:b w:val="0"/>
          <w:bCs w:val="0"/>
          <w:color w:val="000000"/>
          <w:sz w:val="32"/>
          <w:szCs w:val="32"/>
        </w:rPr>
      </w:pPr>
      <w:r>
        <w:rPr>
          <w:rFonts w:ascii="Montserrat" w:eastAsia="Times New Roman" w:hAnsi="Montserrat" w:cs="Segoe UI"/>
          <w:b w:val="0"/>
          <w:bCs w:val="0"/>
          <w:color w:val="000000"/>
          <w:sz w:val="32"/>
          <w:szCs w:val="32"/>
        </w:rPr>
        <w:t xml:space="preserve">                                   </w:t>
      </w:r>
    </w:p>
    <w:p w14:paraId="39E5899B" w14:textId="1C1846D2" w:rsidR="000D52F2" w:rsidRPr="000D52F2" w:rsidRDefault="000D52F2">
      <w:pPr>
        <w:pStyle w:val="Heading2"/>
        <w:shd w:val="clear" w:color="auto" w:fill="FFFFFF"/>
        <w:spacing w:before="0"/>
        <w:rPr>
          <w:rFonts w:ascii="Montserrat" w:eastAsia="Times New Roman" w:hAnsi="Montserrat" w:cs="Segoe UI"/>
          <w:b w:val="0"/>
          <w:bCs w:val="0"/>
          <w:color w:val="1F497D" w:themeColor="text2"/>
          <w:sz w:val="32"/>
          <w:szCs w:val="32"/>
        </w:rPr>
      </w:pPr>
      <w:r>
        <w:rPr>
          <w:rFonts w:ascii="Montserrat" w:eastAsia="Times New Roman" w:hAnsi="Montserrat" w:cs="Segoe UI"/>
          <w:b w:val="0"/>
          <w:bCs w:val="0"/>
          <w:color w:val="000000"/>
          <w:sz w:val="32"/>
          <w:szCs w:val="32"/>
        </w:rPr>
        <w:t xml:space="preserve">                                </w:t>
      </w:r>
      <w:r w:rsidRPr="000D52F2">
        <w:rPr>
          <w:rFonts w:ascii="Montserrat" w:eastAsia="Times New Roman" w:hAnsi="Montserrat" w:cs="Segoe UI"/>
          <w:b w:val="0"/>
          <w:bCs w:val="0"/>
          <w:color w:val="1F497D" w:themeColor="text2"/>
          <w:sz w:val="32"/>
          <w:szCs w:val="32"/>
        </w:rPr>
        <w:t>GRAMMER SCHOOLS</w:t>
      </w:r>
    </w:p>
    <w:p w14:paraId="10486F12" w14:textId="0A4CA869" w:rsidR="0060254F" w:rsidRPr="000D52F2" w:rsidRDefault="000D52F2">
      <w:pPr>
        <w:pStyle w:val="Heading2"/>
        <w:shd w:val="clear" w:color="auto" w:fill="FFFFFF"/>
        <w:spacing w:before="0"/>
        <w:rPr>
          <w:rFonts w:ascii="Montserrat" w:eastAsia="Times New Roman" w:hAnsi="Montserrat" w:cs="Segoe UI"/>
          <w:color w:val="000000"/>
          <w:sz w:val="32"/>
          <w:szCs w:val="32"/>
        </w:rPr>
      </w:pPr>
      <w:r w:rsidRPr="000D52F2">
        <w:rPr>
          <w:rFonts w:ascii="Montserrat" w:eastAsia="Times New Roman" w:hAnsi="Montserrat" w:cs="Segoe UI"/>
          <w:b w:val="0"/>
          <w:bCs w:val="0"/>
          <w:color w:val="000000"/>
          <w:sz w:val="32"/>
          <w:szCs w:val="32"/>
        </w:rPr>
        <w:t>Grammar</w:t>
      </w:r>
      <w:r w:rsidR="0060254F" w:rsidRPr="000D52F2">
        <w:rPr>
          <w:rFonts w:ascii="Montserrat" w:eastAsia="Times New Roman" w:hAnsi="Montserrat" w:cs="Segoe UI"/>
          <w:b w:val="0"/>
          <w:bCs w:val="0"/>
          <w:color w:val="000000"/>
          <w:sz w:val="32"/>
          <w:szCs w:val="32"/>
        </w:rPr>
        <w:t xml:space="preserve"> Schools</w:t>
      </w:r>
    </w:p>
    <w:p w14:paraId="6C67BB24" w14:textId="1E94364F" w:rsidR="0060254F" w:rsidRPr="008002A7" w:rsidRDefault="0060254F">
      <w:pPr>
        <w:shd w:val="clear" w:color="auto" w:fill="FFFFFF"/>
        <w:rPr>
          <w:rFonts w:ascii="Segoe UI" w:eastAsia="Times New Roman" w:hAnsi="Segoe UI" w:cs="Segoe UI"/>
          <w:color w:val="333333"/>
          <w:sz w:val="24"/>
          <w:szCs w:val="24"/>
        </w:rPr>
      </w:pPr>
      <w:hyperlink r:id="rId102" w:anchor="Barnet" w:history="1">
        <w:r>
          <w:rPr>
            <w:rStyle w:val="elementor-button-text"/>
            <w:rFonts w:ascii="Roboto" w:eastAsia="Times New Roman" w:hAnsi="Roboto" w:cs="Segoe UI"/>
            <w:color w:val="10AFF4"/>
            <w:sz w:val="23"/>
            <w:szCs w:val="23"/>
            <w:bdr w:val="single" w:sz="24" w:space="9" w:color="10AFF4" w:frame="1"/>
            <w:shd w:val="clear" w:color="auto" w:fill="FFFFFF"/>
          </w:rPr>
          <w:t>London : Barnet</w:t>
        </w:r>
      </w:hyperlink>
      <w:r w:rsidR="000D52F2">
        <w:rPr>
          <w:rFonts w:ascii="Segoe UI" w:eastAsia="Times New Roman" w:hAnsi="Segoe UI" w:cs="Segoe UI"/>
          <w:color w:val="333333"/>
          <w:sz w:val="24"/>
          <w:szCs w:val="24"/>
        </w:rPr>
        <w:t xml:space="preserve"> </w:t>
      </w:r>
      <w:hyperlink r:id="rId103" w:anchor="Heartfordshire" w:history="1">
        <w:r w:rsidR="000D52F2">
          <w:rPr>
            <w:rStyle w:val="elementor-button-text"/>
            <w:rFonts w:ascii="Roboto" w:eastAsia="Times New Roman" w:hAnsi="Roboto" w:cs="Segoe UI"/>
            <w:color w:val="1EB187"/>
            <w:sz w:val="23"/>
            <w:szCs w:val="23"/>
            <w:bdr w:val="single" w:sz="24" w:space="9" w:color="1EB187" w:frame="1"/>
            <w:shd w:val="clear" w:color="auto" w:fill="FFFFFF"/>
          </w:rPr>
          <w:t>Hertfordshire</w:t>
        </w:r>
      </w:hyperlink>
      <w:r w:rsidR="008002A7">
        <w:rPr>
          <w:rFonts w:ascii="Segoe UI" w:eastAsia="Times New Roman" w:hAnsi="Segoe UI" w:cs="Segoe UI"/>
          <w:color w:val="333333"/>
          <w:sz w:val="24"/>
          <w:szCs w:val="24"/>
        </w:rPr>
        <w:t xml:space="preserve"> </w:t>
      </w:r>
      <w:hyperlink r:id="rId104" w:anchor="Slough" w:history="1">
        <w:r>
          <w:rPr>
            <w:rStyle w:val="elementor-button-text"/>
            <w:rFonts w:ascii="Roboto" w:eastAsia="Times New Roman" w:hAnsi="Roboto" w:cs="Segoe UI"/>
            <w:color w:val="10AFF4"/>
            <w:sz w:val="23"/>
            <w:szCs w:val="23"/>
            <w:bdr w:val="single" w:sz="24" w:space="9" w:color="10AFF4" w:frame="1"/>
            <w:shd w:val="clear" w:color="auto" w:fill="FFFFFF"/>
          </w:rPr>
          <w:t>Berkshire : Slough</w:t>
        </w:r>
      </w:hyperlink>
      <w:r w:rsidR="008002A7">
        <w:rPr>
          <w:rFonts w:ascii="Segoe UI" w:eastAsia="Times New Roman" w:hAnsi="Segoe UI" w:cs="Segoe UI"/>
          <w:color w:val="333333"/>
          <w:sz w:val="24"/>
          <w:szCs w:val="24"/>
        </w:rPr>
        <w:t xml:space="preserve"> </w:t>
      </w:r>
      <w:hyperlink r:id="rId105" w:anchor="Buckinghamshire" w:history="1">
        <w:r>
          <w:rPr>
            <w:rStyle w:val="elementor-button-text"/>
            <w:rFonts w:ascii="Roboto" w:eastAsia="Times New Roman" w:hAnsi="Roboto" w:cs="Segoe UI"/>
            <w:color w:val="1EB187"/>
            <w:sz w:val="23"/>
            <w:szCs w:val="23"/>
            <w:bdr w:val="single" w:sz="24" w:space="9" w:color="1EB187" w:frame="1"/>
            <w:shd w:val="clear" w:color="auto" w:fill="FFFFFF"/>
          </w:rPr>
          <w:t>Buckinghamshire</w:t>
        </w:r>
      </w:hyperlink>
    </w:p>
    <w:p w14:paraId="6283503C" w14:textId="77777777" w:rsidR="0060254F" w:rsidRDefault="0060254F">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London Barnet Grammar Schools</w:t>
      </w:r>
    </w:p>
    <w:p w14:paraId="62A9E6E3" w14:textId="77777777" w:rsidR="0060254F" w:rsidRDefault="0060254F">
      <w:pPr>
        <w:pStyle w:val="NormalWeb"/>
        <w:shd w:val="clear" w:color="auto" w:fill="E3F3FA"/>
        <w:rPr>
          <w:rFonts w:ascii="Montserrat" w:hAnsi="Montserrat" w:cs="Segoe UI"/>
          <w:color w:val="0A0A0A"/>
        </w:rPr>
      </w:pPr>
      <w:r>
        <w:rPr>
          <w:rFonts w:ascii="Montserrat" w:hAnsi="Montserrat" w:cs="Segoe UI"/>
          <w:color w:val="0A0A0A"/>
        </w:rPr>
        <w:t>Henrietta Barnett School</w:t>
      </w:r>
    </w:p>
    <w:p w14:paraId="2B0B6B2E" w14:textId="77777777" w:rsidR="0060254F" w:rsidRDefault="0060254F">
      <w:pPr>
        <w:pStyle w:val="NormalWeb"/>
        <w:shd w:val="clear" w:color="auto" w:fill="E3F3FA"/>
        <w:rPr>
          <w:rFonts w:ascii="Montserrat" w:hAnsi="Montserrat" w:cs="Segoe UI"/>
          <w:color w:val="0A0A0A"/>
        </w:rPr>
      </w:pPr>
      <w:r>
        <w:rPr>
          <w:rFonts w:ascii="Montserrat" w:hAnsi="Montserrat" w:cs="Segoe UI"/>
          <w:color w:val="0A0A0A"/>
        </w:rPr>
        <w:t>Mill County High School</w:t>
      </w:r>
    </w:p>
    <w:p w14:paraId="7A8E7DEA" w14:textId="4A450C3B" w:rsidR="0060254F" w:rsidRPr="0060254F" w:rsidRDefault="0060254F">
      <w:pPr>
        <w:pStyle w:val="NormalWeb"/>
        <w:shd w:val="clear" w:color="auto" w:fill="E3F3FA"/>
        <w:rPr>
          <w:rFonts w:ascii="Montserrat" w:hAnsi="Montserrat" w:cs="Segoe UI"/>
          <w:color w:val="0A0A0A"/>
        </w:rPr>
      </w:pPr>
      <w:r>
        <w:rPr>
          <w:rFonts w:ascii="Montserrat" w:hAnsi="Montserrat" w:cs="Segoe UI"/>
          <w:color w:val="0A0A0A"/>
        </w:rPr>
        <w:t>Queen Elizabeth’s School (QE Boy’s Barnet</w:t>
      </w:r>
      <w:r w:rsidR="000D52F2">
        <w:rPr>
          <w:rFonts w:ascii="Montserrat" w:hAnsi="Montserrat" w:cs="Segoe UI"/>
          <w:color w:val="0A0A0A"/>
        </w:rPr>
        <w:t>)</w:t>
      </w:r>
    </w:p>
    <w:p w14:paraId="4781757D" w14:textId="77777777" w:rsidR="0060254F" w:rsidRDefault="0060254F">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Hertfordshire Grammar Schools</w:t>
      </w:r>
    </w:p>
    <w:p w14:paraId="4C852370"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Bushey Meads School</w:t>
      </w:r>
    </w:p>
    <w:p w14:paraId="2AAD502A"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lastRenderedPageBreak/>
        <w:t>Queen’s School</w:t>
      </w:r>
    </w:p>
    <w:p w14:paraId="55E911E1"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Croxley Danes Grammar School</w:t>
      </w:r>
    </w:p>
    <w:p w14:paraId="695FCE89"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Rickmansworth School</w:t>
      </w:r>
    </w:p>
    <w:p w14:paraId="1B8349E5" w14:textId="77777777" w:rsidR="0060254F" w:rsidRDefault="0060254F">
      <w:pPr>
        <w:pStyle w:val="NormalWeb"/>
        <w:shd w:val="clear" w:color="auto" w:fill="E9F7F3"/>
        <w:rPr>
          <w:rFonts w:ascii="Montserrat" w:hAnsi="Montserrat" w:cs="Segoe UI"/>
          <w:color w:val="0A0A0A"/>
        </w:rPr>
      </w:pPr>
      <w:proofErr w:type="spellStart"/>
      <w:r>
        <w:rPr>
          <w:rFonts w:ascii="Montserrat" w:hAnsi="Montserrat" w:cs="Segoe UI"/>
          <w:color w:val="0A0A0A"/>
        </w:rPr>
        <w:t>Parmiter’s</w:t>
      </w:r>
      <w:proofErr w:type="spellEnd"/>
      <w:r>
        <w:rPr>
          <w:rFonts w:ascii="Montserrat" w:hAnsi="Montserrat" w:cs="Segoe UI"/>
          <w:color w:val="0A0A0A"/>
        </w:rPr>
        <w:t xml:space="preserve"> School</w:t>
      </w:r>
    </w:p>
    <w:p w14:paraId="16B68DCB"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St Michaels Catholic Grammar School</w:t>
      </w:r>
    </w:p>
    <w:p w14:paraId="6ECDB270" w14:textId="13B05352" w:rsidR="0060254F" w:rsidRDefault="0060254F">
      <w:pPr>
        <w:pStyle w:val="NormalWeb"/>
        <w:shd w:val="clear" w:color="auto" w:fill="E9F7F3"/>
        <w:rPr>
          <w:rFonts w:ascii="Montserrat" w:hAnsi="Montserrat" w:cs="Segoe UI"/>
          <w:color w:val="0A0A0A"/>
        </w:rPr>
      </w:pPr>
    </w:p>
    <w:p w14:paraId="64436434" w14:textId="77777777" w:rsidR="0060254F" w:rsidRDefault="0060254F">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Berkshire Slough Grammar Schools</w:t>
      </w:r>
    </w:p>
    <w:p w14:paraId="0867FFED" w14:textId="77777777" w:rsidR="0060254F" w:rsidRDefault="0060254F">
      <w:pPr>
        <w:pStyle w:val="NormalWeb"/>
        <w:shd w:val="clear" w:color="auto" w:fill="E3F3FA"/>
        <w:rPr>
          <w:rFonts w:ascii="Montserrat" w:hAnsi="Montserrat" w:cs="Segoe UI"/>
          <w:color w:val="0A0A0A"/>
        </w:rPr>
      </w:pPr>
      <w:r>
        <w:rPr>
          <w:rFonts w:ascii="Montserrat" w:hAnsi="Montserrat" w:cs="Segoe UI"/>
          <w:color w:val="0A0A0A"/>
        </w:rPr>
        <w:t>Herschel Grammar School</w:t>
      </w:r>
    </w:p>
    <w:p w14:paraId="18D1E331" w14:textId="77777777" w:rsidR="0060254F" w:rsidRDefault="0060254F">
      <w:pPr>
        <w:pStyle w:val="NormalWeb"/>
        <w:shd w:val="clear" w:color="auto" w:fill="E3F3FA"/>
        <w:rPr>
          <w:rFonts w:ascii="Montserrat" w:hAnsi="Montserrat" w:cs="Segoe UI"/>
          <w:color w:val="0A0A0A"/>
        </w:rPr>
      </w:pPr>
      <w:r>
        <w:rPr>
          <w:rFonts w:ascii="Montserrat" w:hAnsi="Montserrat" w:cs="Segoe UI"/>
          <w:color w:val="0A0A0A"/>
        </w:rPr>
        <w:t>Langley Grammar School</w:t>
      </w:r>
    </w:p>
    <w:p w14:paraId="47059C34" w14:textId="77777777" w:rsidR="0060254F" w:rsidRDefault="0060254F">
      <w:pPr>
        <w:pStyle w:val="NormalWeb"/>
        <w:shd w:val="clear" w:color="auto" w:fill="E3F3FA"/>
        <w:rPr>
          <w:rFonts w:ascii="Montserrat" w:hAnsi="Montserrat" w:cs="Segoe UI"/>
          <w:color w:val="0A0A0A"/>
        </w:rPr>
      </w:pPr>
      <w:r>
        <w:rPr>
          <w:rFonts w:ascii="Montserrat" w:hAnsi="Montserrat" w:cs="Segoe UI"/>
          <w:color w:val="0A0A0A"/>
        </w:rPr>
        <w:t>St Bernard’s Catholic Grammar School</w:t>
      </w:r>
    </w:p>
    <w:p w14:paraId="169A225E" w14:textId="615562B2" w:rsidR="0060254F" w:rsidRPr="008002A7" w:rsidRDefault="0060254F">
      <w:pPr>
        <w:pStyle w:val="NormalWeb"/>
        <w:shd w:val="clear" w:color="auto" w:fill="E3F3FA"/>
        <w:rPr>
          <w:rFonts w:ascii="Montserrat" w:hAnsi="Montserrat" w:cs="Segoe UI"/>
          <w:color w:val="0A0A0A"/>
        </w:rPr>
      </w:pPr>
      <w:r>
        <w:rPr>
          <w:rFonts w:ascii="Montserrat" w:hAnsi="Montserrat" w:cs="Segoe UI"/>
          <w:color w:val="0A0A0A"/>
        </w:rPr>
        <w:t>Upton Court Grammar School</w:t>
      </w:r>
    </w:p>
    <w:p w14:paraId="3225269F" w14:textId="77777777" w:rsidR="0060254F" w:rsidRDefault="0060254F">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Buckinghamshire Grammar Schools</w:t>
      </w:r>
    </w:p>
    <w:p w14:paraId="56477D9F"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Aylesbury Grammar School</w:t>
      </w:r>
    </w:p>
    <w:p w14:paraId="0FAB3121"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John Hampden Grammar School</w:t>
      </w:r>
    </w:p>
    <w:p w14:paraId="358875D6"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Aylesbury High School</w:t>
      </w:r>
    </w:p>
    <w:p w14:paraId="4F1D6B15"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Sir Henry Floyd Grammar School</w:t>
      </w:r>
    </w:p>
    <w:p w14:paraId="36A1E463"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Beaconsfield High School</w:t>
      </w:r>
    </w:p>
    <w:p w14:paraId="7BC3890C"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 xml:space="preserve">Sir William </w:t>
      </w:r>
      <w:proofErr w:type="spellStart"/>
      <w:r>
        <w:rPr>
          <w:rFonts w:ascii="Montserrat" w:hAnsi="Montserrat" w:cs="Segoe UI"/>
          <w:color w:val="0A0A0A"/>
        </w:rPr>
        <w:t>Borlase’s</w:t>
      </w:r>
      <w:proofErr w:type="spellEnd"/>
      <w:r>
        <w:rPr>
          <w:rFonts w:ascii="Montserrat" w:hAnsi="Montserrat" w:cs="Segoe UI"/>
          <w:color w:val="0A0A0A"/>
        </w:rPr>
        <w:t xml:space="preserve"> Grammar School</w:t>
      </w:r>
    </w:p>
    <w:p w14:paraId="176D7E75"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Burnham Grammar School</w:t>
      </w:r>
    </w:p>
    <w:p w14:paraId="5E9913F6"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The Royal Grammar School</w:t>
      </w:r>
    </w:p>
    <w:p w14:paraId="319FACD2"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Chesham Grammar School</w:t>
      </w:r>
    </w:p>
    <w:p w14:paraId="55B5AFB5"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The Royal Latin School</w:t>
      </w:r>
    </w:p>
    <w:p w14:paraId="36228E2B"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lastRenderedPageBreak/>
        <w:t>Dr Challoner’s Grammar School</w:t>
      </w:r>
    </w:p>
    <w:p w14:paraId="66B4D22C"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Wycombe High School</w:t>
      </w:r>
    </w:p>
    <w:p w14:paraId="41EFD7EC" w14:textId="77777777" w:rsidR="0060254F" w:rsidRDefault="0060254F">
      <w:pPr>
        <w:pStyle w:val="NormalWeb"/>
        <w:shd w:val="clear" w:color="auto" w:fill="E9F7F3"/>
        <w:rPr>
          <w:rFonts w:ascii="Montserrat" w:hAnsi="Montserrat" w:cs="Segoe UI"/>
          <w:color w:val="0A0A0A"/>
        </w:rPr>
      </w:pPr>
      <w:r>
        <w:rPr>
          <w:rFonts w:ascii="Montserrat" w:hAnsi="Montserrat" w:cs="Segoe UI"/>
          <w:color w:val="0A0A0A"/>
        </w:rPr>
        <w:t>Dr Challoner’s High School</w:t>
      </w:r>
    </w:p>
    <w:p w14:paraId="1656145D" w14:textId="5C55445E" w:rsidR="00474F74" w:rsidRDefault="000E09CC" w:rsidP="000D54C0">
      <w:pPr>
        <w:spacing w:before="100" w:beforeAutospacing="1" w:after="100" w:afterAutospacing="1" w:line="480" w:lineRule="atLeast"/>
        <w:textAlignment w:val="baseline"/>
        <w:rPr>
          <w:rFonts w:ascii="Montserrat" w:eastAsia="Times New Roman" w:hAnsi="Montserrat" w:cs="Segoe UI"/>
          <w:color w:val="1F497D" w:themeColor="text2"/>
          <w:sz w:val="32"/>
          <w:szCs w:val="32"/>
        </w:rPr>
      </w:pPr>
      <w:r>
        <w:rPr>
          <w:rFonts w:ascii="Montserrat" w:eastAsia="Times New Roman" w:hAnsi="Montserrat" w:cs="Segoe UI"/>
          <w:color w:val="0A0A0A"/>
          <w:sz w:val="32"/>
          <w:szCs w:val="32"/>
        </w:rPr>
        <w:t xml:space="preserve">           </w:t>
      </w:r>
      <w:r w:rsidR="000768A6">
        <w:rPr>
          <w:rFonts w:ascii="Montserrat" w:eastAsia="Times New Roman" w:hAnsi="Montserrat" w:cs="Segoe UI"/>
          <w:color w:val="0A0A0A"/>
          <w:sz w:val="32"/>
          <w:szCs w:val="32"/>
        </w:rPr>
        <w:t xml:space="preserve">        </w:t>
      </w:r>
      <w:r>
        <w:rPr>
          <w:rFonts w:ascii="Montserrat" w:eastAsia="Times New Roman" w:hAnsi="Montserrat" w:cs="Segoe UI"/>
          <w:color w:val="0A0A0A"/>
          <w:sz w:val="32"/>
          <w:szCs w:val="32"/>
        </w:rPr>
        <w:t xml:space="preserve">    </w:t>
      </w:r>
      <w:r w:rsidR="000768A6" w:rsidRPr="000768A6">
        <w:rPr>
          <w:rFonts w:ascii="Montserrat" w:eastAsia="Times New Roman" w:hAnsi="Montserrat" w:cs="Segoe UI"/>
          <w:color w:val="1F497D" w:themeColor="text2"/>
          <w:sz w:val="32"/>
          <w:szCs w:val="32"/>
        </w:rPr>
        <w:t>REVISION WORKSHOPS</w:t>
      </w:r>
    </w:p>
    <w:p w14:paraId="20DB5B40" w14:textId="77777777" w:rsidR="000768A6" w:rsidRDefault="000768A6" w:rsidP="000D54C0">
      <w:pPr>
        <w:spacing w:before="100" w:beforeAutospacing="1" w:after="100" w:afterAutospacing="1" w:line="480" w:lineRule="atLeast"/>
        <w:textAlignment w:val="baseline"/>
        <w:rPr>
          <w:rFonts w:ascii="Montserrat" w:eastAsia="Times New Roman" w:hAnsi="Montserrat" w:cs="Segoe UI"/>
          <w:color w:val="1F497D" w:themeColor="text2"/>
          <w:sz w:val="32"/>
          <w:szCs w:val="32"/>
        </w:rPr>
      </w:pPr>
    </w:p>
    <w:p w14:paraId="740B29B9" w14:textId="77777777" w:rsidR="000768A6" w:rsidRDefault="000768A6">
      <w:pPr>
        <w:pStyle w:val="Heading2"/>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Exam Revision &amp; Booster Sessions</w:t>
      </w:r>
    </w:p>
    <w:p w14:paraId="6B4C9DBC" w14:textId="77777777" w:rsidR="000768A6" w:rsidRDefault="000768A6">
      <w:pPr>
        <w:pStyle w:val="NormalWeb"/>
        <w:shd w:val="clear" w:color="auto" w:fill="E3F3FA"/>
        <w:rPr>
          <w:rFonts w:ascii="Montserrat" w:hAnsi="Montserrat" w:cs="Segoe UI"/>
          <w:color w:val="0A0A0A"/>
        </w:rPr>
      </w:pPr>
      <w:r>
        <w:rPr>
          <w:rFonts w:ascii="Montserrat" w:hAnsi="Montserrat" w:cs="Segoe UI"/>
          <w:color w:val="0A0A0A"/>
        </w:rPr>
        <w:t>Excel Academy Tuition offers exclusive revision sessions, both at our centre and online, designed to strengthen students’ final exam preparation. These targeted sessions are available before and during exam periods, as well as through intensive programmes held during the Easter and Summer holidays.</w:t>
      </w:r>
    </w:p>
    <w:p w14:paraId="754C14FA" w14:textId="77777777" w:rsidR="000768A6" w:rsidRDefault="000768A6">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Comprehensive Booster Courses</w:t>
      </w:r>
    </w:p>
    <w:p w14:paraId="02CDB961" w14:textId="77777777" w:rsidR="000768A6" w:rsidRDefault="000768A6">
      <w:pPr>
        <w:pStyle w:val="NormalWeb"/>
        <w:shd w:val="clear" w:color="auto" w:fill="E9F7F3"/>
        <w:spacing w:line="480" w:lineRule="atLeast"/>
        <w:rPr>
          <w:rFonts w:ascii="Montserrat" w:hAnsi="Montserrat" w:cs="Segoe UI"/>
          <w:color w:val="0A0A0A"/>
        </w:rPr>
      </w:pPr>
      <w:r>
        <w:rPr>
          <w:rFonts w:ascii="Montserrat" w:hAnsi="Montserrat" w:cs="Segoe UI"/>
          <w:color w:val="0A0A0A"/>
        </w:rPr>
        <w:t>Our booster sessions include crash courses that thoroughly cover the entire syllabus. These sessions are ideal for students preparing for:</w:t>
      </w:r>
    </w:p>
    <w:p w14:paraId="294D69C6" w14:textId="77777777" w:rsidR="000768A6" w:rsidRDefault="000768A6" w:rsidP="000768A6">
      <w:pPr>
        <w:pStyle w:val="NormalWeb"/>
        <w:numPr>
          <w:ilvl w:val="0"/>
          <w:numId w:val="131"/>
        </w:numPr>
        <w:spacing w:line="480" w:lineRule="atLeast"/>
        <w:textAlignment w:val="baseline"/>
        <w:rPr>
          <w:rFonts w:ascii="Montserrat" w:hAnsi="Montserrat" w:cs="Segoe UI"/>
          <w:color w:val="0A0A0A"/>
        </w:rPr>
      </w:pPr>
      <w:r>
        <w:rPr>
          <w:rFonts w:ascii="Montserrat" w:hAnsi="Montserrat" w:cs="Segoe UI"/>
          <w:color w:val="0A0A0A"/>
        </w:rPr>
        <w:t>GCSE</w:t>
      </w:r>
    </w:p>
    <w:p w14:paraId="19DF98DE" w14:textId="77777777" w:rsidR="000768A6" w:rsidRDefault="000768A6" w:rsidP="000768A6">
      <w:pPr>
        <w:pStyle w:val="NormalWeb"/>
        <w:numPr>
          <w:ilvl w:val="0"/>
          <w:numId w:val="131"/>
        </w:numPr>
        <w:spacing w:line="480" w:lineRule="atLeast"/>
        <w:textAlignment w:val="baseline"/>
        <w:rPr>
          <w:rFonts w:ascii="Montserrat" w:hAnsi="Montserrat" w:cs="Segoe UI"/>
          <w:color w:val="0A0A0A"/>
        </w:rPr>
      </w:pPr>
      <w:r>
        <w:rPr>
          <w:rFonts w:ascii="Montserrat" w:hAnsi="Montserrat" w:cs="Segoe UI"/>
          <w:color w:val="0A0A0A"/>
        </w:rPr>
        <w:t>IGCSE</w:t>
      </w:r>
    </w:p>
    <w:p w14:paraId="31F82F27" w14:textId="77777777" w:rsidR="000768A6" w:rsidRDefault="000768A6" w:rsidP="000768A6">
      <w:pPr>
        <w:pStyle w:val="NormalWeb"/>
        <w:numPr>
          <w:ilvl w:val="0"/>
          <w:numId w:val="131"/>
        </w:numPr>
        <w:spacing w:line="480" w:lineRule="atLeast"/>
        <w:textAlignment w:val="baseline"/>
        <w:rPr>
          <w:rFonts w:ascii="Montserrat" w:hAnsi="Montserrat" w:cs="Segoe UI"/>
          <w:color w:val="0A0A0A"/>
        </w:rPr>
      </w:pPr>
      <w:r>
        <w:rPr>
          <w:rFonts w:ascii="Montserrat" w:hAnsi="Montserrat" w:cs="Segoe UI"/>
          <w:color w:val="0A0A0A"/>
        </w:rPr>
        <w:t>A Levels</w:t>
      </w:r>
    </w:p>
    <w:p w14:paraId="1935AEFB" w14:textId="77777777" w:rsidR="000768A6" w:rsidRDefault="000768A6" w:rsidP="000768A6">
      <w:pPr>
        <w:pStyle w:val="NormalWeb"/>
        <w:numPr>
          <w:ilvl w:val="0"/>
          <w:numId w:val="131"/>
        </w:numPr>
        <w:spacing w:line="480" w:lineRule="atLeast"/>
        <w:textAlignment w:val="baseline"/>
        <w:rPr>
          <w:rFonts w:ascii="Montserrat" w:hAnsi="Montserrat" w:cs="Segoe UI"/>
          <w:color w:val="0A0A0A"/>
        </w:rPr>
      </w:pPr>
      <w:r>
        <w:rPr>
          <w:rFonts w:ascii="Montserrat" w:hAnsi="Montserrat" w:cs="Segoe UI"/>
          <w:color w:val="0A0A0A"/>
        </w:rPr>
        <w:t>11 Plus</w:t>
      </w:r>
    </w:p>
    <w:p w14:paraId="3B86956C" w14:textId="77777777" w:rsidR="000768A6" w:rsidRDefault="000768A6" w:rsidP="000768A6">
      <w:pPr>
        <w:pStyle w:val="NormalWeb"/>
        <w:numPr>
          <w:ilvl w:val="0"/>
          <w:numId w:val="131"/>
        </w:numPr>
        <w:spacing w:line="480" w:lineRule="atLeast"/>
        <w:textAlignment w:val="baseline"/>
        <w:rPr>
          <w:rFonts w:ascii="Montserrat" w:hAnsi="Montserrat" w:cs="Segoe UI"/>
          <w:color w:val="0A0A0A"/>
        </w:rPr>
      </w:pPr>
      <w:r>
        <w:rPr>
          <w:rFonts w:ascii="Montserrat" w:hAnsi="Montserrat" w:cs="Segoe UI"/>
          <w:color w:val="0A0A0A"/>
        </w:rPr>
        <w:t>13 Plus</w:t>
      </w:r>
    </w:p>
    <w:p w14:paraId="351F1997" w14:textId="77777777" w:rsidR="000768A6" w:rsidRDefault="000768A6">
      <w:pPr>
        <w:pStyle w:val="NormalWeb"/>
        <w:shd w:val="clear" w:color="auto" w:fill="E9F7F3"/>
        <w:spacing w:line="480" w:lineRule="atLeast"/>
        <w:rPr>
          <w:rFonts w:ascii="Montserrat" w:hAnsi="Montserrat" w:cs="Segoe UI"/>
          <w:color w:val="0A0A0A"/>
        </w:rPr>
      </w:pPr>
      <w:r>
        <w:rPr>
          <w:rFonts w:ascii="Montserrat" w:hAnsi="Montserrat" w:cs="Segoe UI"/>
          <w:color w:val="0A0A0A"/>
        </w:rPr>
        <w:t>These courses focus on revisiting missed or challenging topics, reinforcing key concepts, and ensuring students have a solid understanding of all subject areas.</w:t>
      </w:r>
    </w:p>
    <w:p w14:paraId="05258908" w14:textId="77777777" w:rsidR="000768A6" w:rsidRDefault="000768A6">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lastRenderedPageBreak/>
        <w:t>Focused Exam Preparation</w:t>
      </w:r>
    </w:p>
    <w:p w14:paraId="0C069CD9" w14:textId="77777777" w:rsidR="000768A6" w:rsidRDefault="000768A6">
      <w:pPr>
        <w:pStyle w:val="NormalWeb"/>
        <w:shd w:val="clear" w:color="auto" w:fill="E3F3FA"/>
        <w:spacing w:line="480" w:lineRule="atLeast"/>
        <w:rPr>
          <w:rFonts w:ascii="Montserrat" w:hAnsi="Montserrat" w:cs="Segoe UI"/>
          <w:color w:val="0A0A0A"/>
        </w:rPr>
      </w:pPr>
      <w:r>
        <w:rPr>
          <w:rFonts w:ascii="Montserrat" w:hAnsi="Montserrat" w:cs="Segoe UI"/>
          <w:color w:val="0A0A0A"/>
        </w:rPr>
        <w:t>We prioritise hands-on, exam-focused learning by:</w:t>
      </w:r>
    </w:p>
    <w:p w14:paraId="74BBF95C" w14:textId="77777777" w:rsidR="000768A6" w:rsidRDefault="000768A6" w:rsidP="000768A6">
      <w:pPr>
        <w:pStyle w:val="NormalWeb"/>
        <w:numPr>
          <w:ilvl w:val="0"/>
          <w:numId w:val="132"/>
        </w:numPr>
        <w:spacing w:line="480" w:lineRule="atLeast"/>
        <w:textAlignment w:val="baseline"/>
        <w:rPr>
          <w:rFonts w:ascii="Montserrat" w:hAnsi="Montserrat" w:cs="Segoe UI"/>
          <w:color w:val="0A0A0A"/>
        </w:rPr>
      </w:pPr>
      <w:r>
        <w:rPr>
          <w:rFonts w:ascii="Montserrat" w:hAnsi="Montserrat" w:cs="Segoe UI"/>
          <w:color w:val="0A0A0A"/>
        </w:rPr>
        <w:t>Practising a wide range of exam-style questions</w:t>
      </w:r>
    </w:p>
    <w:p w14:paraId="6A5A3807" w14:textId="77777777" w:rsidR="000768A6" w:rsidRDefault="000768A6" w:rsidP="000768A6">
      <w:pPr>
        <w:pStyle w:val="NormalWeb"/>
        <w:numPr>
          <w:ilvl w:val="0"/>
          <w:numId w:val="132"/>
        </w:numPr>
        <w:spacing w:line="480" w:lineRule="atLeast"/>
        <w:textAlignment w:val="baseline"/>
        <w:rPr>
          <w:rFonts w:ascii="Montserrat" w:hAnsi="Montserrat" w:cs="Segoe UI"/>
          <w:color w:val="0A0A0A"/>
        </w:rPr>
      </w:pPr>
      <w:r>
        <w:rPr>
          <w:rFonts w:ascii="Montserrat" w:hAnsi="Montserrat" w:cs="Segoe UI"/>
          <w:color w:val="0A0A0A"/>
        </w:rPr>
        <w:t>Providing abundant opportunities to solve past papers</w:t>
      </w:r>
    </w:p>
    <w:p w14:paraId="22245D41" w14:textId="77777777" w:rsidR="000768A6" w:rsidRDefault="000768A6" w:rsidP="000768A6">
      <w:pPr>
        <w:pStyle w:val="NormalWeb"/>
        <w:numPr>
          <w:ilvl w:val="0"/>
          <w:numId w:val="132"/>
        </w:numPr>
        <w:spacing w:line="480" w:lineRule="atLeast"/>
        <w:textAlignment w:val="baseline"/>
        <w:rPr>
          <w:rFonts w:ascii="Montserrat" w:hAnsi="Montserrat" w:cs="Segoe UI"/>
          <w:color w:val="0A0A0A"/>
        </w:rPr>
      </w:pPr>
      <w:r>
        <w:rPr>
          <w:rFonts w:ascii="Montserrat" w:hAnsi="Montserrat" w:cs="Segoe UI"/>
          <w:color w:val="0A0A0A"/>
        </w:rPr>
        <w:t>Strengthening exam technique and confidence</w:t>
      </w:r>
    </w:p>
    <w:p w14:paraId="681A51FD" w14:textId="77777777" w:rsidR="000768A6" w:rsidRDefault="000768A6" w:rsidP="000768A6">
      <w:pPr>
        <w:pStyle w:val="NormalWeb"/>
        <w:numPr>
          <w:ilvl w:val="0"/>
          <w:numId w:val="132"/>
        </w:numPr>
        <w:spacing w:line="480" w:lineRule="atLeast"/>
        <w:textAlignment w:val="baseline"/>
        <w:rPr>
          <w:rFonts w:ascii="Montserrat" w:hAnsi="Montserrat" w:cs="Segoe UI"/>
          <w:color w:val="0A0A0A"/>
        </w:rPr>
      </w:pPr>
      <w:r>
        <w:rPr>
          <w:rFonts w:ascii="Montserrat" w:hAnsi="Montserrat" w:cs="Segoe UI"/>
          <w:color w:val="0A0A0A"/>
        </w:rPr>
        <w:t>Offering personalised support to close learning gaps</w:t>
      </w:r>
    </w:p>
    <w:p w14:paraId="54C84CC5" w14:textId="77777777" w:rsidR="000768A6" w:rsidRDefault="000768A6">
      <w:pPr>
        <w:pStyle w:val="NormalWeb"/>
        <w:shd w:val="clear" w:color="auto" w:fill="E3F3FA"/>
        <w:spacing w:line="480" w:lineRule="atLeast"/>
        <w:rPr>
          <w:rFonts w:ascii="Montserrat" w:hAnsi="Montserrat" w:cs="Segoe UI"/>
          <w:color w:val="0A0A0A"/>
        </w:rPr>
      </w:pPr>
      <w:r>
        <w:rPr>
          <w:rFonts w:ascii="Montserrat" w:hAnsi="Montserrat" w:cs="Segoe UI"/>
          <w:color w:val="0A0A0A"/>
        </w:rPr>
        <w:t>Our goal is to equip every student with the skills, knowledge, and confidence they need to achieve their aspirational grades.</w:t>
      </w:r>
    </w:p>
    <w:p w14:paraId="4BCB6480" w14:textId="77777777" w:rsidR="00BD06C2" w:rsidRDefault="00BD06C2"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 xml:space="preserve">              </w:t>
      </w:r>
    </w:p>
    <w:p w14:paraId="17FFAF3A" w14:textId="0565F23E" w:rsidR="000D54C0" w:rsidRDefault="00BD06C2"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 xml:space="preserve">                </w:t>
      </w:r>
      <w:r w:rsidR="00A87552" w:rsidRPr="00BD06C2">
        <w:rPr>
          <w:rFonts w:ascii="Montserrat" w:eastAsia="Times New Roman" w:hAnsi="Montserrat" w:cs="Segoe UI"/>
          <w:color w:val="1F497D" w:themeColor="text2"/>
          <w:sz w:val="24"/>
          <w:szCs w:val="24"/>
        </w:rPr>
        <w:t xml:space="preserve">EASTER &amp; SUMMER </w:t>
      </w:r>
      <w:r w:rsidRPr="00BD06C2">
        <w:rPr>
          <w:rFonts w:ascii="Montserrat" w:eastAsia="Times New Roman" w:hAnsi="Montserrat" w:cs="Segoe UI"/>
          <w:color w:val="1F497D" w:themeColor="text2"/>
          <w:sz w:val="24"/>
          <w:szCs w:val="24"/>
        </w:rPr>
        <w:t>BOOSTER CLASSES</w:t>
      </w:r>
    </w:p>
    <w:p w14:paraId="76DB53FA" w14:textId="77777777" w:rsidR="00EF60C7" w:rsidRDefault="00EF60C7">
      <w:pPr>
        <w:pStyle w:val="Heading2"/>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Revision &amp; Booster Sessions</w:t>
      </w:r>
    </w:p>
    <w:p w14:paraId="5731A4FD" w14:textId="77777777" w:rsidR="00EF60C7" w:rsidRDefault="00EF60C7">
      <w:pPr>
        <w:pStyle w:val="NormalWeb"/>
        <w:shd w:val="clear" w:color="auto" w:fill="E3F3FA"/>
        <w:spacing w:line="480" w:lineRule="atLeast"/>
        <w:rPr>
          <w:rFonts w:ascii="Montserrat" w:hAnsi="Montserrat" w:cs="Segoe UI"/>
          <w:color w:val="0A0A0A"/>
        </w:rPr>
      </w:pPr>
      <w:r>
        <w:rPr>
          <w:rFonts w:ascii="Montserrat" w:hAnsi="Montserrat" w:cs="Segoe UI"/>
          <w:color w:val="0A0A0A"/>
        </w:rPr>
        <w:t>Excel Academy Tuition offers exclusive revision sessions, both at our centre and online, during the Easter and Summer periods to strengthen and enhance students’ exam preparation.</w:t>
      </w:r>
    </w:p>
    <w:p w14:paraId="269371D3" w14:textId="77777777" w:rsidR="00EF60C7" w:rsidRDefault="00EF60C7">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Crash Courses for All Major Exams</w:t>
      </w:r>
    </w:p>
    <w:p w14:paraId="0182856C" w14:textId="77777777" w:rsidR="00EF60C7" w:rsidRDefault="00EF60C7">
      <w:pPr>
        <w:pStyle w:val="NormalWeb"/>
        <w:shd w:val="clear" w:color="auto" w:fill="E9F7F3"/>
        <w:spacing w:line="480" w:lineRule="atLeast"/>
        <w:rPr>
          <w:rFonts w:ascii="Montserrat" w:hAnsi="Montserrat" w:cs="Segoe UI"/>
          <w:color w:val="0A0A0A"/>
        </w:rPr>
      </w:pPr>
      <w:r>
        <w:rPr>
          <w:rFonts w:ascii="Montserrat" w:hAnsi="Montserrat" w:cs="Segoe UI"/>
          <w:color w:val="0A0A0A"/>
        </w:rPr>
        <w:t>Our booster sessions include crash courses that thoroughly cover the entire syllabus. These sessions are ideal for students preparing for:</w:t>
      </w:r>
    </w:p>
    <w:p w14:paraId="07452494" w14:textId="77777777" w:rsidR="00EF60C7" w:rsidRDefault="00EF60C7" w:rsidP="00EF60C7">
      <w:pPr>
        <w:pStyle w:val="NormalWeb"/>
        <w:numPr>
          <w:ilvl w:val="0"/>
          <w:numId w:val="133"/>
        </w:numPr>
        <w:spacing w:line="480" w:lineRule="atLeast"/>
        <w:textAlignment w:val="baseline"/>
        <w:rPr>
          <w:rFonts w:ascii="Montserrat" w:hAnsi="Montserrat" w:cs="Segoe UI"/>
          <w:color w:val="0A0A0A"/>
        </w:rPr>
      </w:pPr>
      <w:r>
        <w:rPr>
          <w:rFonts w:ascii="Montserrat" w:hAnsi="Montserrat" w:cs="Segoe UI"/>
          <w:color w:val="0A0A0A"/>
        </w:rPr>
        <w:t>GCSE</w:t>
      </w:r>
    </w:p>
    <w:p w14:paraId="0298F8EB" w14:textId="77777777" w:rsidR="00EF60C7" w:rsidRDefault="00EF60C7" w:rsidP="00EF60C7">
      <w:pPr>
        <w:pStyle w:val="NormalWeb"/>
        <w:numPr>
          <w:ilvl w:val="0"/>
          <w:numId w:val="133"/>
        </w:numPr>
        <w:spacing w:line="480" w:lineRule="atLeast"/>
        <w:textAlignment w:val="baseline"/>
        <w:rPr>
          <w:rFonts w:ascii="Montserrat" w:hAnsi="Montserrat" w:cs="Segoe UI"/>
          <w:color w:val="0A0A0A"/>
        </w:rPr>
      </w:pPr>
      <w:r>
        <w:rPr>
          <w:rFonts w:ascii="Montserrat" w:hAnsi="Montserrat" w:cs="Segoe UI"/>
          <w:color w:val="0A0A0A"/>
        </w:rPr>
        <w:t>IGCSE</w:t>
      </w:r>
    </w:p>
    <w:p w14:paraId="4192025C" w14:textId="77777777" w:rsidR="00EF60C7" w:rsidRDefault="00EF60C7" w:rsidP="00EF60C7">
      <w:pPr>
        <w:pStyle w:val="NormalWeb"/>
        <w:numPr>
          <w:ilvl w:val="0"/>
          <w:numId w:val="133"/>
        </w:numPr>
        <w:spacing w:line="480" w:lineRule="atLeast"/>
        <w:textAlignment w:val="baseline"/>
        <w:rPr>
          <w:rFonts w:ascii="Montserrat" w:hAnsi="Montserrat" w:cs="Segoe UI"/>
          <w:color w:val="0A0A0A"/>
        </w:rPr>
      </w:pPr>
      <w:r>
        <w:rPr>
          <w:rFonts w:ascii="Montserrat" w:hAnsi="Montserrat" w:cs="Segoe UI"/>
          <w:color w:val="0A0A0A"/>
        </w:rPr>
        <w:t>A Levels</w:t>
      </w:r>
    </w:p>
    <w:p w14:paraId="19716159" w14:textId="77777777" w:rsidR="00EF60C7" w:rsidRDefault="00EF60C7" w:rsidP="00EF60C7">
      <w:pPr>
        <w:pStyle w:val="NormalWeb"/>
        <w:numPr>
          <w:ilvl w:val="0"/>
          <w:numId w:val="133"/>
        </w:numPr>
        <w:spacing w:line="480" w:lineRule="atLeast"/>
        <w:textAlignment w:val="baseline"/>
        <w:rPr>
          <w:rFonts w:ascii="Montserrat" w:hAnsi="Montserrat" w:cs="Segoe UI"/>
          <w:color w:val="0A0A0A"/>
        </w:rPr>
      </w:pPr>
      <w:r>
        <w:rPr>
          <w:rFonts w:ascii="Montserrat" w:hAnsi="Montserrat" w:cs="Segoe UI"/>
          <w:color w:val="0A0A0A"/>
        </w:rPr>
        <w:t>11 Plus</w:t>
      </w:r>
    </w:p>
    <w:p w14:paraId="2DB064EE" w14:textId="77777777" w:rsidR="00EF60C7" w:rsidRDefault="00EF60C7" w:rsidP="00EF60C7">
      <w:pPr>
        <w:pStyle w:val="NormalWeb"/>
        <w:numPr>
          <w:ilvl w:val="0"/>
          <w:numId w:val="133"/>
        </w:numPr>
        <w:spacing w:line="480" w:lineRule="atLeast"/>
        <w:textAlignment w:val="baseline"/>
        <w:rPr>
          <w:rFonts w:ascii="Montserrat" w:hAnsi="Montserrat" w:cs="Segoe UI"/>
          <w:color w:val="0A0A0A"/>
        </w:rPr>
      </w:pPr>
      <w:r>
        <w:rPr>
          <w:rFonts w:ascii="Montserrat" w:hAnsi="Montserrat" w:cs="Segoe UI"/>
          <w:color w:val="0A0A0A"/>
        </w:rPr>
        <w:lastRenderedPageBreak/>
        <w:t>13 Plus</w:t>
      </w:r>
    </w:p>
    <w:p w14:paraId="631CD0E1" w14:textId="77777777" w:rsidR="00EF60C7" w:rsidRDefault="00EF60C7">
      <w:pPr>
        <w:pStyle w:val="NormalWeb"/>
        <w:shd w:val="clear" w:color="auto" w:fill="E9F7F3"/>
        <w:spacing w:line="480" w:lineRule="atLeast"/>
        <w:rPr>
          <w:rFonts w:ascii="Montserrat" w:hAnsi="Montserrat" w:cs="Segoe UI"/>
          <w:color w:val="0A0A0A"/>
        </w:rPr>
      </w:pPr>
      <w:r>
        <w:rPr>
          <w:rFonts w:ascii="Montserrat" w:hAnsi="Montserrat" w:cs="Segoe UI"/>
          <w:color w:val="0A0A0A"/>
        </w:rPr>
        <w:t>We revisit missed, difficult, or challenging topics to ensure every student has a solid understanding before entering the exam hall.</w:t>
      </w:r>
    </w:p>
    <w:p w14:paraId="63864072" w14:textId="77777777" w:rsidR="00EF60C7" w:rsidRDefault="00EF60C7">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Exam-Focused Practice</w:t>
      </w:r>
    </w:p>
    <w:p w14:paraId="30634728" w14:textId="77777777" w:rsidR="00EF60C7" w:rsidRDefault="00EF60C7">
      <w:pPr>
        <w:pStyle w:val="NormalWeb"/>
        <w:shd w:val="clear" w:color="auto" w:fill="E3F3FA"/>
        <w:spacing w:line="480" w:lineRule="atLeast"/>
        <w:rPr>
          <w:rFonts w:ascii="Montserrat" w:hAnsi="Montserrat" w:cs="Segoe UI"/>
          <w:color w:val="0A0A0A"/>
        </w:rPr>
      </w:pPr>
      <w:r>
        <w:rPr>
          <w:rFonts w:ascii="Montserrat" w:hAnsi="Montserrat" w:cs="Segoe UI"/>
          <w:color w:val="0A0A0A"/>
        </w:rPr>
        <w:t>We place strong emphasis on hands-on learning by:</w:t>
      </w:r>
    </w:p>
    <w:p w14:paraId="6BAD9907" w14:textId="77777777" w:rsidR="00EF60C7" w:rsidRDefault="00EF60C7" w:rsidP="00EF60C7">
      <w:pPr>
        <w:pStyle w:val="NormalWeb"/>
        <w:numPr>
          <w:ilvl w:val="0"/>
          <w:numId w:val="134"/>
        </w:numPr>
        <w:spacing w:line="480" w:lineRule="atLeast"/>
        <w:textAlignment w:val="baseline"/>
        <w:rPr>
          <w:rFonts w:ascii="Montserrat" w:hAnsi="Montserrat" w:cs="Segoe UI"/>
          <w:color w:val="0A0A0A"/>
        </w:rPr>
      </w:pPr>
      <w:r>
        <w:rPr>
          <w:rFonts w:ascii="Montserrat" w:hAnsi="Montserrat" w:cs="Segoe UI"/>
          <w:color w:val="0A0A0A"/>
        </w:rPr>
        <w:t>Working through a variety of exam-style questions</w:t>
      </w:r>
    </w:p>
    <w:p w14:paraId="7DD49707" w14:textId="77777777" w:rsidR="00EF60C7" w:rsidRDefault="00EF60C7" w:rsidP="00EF60C7">
      <w:pPr>
        <w:pStyle w:val="NormalWeb"/>
        <w:numPr>
          <w:ilvl w:val="0"/>
          <w:numId w:val="134"/>
        </w:numPr>
        <w:spacing w:line="480" w:lineRule="atLeast"/>
        <w:textAlignment w:val="baseline"/>
        <w:rPr>
          <w:rFonts w:ascii="Montserrat" w:hAnsi="Montserrat" w:cs="Segoe UI"/>
          <w:color w:val="0A0A0A"/>
        </w:rPr>
      </w:pPr>
      <w:r>
        <w:rPr>
          <w:rFonts w:ascii="Montserrat" w:hAnsi="Montserrat" w:cs="Segoe UI"/>
          <w:color w:val="0A0A0A"/>
        </w:rPr>
        <w:t>Providing extensive practice using past papers</w:t>
      </w:r>
    </w:p>
    <w:p w14:paraId="5FB2E08D" w14:textId="77777777" w:rsidR="00EF60C7" w:rsidRDefault="00EF60C7" w:rsidP="00EF60C7">
      <w:pPr>
        <w:pStyle w:val="NormalWeb"/>
        <w:numPr>
          <w:ilvl w:val="0"/>
          <w:numId w:val="134"/>
        </w:numPr>
        <w:spacing w:line="480" w:lineRule="atLeast"/>
        <w:textAlignment w:val="baseline"/>
        <w:rPr>
          <w:rFonts w:ascii="Montserrat" w:hAnsi="Montserrat" w:cs="Segoe UI"/>
          <w:color w:val="0A0A0A"/>
        </w:rPr>
      </w:pPr>
      <w:r>
        <w:rPr>
          <w:rFonts w:ascii="Montserrat" w:hAnsi="Montserrat" w:cs="Segoe UI"/>
          <w:color w:val="0A0A0A"/>
        </w:rPr>
        <w:t>Strengthening exam techniques and time management</w:t>
      </w:r>
    </w:p>
    <w:p w14:paraId="6C5D688C" w14:textId="77777777" w:rsidR="00EF60C7" w:rsidRDefault="00EF60C7" w:rsidP="00EF60C7">
      <w:pPr>
        <w:pStyle w:val="NormalWeb"/>
        <w:numPr>
          <w:ilvl w:val="0"/>
          <w:numId w:val="134"/>
        </w:numPr>
        <w:spacing w:line="480" w:lineRule="atLeast"/>
        <w:textAlignment w:val="baseline"/>
        <w:rPr>
          <w:rFonts w:ascii="Montserrat" w:hAnsi="Montserrat" w:cs="Segoe UI"/>
          <w:color w:val="0A0A0A"/>
        </w:rPr>
      </w:pPr>
      <w:r>
        <w:rPr>
          <w:rFonts w:ascii="Montserrat" w:hAnsi="Montserrat" w:cs="Segoe UI"/>
          <w:color w:val="0A0A0A"/>
        </w:rPr>
        <w:t>Building confidence through guided support</w:t>
      </w:r>
    </w:p>
    <w:p w14:paraId="5680AF34" w14:textId="77777777" w:rsidR="00EF60C7" w:rsidRDefault="00EF60C7">
      <w:pPr>
        <w:pStyle w:val="NormalWeb"/>
        <w:shd w:val="clear" w:color="auto" w:fill="E3F3FA"/>
        <w:spacing w:line="480" w:lineRule="atLeast"/>
        <w:rPr>
          <w:rFonts w:ascii="Montserrat" w:hAnsi="Montserrat" w:cs="Segoe UI"/>
          <w:color w:val="0A0A0A"/>
        </w:rPr>
      </w:pPr>
      <w:r>
        <w:rPr>
          <w:rFonts w:ascii="Montserrat" w:hAnsi="Montserrat" w:cs="Segoe UI"/>
          <w:color w:val="0A0A0A"/>
        </w:rPr>
        <w:t>Our aim is to ensure students are fully prepared and positioned for success, giving them the best chance of achieving their aspirational grades.</w:t>
      </w:r>
    </w:p>
    <w:p w14:paraId="4511328F" w14:textId="32B19775" w:rsidR="00BD06C2" w:rsidRDefault="00187C14"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 xml:space="preserve">                         CAREER GUIDANCE </w:t>
      </w:r>
    </w:p>
    <w:p w14:paraId="758A1725" w14:textId="2AEFF9AB" w:rsidR="00BD06C2" w:rsidRDefault="00D3456B"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w:t>
      </w:r>
      <w:r w:rsidR="00925DEC">
        <w:rPr>
          <w:rFonts w:ascii="Montserrat" w:eastAsia="Times New Roman" w:hAnsi="Montserrat" w:cs="Segoe UI"/>
          <w:color w:val="1F497D" w:themeColor="text2"/>
          <w:sz w:val="24"/>
          <w:szCs w:val="24"/>
        </w:rPr>
        <w:t xml:space="preserve">Academic &amp; </w:t>
      </w:r>
      <w:r w:rsidR="00F35577">
        <w:rPr>
          <w:rFonts w:ascii="Montserrat" w:eastAsia="Times New Roman" w:hAnsi="Montserrat" w:cs="Segoe UI"/>
          <w:color w:val="1F497D" w:themeColor="text2"/>
          <w:sz w:val="24"/>
          <w:szCs w:val="24"/>
        </w:rPr>
        <w:t>Ca</w:t>
      </w:r>
      <w:r w:rsidR="00925DEC">
        <w:rPr>
          <w:rFonts w:ascii="Montserrat" w:eastAsia="Times New Roman" w:hAnsi="Montserrat" w:cs="Segoe UI"/>
          <w:color w:val="1F497D" w:themeColor="text2"/>
          <w:sz w:val="24"/>
          <w:szCs w:val="24"/>
        </w:rPr>
        <w:t xml:space="preserve">reer </w:t>
      </w:r>
      <w:r w:rsidR="00F35577">
        <w:rPr>
          <w:rFonts w:ascii="Montserrat" w:eastAsia="Times New Roman" w:hAnsi="Montserrat" w:cs="Segoe UI"/>
          <w:color w:val="1F497D" w:themeColor="text2"/>
          <w:sz w:val="24"/>
          <w:szCs w:val="24"/>
        </w:rPr>
        <w:t xml:space="preserve">Support] </w:t>
      </w:r>
      <w:r w:rsidR="003509E6">
        <w:rPr>
          <w:rFonts w:ascii="Montserrat" w:eastAsia="Times New Roman" w:hAnsi="Montserrat" w:cs="Segoe UI"/>
          <w:color w:val="1F497D" w:themeColor="text2"/>
          <w:sz w:val="24"/>
          <w:szCs w:val="24"/>
        </w:rPr>
        <w:t xml:space="preserve"> </w:t>
      </w:r>
      <w:r w:rsidR="00F35577">
        <w:rPr>
          <w:rFonts w:ascii="Montserrat" w:eastAsia="Times New Roman" w:hAnsi="Montserrat" w:cs="Segoe UI"/>
          <w:color w:val="1F497D" w:themeColor="text2"/>
          <w:sz w:val="24"/>
          <w:szCs w:val="24"/>
        </w:rPr>
        <w:t>[</w:t>
      </w:r>
      <w:r w:rsidR="000E7710">
        <w:rPr>
          <w:rFonts w:ascii="Montserrat" w:eastAsia="Times New Roman" w:hAnsi="Montserrat" w:cs="Segoe UI"/>
          <w:color w:val="1F497D" w:themeColor="text2"/>
          <w:sz w:val="24"/>
          <w:szCs w:val="24"/>
        </w:rPr>
        <w:t>Application &amp;</w:t>
      </w:r>
      <w:r w:rsidR="003509E6">
        <w:rPr>
          <w:rFonts w:ascii="Montserrat" w:eastAsia="Times New Roman" w:hAnsi="Montserrat" w:cs="Segoe UI"/>
          <w:color w:val="1F497D" w:themeColor="text2"/>
          <w:sz w:val="24"/>
          <w:szCs w:val="24"/>
        </w:rPr>
        <w:t xml:space="preserve"> Process Support]</w:t>
      </w:r>
    </w:p>
    <w:p w14:paraId="523994E4" w14:textId="444B02F6" w:rsidR="003509E6" w:rsidRDefault="003509E6"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 xml:space="preserve">                                 [</w:t>
      </w:r>
      <w:r w:rsidR="000C35CB">
        <w:rPr>
          <w:rFonts w:ascii="Montserrat" w:eastAsia="Times New Roman" w:hAnsi="Montserrat" w:cs="Segoe UI"/>
          <w:color w:val="1F497D" w:themeColor="text2"/>
          <w:sz w:val="24"/>
          <w:szCs w:val="24"/>
        </w:rPr>
        <w:t>Career Guidance]</w:t>
      </w:r>
    </w:p>
    <w:p w14:paraId="55FD3BE1" w14:textId="77777777" w:rsidR="00D348D2" w:rsidRPr="00D348D2" w:rsidRDefault="00D348D2">
      <w:pPr>
        <w:pStyle w:val="Heading2"/>
        <w:shd w:val="clear" w:color="auto" w:fill="FFFFFF"/>
        <w:spacing w:before="0"/>
        <w:rPr>
          <w:rFonts w:ascii="Montserrat" w:eastAsia="Times New Roman" w:hAnsi="Montserrat" w:cs="Segoe UI"/>
          <w:color w:val="000000"/>
          <w:sz w:val="32"/>
          <w:szCs w:val="32"/>
        </w:rPr>
      </w:pPr>
      <w:r w:rsidRPr="00D348D2">
        <w:rPr>
          <w:rFonts w:ascii="Montserrat" w:eastAsia="Times New Roman" w:hAnsi="Montserrat" w:cs="Segoe UI"/>
          <w:b w:val="0"/>
          <w:bCs w:val="0"/>
          <w:color w:val="000000"/>
          <w:sz w:val="32"/>
          <w:szCs w:val="32"/>
        </w:rPr>
        <w:t>Career Guidance</w:t>
      </w:r>
    </w:p>
    <w:p w14:paraId="6EEEF81C" w14:textId="77777777" w:rsidR="00D348D2" w:rsidRDefault="00D348D2">
      <w:pPr>
        <w:pStyle w:val="Heading2"/>
        <w:shd w:val="clear" w:color="auto" w:fill="E3F3FA"/>
        <w:spacing w:before="0"/>
        <w:rPr>
          <w:rFonts w:ascii="Montserrat" w:eastAsia="Times New Roman" w:hAnsi="Montserrat" w:cs="Segoe UI"/>
          <w:color w:val="000000"/>
          <w:sz w:val="36"/>
          <w:szCs w:val="36"/>
        </w:rPr>
      </w:pPr>
      <w:r>
        <w:rPr>
          <w:rFonts w:ascii="Montserrat" w:eastAsia="Times New Roman" w:hAnsi="Montserrat" w:cs="Segoe UI"/>
          <w:b w:val="0"/>
          <w:bCs w:val="0"/>
          <w:color w:val="000000"/>
        </w:rPr>
        <w:t>Academic and Career Support for Students &amp; Parents</w:t>
      </w:r>
    </w:p>
    <w:p w14:paraId="60B12E0D" w14:textId="77777777" w:rsidR="00D348D2" w:rsidRDefault="00D348D2">
      <w:pPr>
        <w:pStyle w:val="NormalWeb"/>
        <w:shd w:val="clear" w:color="auto" w:fill="E3F3FA"/>
        <w:spacing w:line="480" w:lineRule="atLeast"/>
        <w:rPr>
          <w:rFonts w:ascii="Montserrat" w:hAnsi="Montserrat" w:cs="Segoe UI"/>
          <w:color w:val="0A0A0A"/>
        </w:rPr>
      </w:pPr>
      <w:r>
        <w:rPr>
          <w:rFonts w:ascii="Montserrat" w:hAnsi="Montserrat" w:cs="Segoe UI"/>
          <w:color w:val="0A0A0A"/>
        </w:rPr>
        <w:t xml:space="preserve">At our tuition centre, we offer dedicated Academic and Career Guidance to support students and parents throughout the entrance exam and admissions process. We provide clear, personalised advice for applications to Grammar Schools, Private Schools, Sixth-Form Colleges </w:t>
      </w:r>
      <w:r>
        <w:rPr>
          <w:rFonts w:ascii="Montserrat" w:hAnsi="Montserrat" w:cs="Segoe UI"/>
          <w:color w:val="0A0A0A"/>
        </w:rPr>
        <w:lastRenderedPageBreak/>
        <w:t>and Russell Group Universities, ensuring families understand each step with confidence.</w:t>
      </w:r>
    </w:p>
    <w:p w14:paraId="08408783" w14:textId="77777777" w:rsidR="00D348D2" w:rsidRDefault="00D348D2">
      <w:pPr>
        <w:pStyle w:val="Heading2"/>
        <w:shd w:val="clear" w:color="auto" w:fill="E9F7F3"/>
        <w:spacing w:before="0"/>
        <w:rPr>
          <w:rFonts w:ascii="Montserrat" w:eastAsia="Times New Roman" w:hAnsi="Montserrat" w:cs="Segoe UI"/>
          <w:color w:val="000000"/>
        </w:rPr>
      </w:pPr>
      <w:r>
        <w:rPr>
          <w:rFonts w:ascii="Montserrat" w:eastAsia="Times New Roman" w:hAnsi="Montserrat" w:cs="Segoe UI"/>
          <w:b w:val="0"/>
          <w:bCs w:val="0"/>
          <w:color w:val="000000"/>
        </w:rPr>
        <w:t>Entrance Exam Process &amp; Application Support</w:t>
      </w:r>
    </w:p>
    <w:p w14:paraId="2E9B5773" w14:textId="77777777" w:rsidR="00D348D2" w:rsidRDefault="00D348D2">
      <w:pPr>
        <w:pStyle w:val="NormalWeb"/>
        <w:shd w:val="clear" w:color="auto" w:fill="E9F7F3"/>
        <w:spacing w:line="480" w:lineRule="atLeast"/>
        <w:rPr>
          <w:rFonts w:ascii="Montserrat" w:hAnsi="Montserrat" w:cs="Segoe UI"/>
          <w:color w:val="0A0A0A"/>
        </w:rPr>
      </w:pPr>
      <w:r>
        <w:rPr>
          <w:rFonts w:ascii="Montserrat" w:hAnsi="Montserrat" w:cs="Segoe UI"/>
          <w:color w:val="0A0A0A"/>
        </w:rPr>
        <w:t>We guide students through the full preparation and application journey, including:</w:t>
      </w:r>
    </w:p>
    <w:p w14:paraId="1876ACB9" w14:textId="77777777" w:rsidR="00D348D2" w:rsidRDefault="00D348D2" w:rsidP="00D348D2">
      <w:pPr>
        <w:pStyle w:val="NormalWeb"/>
        <w:numPr>
          <w:ilvl w:val="0"/>
          <w:numId w:val="135"/>
        </w:numPr>
        <w:spacing w:line="480" w:lineRule="atLeast"/>
        <w:textAlignment w:val="baseline"/>
        <w:rPr>
          <w:rFonts w:ascii="Montserrat" w:hAnsi="Montserrat" w:cs="Segoe UI"/>
          <w:color w:val="0A0A0A"/>
        </w:rPr>
      </w:pPr>
      <w:r>
        <w:rPr>
          <w:rFonts w:ascii="Montserrat" w:hAnsi="Montserrat" w:cs="Segoe UI"/>
          <w:color w:val="0A0A0A"/>
        </w:rPr>
        <w:t>Entrance exam process and requirements</w:t>
      </w:r>
    </w:p>
    <w:p w14:paraId="1BCCF5CC" w14:textId="77777777" w:rsidR="00D348D2" w:rsidRDefault="00D348D2" w:rsidP="00D348D2">
      <w:pPr>
        <w:pStyle w:val="NormalWeb"/>
        <w:numPr>
          <w:ilvl w:val="0"/>
          <w:numId w:val="135"/>
        </w:numPr>
        <w:spacing w:line="480" w:lineRule="atLeast"/>
        <w:textAlignment w:val="baseline"/>
        <w:rPr>
          <w:rFonts w:ascii="Montserrat" w:hAnsi="Montserrat" w:cs="Segoe UI"/>
          <w:color w:val="0A0A0A"/>
        </w:rPr>
      </w:pPr>
      <w:r>
        <w:rPr>
          <w:rFonts w:ascii="Montserrat" w:hAnsi="Montserrat" w:cs="Segoe UI"/>
          <w:color w:val="0A0A0A"/>
        </w:rPr>
        <w:t>Preparation for Grammar and Private School admissions</w:t>
      </w:r>
    </w:p>
    <w:p w14:paraId="20FE5C9E" w14:textId="77777777" w:rsidR="00D348D2" w:rsidRDefault="00D348D2" w:rsidP="00D348D2">
      <w:pPr>
        <w:pStyle w:val="NormalWeb"/>
        <w:numPr>
          <w:ilvl w:val="0"/>
          <w:numId w:val="135"/>
        </w:numPr>
        <w:spacing w:line="480" w:lineRule="atLeast"/>
        <w:textAlignment w:val="baseline"/>
        <w:rPr>
          <w:rFonts w:ascii="Montserrat" w:hAnsi="Montserrat" w:cs="Segoe UI"/>
          <w:color w:val="0A0A0A"/>
        </w:rPr>
      </w:pPr>
      <w:r>
        <w:rPr>
          <w:rFonts w:ascii="Montserrat" w:hAnsi="Montserrat" w:cs="Segoe UI"/>
          <w:color w:val="0A0A0A"/>
        </w:rPr>
        <w:t>UCAS application support</w:t>
      </w:r>
    </w:p>
    <w:p w14:paraId="5933D424" w14:textId="77777777" w:rsidR="00D348D2" w:rsidRDefault="00D348D2" w:rsidP="00D348D2">
      <w:pPr>
        <w:pStyle w:val="NormalWeb"/>
        <w:numPr>
          <w:ilvl w:val="0"/>
          <w:numId w:val="135"/>
        </w:numPr>
        <w:spacing w:line="480" w:lineRule="atLeast"/>
        <w:textAlignment w:val="baseline"/>
        <w:rPr>
          <w:rFonts w:ascii="Montserrat" w:hAnsi="Montserrat" w:cs="Segoe UI"/>
          <w:color w:val="0A0A0A"/>
        </w:rPr>
      </w:pPr>
      <w:r>
        <w:rPr>
          <w:rFonts w:ascii="Montserrat" w:hAnsi="Montserrat" w:cs="Segoe UI"/>
          <w:color w:val="0A0A0A"/>
        </w:rPr>
        <w:t>Interview preparation</w:t>
      </w:r>
    </w:p>
    <w:p w14:paraId="345E5281" w14:textId="77777777" w:rsidR="00D348D2" w:rsidRDefault="00D348D2">
      <w:pPr>
        <w:pStyle w:val="Heading2"/>
        <w:shd w:val="clear" w:color="auto" w:fill="E3F3FA"/>
        <w:spacing w:before="0"/>
        <w:rPr>
          <w:rFonts w:ascii="Montserrat" w:eastAsia="Times New Roman" w:hAnsi="Montserrat" w:cs="Segoe UI"/>
          <w:color w:val="000000"/>
        </w:rPr>
      </w:pPr>
      <w:r>
        <w:rPr>
          <w:rFonts w:ascii="Montserrat" w:eastAsia="Times New Roman" w:hAnsi="Montserrat" w:cs="Segoe UI"/>
          <w:b w:val="0"/>
          <w:bCs w:val="0"/>
          <w:color w:val="000000"/>
        </w:rPr>
        <w:t>Career Guidance for Students &amp; Parents</w:t>
      </w:r>
    </w:p>
    <w:p w14:paraId="218FE825" w14:textId="77777777" w:rsidR="00D348D2" w:rsidRDefault="00D348D2">
      <w:pPr>
        <w:pStyle w:val="NormalWeb"/>
        <w:shd w:val="clear" w:color="auto" w:fill="E3F3FA"/>
        <w:spacing w:line="480" w:lineRule="atLeast"/>
        <w:rPr>
          <w:rFonts w:ascii="Montserrat" w:hAnsi="Montserrat" w:cs="Segoe UI"/>
          <w:color w:val="0A0A0A"/>
        </w:rPr>
      </w:pPr>
      <w:r>
        <w:rPr>
          <w:rFonts w:ascii="Montserrat" w:hAnsi="Montserrat" w:cs="Segoe UI"/>
          <w:color w:val="0A0A0A"/>
        </w:rPr>
        <w:t>We provide comprehensive career guidance to help students choose a career path that aligns with their interests and strengths. Our support includes:</w:t>
      </w:r>
    </w:p>
    <w:p w14:paraId="28C99FA5" w14:textId="77777777" w:rsidR="00D348D2" w:rsidRDefault="00D348D2" w:rsidP="00D348D2">
      <w:pPr>
        <w:pStyle w:val="NormalWeb"/>
        <w:numPr>
          <w:ilvl w:val="0"/>
          <w:numId w:val="136"/>
        </w:numPr>
        <w:spacing w:line="480" w:lineRule="atLeast"/>
        <w:textAlignment w:val="baseline"/>
        <w:rPr>
          <w:rFonts w:ascii="Montserrat" w:hAnsi="Montserrat" w:cs="Segoe UI"/>
          <w:color w:val="0A0A0A"/>
        </w:rPr>
      </w:pPr>
      <w:r>
        <w:rPr>
          <w:rFonts w:ascii="Montserrat" w:hAnsi="Montserrat" w:cs="Segoe UI"/>
          <w:color w:val="0A0A0A"/>
        </w:rPr>
        <w:t>Understanding how to select a suitable career</w:t>
      </w:r>
    </w:p>
    <w:p w14:paraId="59FE4C5D" w14:textId="77777777" w:rsidR="00D348D2" w:rsidRDefault="00D348D2" w:rsidP="00D348D2">
      <w:pPr>
        <w:pStyle w:val="NormalWeb"/>
        <w:numPr>
          <w:ilvl w:val="0"/>
          <w:numId w:val="136"/>
        </w:numPr>
        <w:spacing w:line="480" w:lineRule="atLeast"/>
        <w:textAlignment w:val="baseline"/>
        <w:rPr>
          <w:rFonts w:ascii="Montserrat" w:hAnsi="Montserrat" w:cs="Segoe UI"/>
          <w:color w:val="0A0A0A"/>
        </w:rPr>
      </w:pPr>
      <w:r>
        <w:rPr>
          <w:rFonts w:ascii="Montserrat" w:hAnsi="Montserrat" w:cs="Segoe UI"/>
          <w:color w:val="0A0A0A"/>
        </w:rPr>
        <w:t>Identifying universities that offer courses related to their chosen field</w:t>
      </w:r>
    </w:p>
    <w:p w14:paraId="0BC47A4F" w14:textId="77777777" w:rsidR="00D348D2" w:rsidRDefault="00D348D2" w:rsidP="00D348D2">
      <w:pPr>
        <w:pStyle w:val="NormalWeb"/>
        <w:numPr>
          <w:ilvl w:val="0"/>
          <w:numId w:val="136"/>
        </w:numPr>
        <w:spacing w:line="480" w:lineRule="atLeast"/>
        <w:textAlignment w:val="baseline"/>
        <w:rPr>
          <w:rFonts w:ascii="Montserrat" w:hAnsi="Montserrat" w:cs="Segoe UI"/>
          <w:color w:val="0A0A0A"/>
        </w:rPr>
      </w:pPr>
      <w:r>
        <w:rPr>
          <w:rFonts w:ascii="Montserrat" w:hAnsi="Montserrat" w:cs="Segoe UI"/>
          <w:color w:val="0A0A0A"/>
        </w:rPr>
        <w:t>Explaining entrance criteria and grade requirements</w:t>
      </w:r>
    </w:p>
    <w:p w14:paraId="0B94D91B" w14:textId="77777777" w:rsidR="00D348D2" w:rsidRDefault="00D348D2" w:rsidP="00D348D2">
      <w:pPr>
        <w:pStyle w:val="NormalWeb"/>
        <w:numPr>
          <w:ilvl w:val="0"/>
          <w:numId w:val="136"/>
        </w:numPr>
        <w:spacing w:line="480" w:lineRule="atLeast"/>
        <w:textAlignment w:val="baseline"/>
        <w:rPr>
          <w:rFonts w:ascii="Montserrat" w:hAnsi="Montserrat" w:cs="Segoe UI"/>
          <w:color w:val="0A0A0A"/>
        </w:rPr>
      </w:pPr>
      <w:r>
        <w:rPr>
          <w:rFonts w:ascii="Montserrat" w:hAnsi="Montserrat" w:cs="Segoe UI"/>
          <w:color w:val="0A0A0A"/>
        </w:rPr>
        <w:t>Highlighting alternative career options available for their future</w:t>
      </w:r>
    </w:p>
    <w:p w14:paraId="5BE341F5" w14:textId="0BDEC20A" w:rsidR="000C35CB" w:rsidRDefault="00664875"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1F497D" w:themeColor="text2"/>
          <w:sz w:val="24"/>
          <w:szCs w:val="24"/>
        </w:rPr>
        <w:t xml:space="preserve">                               </w:t>
      </w:r>
      <w:r w:rsidR="007B0899">
        <w:rPr>
          <w:rFonts w:ascii="Montserrat" w:eastAsia="Times New Roman" w:hAnsi="Montserrat" w:cs="Segoe UI"/>
          <w:color w:val="1F497D" w:themeColor="text2"/>
          <w:sz w:val="24"/>
          <w:szCs w:val="24"/>
        </w:rPr>
        <w:t xml:space="preserve">       </w:t>
      </w:r>
      <w:r>
        <w:rPr>
          <w:rFonts w:ascii="Montserrat" w:eastAsia="Times New Roman" w:hAnsi="Montserrat" w:cs="Segoe UI"/>
          <w:color w:val="1F497D" w:themeColor="text2"/>
          <w:sz w:val="24"/>
          <w:szCs w:val="24"/>
        </w:rPr>
        <w:t xml:space="preserve"> </w:t>
      </w:r>
    </w:p>
    <w:p w14:paraId="52E90672" w14:textId="510BC1CC" w:rsidR="007B0899" w:rsidRDefault="007B0899" w:rsidP="008B7A9A">
      <w:pPr>
        <w:spacing w:before="100" w:beforeAutospacing="1" w:after="100" w:afterAutospacing="1" w:line="480" w:lineRule="atLeast"/>
        <w:ind w:left="720"/>
        <w:textAlignment w:val="baseline"/>
        <w:rPr>
          <w:rFonts w:ascii="Montserrat" w:eastAsia="Times New Roman" w:hAnsi="Montserrat" w:cs="Segoe UI"/>
          <w:color w:val="1F497D" w:themeColor="text2"/>
          <w:sz w:val="28"/>
          <w:szCs w:val="28"/>
        </w:rPr>
      </w:pPr>
      <w:r>
        <w:rPr>
          <w:rFonts w:ascii="Montserrat" w:eastAsia="Times New Roman" w:hAnsi="Montserrat" w:cs="Segoe UI"/>
          <w:color w:val="000000"/>
          <w:sz w:val="54"/>
          <w:szCs w:val="54"/>
        </w:rPr>
        <w:t xml:space="preserve">                        </w:t>
      </w:r>
    </w:p>
    <w:p w14:paraId="7964B4B3" w14:textId="397123EB" w:rsidR="007B0899" w:rsidRPr="00604ACE" w:rsidRDefault="007B0899">
      <w:pPr>
        <w:pStyle w:val="Heading2"/>
        <w:shd w:val="clear" w:color="auto" w:fill="FFFFFF"/>
        <w:spacing w:before="0"/>
        <w:rPr>
          <w:rFonts w:ascii="Montserrat" w:eastAsia="Times New Roman" w:hAnsi="Montserrat" w:cs="Segoe UI"/>
          <w:b w:val="0"/>
          <w:bCs w:val="0"/>
          <w:color w:val="000000"/>
          <w:sz w:val="28"/>
          <w:szCs w:val="28"/>
        </w:rPr>
      </w:pPr>
      <w:r>
        <w:rPr>
          <w:rFonts w:ascii="Montserrat" w:eastAsia="Times New Roman" w:hAnsi="Montserrat" w:cs="Segoe UI"/>
          <w:color w:val="000000"/>
          <w:sz w:val="54"/>
          <w:szCs w:val="54"/>
        </w:rPr>
        <w:lastRenderedPageBreak/>
        <w:t xml:space="preserve">                   </w:t>
      </w:r>
      <w:r w:rsidR="00604ACE" w:rsidRPr="00604ACE">
        <w:rPr>
          <w:rFonts w:ascii="Montserrat" w:eastAsia="Times New Roman" w:hAnsi="Montserrat" w:cs="Segoe UI"/>
          <w:b w:val="0"/>
          <w:bCs w:val="0"/>
          <w:color w:val="1F497D" w:themeColor="text2"/>
          <w:sz w:val="28"/>
          <w:szCs w:val="28"/>
        </w:rPr>
        <w:t>FEES &amp; SCHEDULE</w:t>
      </w:r>
    </w:p>
    <w:p w14:paraId="4CEAA1A0" w14:textId="0A51A647" w:rsidR="007B0899" w:rsidRPr="00604ACE" w:rsidRDefault="007B0899">
      <w:pPr>
        <w:pStyle w:val="Heading2"/>
        <w:shd w:val="clear" w:color="auto" w:fill="FFFFFF"/>
        <w:spacing w:before="0"/>
        <w:rPr>
          <w:rFonts w:ascii="Montserrat" w:eastAsia="Times New Roman" w:hAnsi="Montserrat" w:cs="Segoe UI"/>
          <w:b w:val="0"/>
          <w:bCs w:val="0"/>
          <w:color w:val="000000"/>
          <w:sz w:val="54"/>
          <w:szCs w:val="54"/>
        </w:rPr>
      </w:pPr>
      <w:r w:rsidRPr="00604ACE">
        <w:rPr>
          <w:rFonts w:ascii="Montserrat" w:eastAsia="Times New Roman" w:hAnsi="Montserrat" w:cs="Segoe UI"/>
          <w:b w:val="0"/>
          <w:bCs w:val="0"/>
          <w:color w:val="000000"/>
          <w:sz w:val="54"/>
          <w:szCs w:val="54"/>
        </w:rPr>
        <w:t>Fees</w:t>
      </w:r>
    </w:p>
    <w:tbl>
      <w:tblPr>
        <w:tblW w:w="10371" w:type="dxa"/>
        <w:tblCellSpacing w:w="15" w:type="dxa"/>
        <w:tblCellMar>
          <w:top w:w="15" w:type="dxa"/>
          <w:left w:w="15" w:type="dxa"/>
          <w:bottom w:w="15" w:type="dxa"/>
          <w:right w:w="15" w:type="dxa"/>
        </w:tblCellMar>
        <w:tblLook w:val="04A0" w:firstRow="1" w:lastRow="0" w:firstColumn="1" w:lastColumn="0" w:noHBand="0" w:noVBand="1"/>
      </w:tblPr>
      <w:tblGrid>
        <w:gridCol w:w="3509"/>
        <w:gridCol w:w="3214"/>
        <w:gridCol w:w="3648"/>
      </w:tblGrid>
      <w:tr w:rsidR="007B0899" w14:paraId="4D2133E5"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3CF0E546"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Key Stage 2 (Year 3,4,5)</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00988B1F" w14:textId="77777777" w:rsidR="007B0899" w:rsidRDefault="007B0899">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xml:space="preserve"> &amp; English</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771DCBD2"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£35/- for 2 hours</w:t>
            </w:r>
          </w:p>
        </w:tc>
      </w:tr>
      <w:tr w:rsidR="007B0899" w14:paraId="2EF9DBE1"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0DD0C01F"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Key stage 3 and 13 plus Prep</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1C671644" w14:textId="77777777" w:rsidR="007B0899" w:rsidRDefault="007B0899">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Science &amp; English</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39CE009A"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£40/- for 2 hours</w:t>
            </w:r>
          </w:p>
        </w:tc>
      </w:tr>
      <w:tr w:rsidR="007B0899" w14:paraId="4E823D9B"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4275089A"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SATS/11 plus Prep</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1ED7C8D3" w14:textId="77777777" w:rsidR="007B0899" w:rsidRDefault="007B0899">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English, VR &amp; NVR</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57400810"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£40/- for 2 hours</w:t>
            </w:r>
          </w:p>
        </w:tc>
      </w:tr>
      <w:tr w:rsidR="007B0899" w14:paraId="1D015E28"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75823D72"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GCSE/IGCSE</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207C2BF6" w14:textId="77777777" w:rsidR="007B0899" w:rsidRDefault="007B0899">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Science &amp; English</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56AF4545"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£45/- per subject for 2 hours</w:t>
            </w:r>
          </w:p>
        </w:tc>
      </w:tr>
      <w:tr w:rsidR="007B0899" w14:paraId="03BC9F38"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5885E232"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AS/A2 Level</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234384D0" w14:textId="77777777" w:rsidR="007B0899" w:rsidRDefault="007B0899">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Physics, Chemistry</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704AE192" w14:textId="77777777" w:rsidR="007B0899" w:rsidRDefault="007B0899">
            <w:pPr>
              <w:spacing w:line="390" w:lineRule="atLeast"/>
              <w:rPr>
                <w:rFonts w:ascii="Roboto" w:eastAsia="Times New Roman" w:hAnsi="Roboto"/>
                <w:color w:val="000000"/>
              </w:rPr>
            </w:pPr>
            <w:r>
              <w:rPr>
                <w:rFonts w:ascii="Roboto" w:eastAsia="Times New Roman" w:hAnsi="Roboto"/>
                <w:color w:val="000000"/>
              </w:rPr>
              <w:t>£55/- per subject for 1.5 hours</w:t>
            </w:r>
          </w:p>
        </w:tc>
      </w:tr>
    </w:tbl>
    <w:p w14:paraId="12CF0906" w14:textId="1DB2916E" w:rsidR="00BD06C2" w:rsidRDefault="00AD7562" w:rsidP="000D54C0">
      <w:pPr>
        <w:spacing w:before="100" w:beforeAutospacing="1" w:after="100" w:afterAutospacing="1" w:line="480" w:lineRule="atLeast"/>
        <w:ind w:left="720"/>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 xml:space="preserve">                                </w:t>
      </w:r>
      <w:r w:rsidR="00CC6233">
        <w:rPr>
          <w:rFonts w:ascii="Montserrat" w:eastAsia="Times New Roman" w:hAnsi="Montserrat" w:cs="Segoe UI"/>
          <w:color w:val="1F497D" w:themeColor="text2"/>
          <w:sz w:val="24"/>
          <w:szCs w:val="24"/>
        </w:rPr>
        <w:t xml:space="preserve">         </w:t>
      </w:r>
      <w:r>
        <w:rPr>
          <w:rFonts w:ascii="Montserrat" w:eastAsia="Times New Roman" w:hAnsi="Montserrat" w:cs="Segoe UI"/>
          <w:color w:val="1F497D" w:themeColor="text2"/>
          <w:sz w:val="24"/>
          <w:szCs w:val="24"/>
        </w:rPr>
        <w:t xml:space="preserve">     [BOOK NOW]</w:t>
      </w:r>
    </w:p>
    <w:p w14:paraId="3CA2343D" w14:textId="09F9CA5F" w:rsidR="00272C25" w:rsidRPr="009A6CC1" w:rsidRDefault="00272C25">
      <w:pPr>
        <w:pStyle w:val="Heading2"/>
        <w:shd w:val="clear" w:color="auto" w:fill="FFFFFF"/>
        <w:spacing w:before="0"/>
        <w:rPr>
          <w:rFonts w:ascii="Montserrat" w:eastAsia="Times New Roman" w:hAnsi="Montserrat" w:cs="Segoe UI"/>
          <w:b w:val="0"/>
          <w:bCs w:val="0"/>
          <w:color w:val="000000"/>
          <w:sz w:val="33"/>
          <w:szCs w:val="33"/>
        </w:rPr>
      </w:pPr>
      <w:r w:rsidRPr="009A6CC1">
        <w:rPr>
          <w:rFonts w:ascii="Montserrat" w:eastAsia="Times New Roman" w:hAnsi="Montserrat" w:cs="Segoe UI"/>
          <w:b w:val="0"/>
          <w:bCs w:val="0"/>
          <w:color w:val="000000"/>
          <w:sz w:val="33"/>
          <w:szCs w:val="33"/>
        </w:rPr>
        <w:t>One to one online tuition class:</w:t>
      </w:r>
    </w:p>
    <w:tbl>
      <w:tblPr>
        <w:tblW w:w="10371" w:type="dxa"/>
        <w:tblCellSpacing w:w="15" w:type="dxa"/>
        <w:tblCellMar>
          <w:top w:w="15" w:type="dxa"/>
          <w:left w:w="15" w:type="dxa"/>
          <w:bottom w:w="15" w:type="dxa"/>
          <w:right w:w="15" w:type="dxa"/>
        </w:tblCellMar>
        <w:tblLook w:val="04A0" w:firstRow="1" w:lastRow="0" w:firstColumn="1" w:lastColumn="0" w:noHBand="0" w:noVBand="1"/>
      </w:tblPr>
      <w:tblGrid>
        <w:gridCol w:w="2412"/>
        <w:gridCol w:w="3284"/>
        <w:gridCol w:w="4675"/>
      </w:tblGrid>
      <w:tr w:rsidR="00272C25" w14:paraId="3AA271BE"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75E67377"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Key stage 2 &amp; 3</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24E89A7D" w14:textId="77777777" w:rsidR="00272C25" w:rsidRDefault="00272C25">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Science &amp; English</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0A7B6370"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£30/- for 1 hour (One subject covered)</w:t>
            </w:r>
          </w:p>
        </w:tc>
      </w:tr>
      <w:tr w:rsidR="00272C25" w14:paraId="479A3DFA"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04F24664"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11 plus &amp; 13 plus</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5D831EED" w14:textId="77777777" w:rsidR="00272C25" w:rsidRDefault="00272C25">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English, VR &amp; NVR</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0A465792"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£35/- for 1 hour (One subject covered)</w:t>
            </w:r>
          </w:p>
        </w:tc>
      </w:tr>
      <w:tr w:rsidR="00272C25" w14:paraId="3015AAAF"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034873AB"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GCSE/IGCSE</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0D8A246A" w14:textId="77777777" w:rsidR="00272C25" w:rsidRDefault="00272C25">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 Science &amp; English</w:t>
            </w:r>
          </w:p>
        </w:tc>
        <w:tc>
          <w:tcPr>
            <w:tcW w:w="0" w:type="auto"/>
            <w:tcBorders>
              <w:top w:val="single" w:sz="6" w:space="0" w:color="FFFFFF"/>
              <w:left w:val="single" w:sz="6" w:space="0" w:color="FFFFFF"/>
              <w:bottom w:val="single" w:sz="6" w:space="0" w:color="FFFFFF"/>
              <w:right w:val="single" w:sz="6" w:space="0" w:color="FFFFFF"/>
            </w:tcBorders>
            <w:shd w:val="clear" w:color="auto" w:fill="E8E8E8"/>
            <w:tcMar>
              <w:top w:w="225" w:type="dxa"/>
              <w:left w:w="225" w:type="dxa"/>
              <w:bottom w:w="225" w:type="dxa"/>
              <w:right w:w="225" w:type="dxa"/>
            </w:tcMar>
            <w:hideMark/>
          </w:tcPr>
          <w:p w14:paraId="07A3C051"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£40/- for 1 hour (One subject covered)</w:t>
            </w:r>
          </w:p>
        </w:tc>
      </w:tr>
      <w:tr w:rsidR="00272C25" w14:paraId="5FE98BB3" w14:textId="77777777">
        <w:trPr>
          <w:tblCellSpacing w:w="15" w:type="dxa"/>
        </w:trPr>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4A41CB73"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AS/A2 Level</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5926C661" w14:textId="77777777" w:rsidR="00272C25" w:rsidRDefault="00272C25">
            <w:pPr>
              <w:spacing w:line="390" w:lineRule="atLeast"/>
              <w:rPr>
                <w:rFonts w:ascii="Roboto" w:eastAsia="Times New Roman" w:hAnsi="Roboto"/>
                <w:color w:val="000000"/>
              </w:rPr>
            </w:pPr>
            <w:proofErr w:type="spellStart"/>
            <w:r>
              <w:rPr>
                <w:rFonts w:ascii="Roboto" w:eastAsia="Times New Roman" w:hAnsi="Roboto"/>
                <w:color w:val="000000"/>
              </w:rPr>
              <w:t>Maths</w:t>
            </w:r>
            <w:proofErr w:type="spellEnd"/>
            <w:r>
              <w:rPr>
                <w:rFonts w:ascii="Roboto" w:eastAsia="Times New Roman" w:hAnsi="Roboto"/>
                <w:color w:val="000000"/>
              </w:rPr>
              <w:t>/Science</w:t>
            </w:r>
          </w:p>
        </w:tc>
        <w:tc>
          <w:tcPr>
            <w:tcW w:w="0" w:type="auto"/>
            <w:tcBorders>
              <w:top w:val="single" w:sz="6" w:space="0" w:color="FFFFFF"/>
              <w:left w:val="single" w:sz="6" w:space="0" w:color="FFFFFF"/>
              <w:bottom w:val="single" w:sz="6" w:space="0" w:color="FFFFFF"/>
              <w:right w:val="single" w:sz="6" w:space="0" w:color="FFFFFF"/>
            </w:tcBorders>
            <w:shd w:val="clear" w:color="auto" w:fill="C8C8C8"/>
            <w:tcMar>
              <w:top w:w="225" w:type="dxa"/>
              <w:left w:w="225" w:type="dxa"/>
              <w:bottom w:w="225" w:type="dxa"/>
              <w:right w:w="225" w:type="dxa"/>
            </w:tcMar>
            <w:hideMark/>
          </w:tcPr>
          <w:p w14:paraId="3F955BA4" w14:textId="77777777" w:rsidR="00272C25" w:rsidRDefault="00272C25">
            <w:pPr>
              <w:spacing w:line="390" w:lineRule="atLeast"/>
              <w:rPr>
                <w:rFonts w:ascii="Roboto" w:eastAsia="Times New Roman" w:hAnsi="Roboto"/>
                <w:color w:val="000000"/>
              </w:rPr>
            </w:pPr>
            <w:r>
              <w:rPr>
                <w:rFonts w:ascii="Roboto" w:eastAsia="Times New Roman" w:hAnsi="Roboto"/>
                <w:color w:val="000000"/>
              </w:rPr>
              <w:t>£50/- for 1 hour (One subject covered)</w:t>
            </w:r>
          </w:p>
        </w:tc>
      </w:tr>
    </w:tbl>
    <w:p w14:paraId="09D67FDF" w14:textId="350ADD79" w:rsidR="00F64EFC" w:rsidRDefault="00F64EFC" w:rsidP="00F64EFC">
      <w:pPr>
        <w:spacing w:before="100" w:beforeAutospacing="1" w:after="100" w:afterAutospacing="1" w:line="480" w:lineRule="atLeast"/>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lastRenderedPageBreak/>
        <w:t xml:space="preserve">                                                         [BOOK NOW]</w:t>
      </w:r>
    </w:p>
    <w:p w14:paraId="0B0355B9" w14:textId="77777777" w:rsidR="003255D8" w:rsidRDefault="003255D8">
      <w:pPr>
        <w:pStyle w:val="NormalWeb"/>
        <w:shd w:val="clear" w:color="auto" w:fill="FFFFFF"/>
        <w:jc w:val="both"/>
        <w:rPr>
          <w:rFonts w:ascii="Roboto" w:hAnsi="Roboto"/>
          <w:color w:val="333333"/>
        </w:rPr>
      </w:pPr>
      <w:r>
        <w:rPr>
          <w:rStyle w:val="Strong"/>
          <w:rFonts w:ascii="Roboto" w:hAnsi="Roboto"/>
          <w:color w:val="333333"/>
        </w:rPr>
        <w:t>Please note:-</w:t>
      </w:r>
    </w:p>
    <w:p w14:paraId="19FC4777" w14:textId="77777777" w:rsidR="003255D8" w:rsidRDefault="003255D8">
      <w:pPr>
        <w:pStyle w:val="NormalWeb"/>
        <w:shd w:val="clear" w:color="auto" w:fill="FFFFFF"/>
        <w:jc w:val="both"/>
        <w:rPr>
          <w:rFonts w:ascii="Roboto" w:hAnsi="Roboto"/>
          <w:color w:val="333333"/>
        </w:rPr>
      </w:pPr>
      <w:r>
        <w:rPr>
          <w:rFonts w:ascii="Roboto" w:hAnsi="Roboto"/>
          <w:color w:val="333333"/>
        </w:rPr>
        <w:t>Registration fee for KS2  : £25/- (Non refundable)</w:t>
      </w:r>
    </w:p>
    <w:p w14:paraId="7E4E6EFA" w14:textId="77777777" w:rsidR="003255D8" w:rsidRDefault="003255D8">
      <w:pPr>
        <w:pStyle w:val="NormalWeb"/>
        <w:shd w:val="clear" w:color="auto" w:fill="FFFFFF"/>
        <w:jc w:val="both"/>
        <w:rPr>
          <w:rFonts w:ascii="Roboto" w:hAnsi="Roboto"/>
          <w:color w:val="333333"/>
        </w:rPr>
      </w:pPr>
      <w:r>
        <w:rPr>
          <w:rFonts w:ascii="Roboto" w:hAnsi="Roboto"/>
          <w:color w:val="333333"/>
        </w:rPr>
        <w:t>Registration fee for KS3/KS4/GCSE/A level: £50/- (Non refundable)</w:t>
      </w:r>
    </w:p>
    <w:p w14:paraId="2204695A" w14:textId="77777777" w:rsidR="003255D8" w:rsidRDefault="003255D8">
      <w:pPr>
        <w:pStyle w:val="NormalWeb"/>
        <w:shd w:val="clear" w:color="auto" w:fill="FFFFFF"/>
        <w:jc w:val="both"/>
        <w:rPr>
          <w:rFonts w:ascii="Roboto" w:hAnsi="Roboto"/>
          <w:color w:val="333333"/>
        </w:rPr>
      </w:pPr>
      <w:r>
        <w:rPr>
          <w:rFonts w:ascii="Roboto" w:hAnsi="Roboto"/>
          <w:color w:val="333333"/>
        </w:rPr>
        <w:t>10% Discount on booking 10 lessons together</w:t>
      </w:r>
    </w:p>
    <w:p w14:paraId="1E4A7731" w14:textId="77777777" w:rsidR="003255D8" w:rsidRDefault="003255D8">
      <w:pPr>
        <w:pStyle w:val="NormalWeb"/>
        <w:shd w:val="clear" w:color="auto" w:fill="FFFFFF"/>
        <w:jc w:val="both"/>
        <w:rPr>
          <w:rFonts w:ascii="Roboto" w:hAnsi="Roboto"/>
          <w:color w:val="333333"/>
        </w:rPr>
      </w:pPr>
      <w:r>
        <w:rPr>
          <w:rFonts w:ascii="Roboto" w:hAnsi="Roboto"/>
          <w:color w:val="333333"/>
        </w:rPr>
        <w:t>15% Discount on booking for the whole year (Conditions apply)</w:t>
      </w:r>
    </w:p>
    <w:p w14:paraId="29CB4FF2" w14:textId="77777777" w:rsidR="003255D8" w:rsidRDefault="003255D8">
      <w:pPr>
        <w:pStyle w:val="NormalWeb"/>
        <w:shd w:val="clear" w:color="auto" w:fill="FFFFFF"/>
        <w:jc w:val="both"/>
        <w:rPr>
          <w:rFonts w:ascii="Roboto" w:hAnsi="Roboto"/>
          <w:color w:val="333333"/>
        </w:rPr>
      </w:pPr>
      <w:r>
        <w:rPr>
          <w:rFonts w:ascii="Roboto" w:hAnsi="Roboto"/>
          <w:color w:val="333333"/>
        </w:rPr>
        <w:t>£5 to £15 worth of Discount for each referral you make – Please mention your name</w:t>
      </w:r>
    </w:p>
    <w:p w14:paraId="77C6B2C7" w14:textId="77777777" w:rsidR="003255D8" w:rsidRDefault="003255D8">
      <w:pPr>
        <w:pStyle w:val="NormalWeb"/>
        <w:shd w:val="clear" w:color="auto" w:fill="FFFFFF"/>
        <w:jc w:val="both"/>
        <w:rPr>
          <w:rFonts w:ascii="Roboto" w:hAnsi="Roboto"/>
          <w:color w:val="333333"/>
        </w:rPr>
      </w:pPr>
      <w:r>
        <w:rPr>
          <w:rFonts w:ascii="Roboto" w:hAnsi="Roboto"/>
          <w:color w:val="333333"/>
        </w:rPr>
        <w:t>(Conditions apply)</w:t>
      </w:r>
    </w:p>
    <w:p w14:paraId="19347C41" w14:textId="35B371AD" w:rsidR="00F64EFC" w:rsidRDefault="00B75BB9" w:rsidP="00F64EFC">
      <w:pPr>
        <w:spacing w:before="100" w:beforeAutospacing="1" w:after="100" w:afterAutospacing="1" w:line="480" w:lineRule="atLeast"/>
        <w:textAlignment w:val="baseline"/>
        <w:rPr>
          <w:rFonts w:ascii="Montserrat" w:eastAsia="Times New Roman" w:hAnsi="Montserrat" w:cs="Segoe UI"/>
          <w:color w:val="1F497D" w:themeColor="text2"/>
          <w:sz w:val="24"/>
          <w:szCs w:val="24"/>
        </w:rPr>
      </w:pPr>
      <w:r>
        <w:rPr>
          <w:rFonts w:ascii="Montserrat" w:eastAsia="Times New Roman" w:hAnsi="Montserrat" w:cs="Segoe UI"/>
          <w:color w:val="1F497D" w:themeColor="text2"/>
          <w:sz w:val="24"/>
          <w:szCs w:val="24"/>
        </w:rPr>
        <w:t xml:space="preserve">                                                  STRUCTURE </w:t>
      </w:r>
    </w:p>
    <w:p w14:paraId="50FD7A8F" w14:textId="77777777" w:rsidR="00B75BB9" w:rsidRPr="00E13060" w:rsidRDefault="00B75BB9">
      <w:pPr>
        <w:pStyle w:val="Heading2"/>
        <w:shd w:val="clear" w:color="auto" w:fill="FFFFFF"/>
        <w:spacing w:before="0"/>
        <w:rPr>
          <w:rFonts w:ascii="Montserrat" w:eastAsia="Times New Roman" w:hAnsi="Montserrat" w:cs="Segoe UI"/>
          <w:b w:val="0"/>
          <w:bCs w:val="0"/>
          <w:color w:val="000000"/>
          <w:sz w:val="24"/>
          <w:szCs w:val="24"/>
        </w:rPr>
      </w:pPr>
      <w:r w:rsidRPr="00E13060">
        <w:rPr>
          <w:rFonts w:ascii="Montserrat" w:eastAsia="Times New Roman" w:hAnsi="Montserrat" w:cs="Segoe UI"/>
          <w:b w:val="0"/>
          <w:bCs w:val="0"/>
          <w:color w:val="000000"/>
          <w:sz w:val="24"/>
          <w:szCs w:val="24"/>
        </w:rPr>
        <w:t>Our operating hours</w:t>
      </w:r>
    </w:p>
    <w:p w14:paraId="793D570A" w14:textId="77777777" w:rsidR="0078026C" w:rsidRPr="00E13060" w:rsidRDefault="00B75BB9" w:rsidP="003C04AA">
      <w:pPr>
        <w:pStyle w:val="NormalWeb"/>
        <w:shd w:val="clear" w:color="auto" w:fill="FFFFFF"/>
        <w:spacing w:after="150" w:afterAutospacing="0"/>
        <w:rPr>
          <w:rFonts w:ascii="Segoe UI" w:hAnsi="Segoe UI" w:cs="Segoe UI"/>
          <w:color w:val="000000"/>
        </w:rPr>
      </w:pPr>
      <w:r w:rsidRPr="00E13060">
        <w:rPr>
          <w:rFonts w:ascii="Segoe UI" w:eastAsia="Times New Roman" w:hAnsi="Segoe UI" w:cs="Segoe UI"/>
          <w:color w:val="333333"/>
        </w:rPr>
        <w:fldChar w:fldCharType="begin"/>
      </w:r>
      <w:r w:rsidRPr="00E13060">
        <w:rPr>
          <w:rFonts w:ascii="Segoe UI" w:eastAsia="Times New Roman" w:hAnsi="Segoe UI" w:cs="Segoe UI"/>
          <w:color w:val="333333"/>
        </w:rPr>
        <w:instrText>HYPERLINK "https://excelacademy.org.uk/schedule/"</w:instrText>
      </w:r>
      <w:r w:rsidRPr="00E13060">
        <w:rPr>
          <w:rFonts w:ascii="Segoe UI" w:eastAsia="Times New Roman" w:hAnsi="Segoe UI" w:cs="Segoe UI"/>
          <w:color w:val="333333"/>
        </w:rPr>
      </w:r>
      <w:r w:rsidRPr="00E13060">
        <w:rPr>
          <w:rFonts w:ascii="Segoe UI" w:eastAsia="Times New Roman" w:hAnsi="Segoe UI" w:cs="Segoe UI"/>
          <w:color w:val="333333"/>
        </w:rPr>
        <w:fldChar w:fldCharType="separate"/>
      </w:r>
    </w:p>
    <w:tbl>
      <w:tblPr>
        <w:tblStyle w:val="TableGrid"/>
        <w:tblW w:w="0" w:type="auto"/>
        <w:tblLook w:val="04A0" w:firstRow="1" w:lastRow="0" w:firstColumn="1" w:lastColumn="0" w:noHBand="0" w:noVBand="1"/>
      </w:tblPr>
      <w:tblGrid>
        <w:gridCol w:w="2196"/>
        <w:gridCol w:w="2309"/>
        <w:gridCol w:w="2324"/>
        <w:gridCol w:w="2027"/>
      </w:tblGrid>
      <w:tr w:rsidR="000D1196" w14:paraId="513FBBDE" w14:textId="54CC3EBA" w:rsidTr="000D1196">
        <w:tc>
          <w:tcPr>
            <w:tcW w:w="2196" w:type="dxa"/>
          </w:tcPr>
          <w:p w14:paraId="2F0912FB" w14:textId="5E70CC48" w:rsidR="000D1196" w:rsidRDefault="000D1196" w:rsidP="003C04AA">
            <w:pPr>
              <w:pStyle w:val="NormalWeb"/>
              <w:spacing w:after="150" w:afterAutospacing="0"/>
              <w:rPr>
                <w:rFonts w:ascii="Segoe UI" w:hAnsi="Segoe UI" w:cs="Segoe UI"/>
                <w:color w:val="000000"/>
              </w:rPr>
            </w:pPr>
            <w:r>
              <w:rPr>
                <w:rFonts w:ascii="Segoe UI" w:hAnsi="Segoe UI" w:cs="Segoe UI"/>
                <w:color w:val="000000"/>
              </w:rPr>
              <w:t>Days</w:t>
            </w:r>
          </w:p>
        </w:tc>
        <w:tc>
          <w:tcPr>
            <w:tcW w:w="2309" w:type="dxa"/>
          </w:tcPr>
          <w:p w14:paraId="0A29E77A" w14:textId="1AFA2B6E" w:rsidR="000D1196" w:rsidRDefault="000D1196" w:rsidP="003C04AA">
            <w:pPr>
              <w:pStyle w:val="NormalWeb"/>
              <w:spacing w:after="150" w:afterAutospacing="0"/>
              <w:rPr>
                <w:rFonts w:ascii="Segoe UI" w:hAnsi="Segoe UI" w:cs="Segoe UI"/>
                <w:color w:val="000000"/>
              </w:rPr>
            </w:pPr>
            <w:r>
              <w:rPr>
                <w:rFonts w:ascii="Segoe UI" w:hAnsi="Segoe UI" w:cs="Segoe UI"/>
                <w:color w:val="000000"/>
              </w:rPr>
              <w:t>Courses</w:t>
            </w:r>
          </w:p>
        </w:tc>
        <w:tc>
          <w:tcPr>
            <w:tcW w:w="2324" w:type="dxa"/>
          </w:tcPr>
          <w:p w14:paraId="04A1E0F5" w14:textId="202F7C1D" w:rsidR="000D1196" w:rsidRDefault="000D1196" w:rsidP="003C04AA">
            <w:pPr>
              <w:pStyle w:val="NormalWeb"/>
              <w:spacing w:after="150" w:afterAutospacing="0"/>
              <w:rPr>
                <w:rFonts w:ascii="Segoe UI" w:hAnsi="Segoe UI" w:cs="Segoe UI"/>
                <w:color w:val="000000"/>
              </w:rPr>
            </w:pPr>
            <w:r>
              <w:rPr>
                <w:rFonts w:ascii="Segoe UI" w:hAnsi="Segoe UI" w:cs="Segoe UI"/>
                <w:color w:val="000000"/>
              </w:rPr>
              <w:t>Subjects</w:t>
            </w:r>
          </w:p>
        </w:tc>
        <w:tc>
          <w:tcPr>
            <w:tcW w:w="2027" w:type="dxa"/>
          </w:tcPr>
          <w:p w14:paraId="3A8F4D59" w14:textId="15844AC1" w:rsidR="000D1196" w:rsidRDefault="0019211E" w:rsidP="003C04AA">
            <w:pPr>
              <w:pStyle w:val="NormalWeb"/>
              <w:spacing w:after="150" w:afterAutospacing="0"/>
              <w:rPr>
                <w:rFonts w:ascii="Segoe UI" w:hAnsi="Segoe UI" w:cs="Segoe UI"/>
                <w:color w:val="000000"/>
              </w:rPr>
            </w:pPr>
            <w:r>
              <w:rPr>
                <w:rFonts w:ascii="Segoe UI" w:hAnsi="Segoe UI" w:cs="Segoe UI"/>
                <w:color w:val="000000"/>
              </w:rPr>
              <w:t>Time</w:t>
            </w:r>
          </w:p>
        </w:tc>
      </w:tr>
      <w:tr w:rsidR="000D1196" w14:paraId="283C0D2A" w14:textId="7980C65D" w:rsidTr="000D1196">
        <w:tc>
          <w:tcPr>
            <w:tcW w:w="2196" w:type="dxa"/>
          </w:tcPr>
          <w:p w14:paraId="15171B94" w14:textId="77777777" w:rsidR="000D1196" w:rsidRDefault="000D1196" w:rsidP="003C04AA">
            <w:pPr>
              <w:pStyle w:val="NormalWeb"/>
              <w:spacing w:after="150" w:afterAutospacing="0"/>
              <w:rPr>
                <w:rFonts w:ascii="Segoe UI" w:hAnsi="Segoe UI" w:cs="Segoe UI"/>
                <w:color w:val="000000"/>
              </w:rPr>
            </w:pPr>
          </w:p>
        </w:tc>
        <w:tc>
          <w:tcPr>
            <w:tcW w:w="2309" w:type="dxa"/>
          </w:tcPr>
          <w:p w14:paraId="3289ADC5" w14:textId="77777777" w:rsidR="000D1196" w:rsidRDefault="000D1196" w:rsidP="003C04AA">
            <w:pPr>
              <w:pStyle w:val="NormalWeb"/>
              <w:spacing w:after="150" w:afterAutospacing="0"/>
              <w:rPr>
                <w:rFonts w:ascii="Segoe UI" w:hAnsi="Segoe UI" w:cs="Segoe UI"/>
                <w:color w:val="000000"/>
              </w:rPr>
            </w:pPr>
          </w:p>
        </w:tc>
        <w:tc>
          <w:tcPr>
            <w:tcW w:w="2324" w:type="dxa"/>
          </w:tcPr>
          <w:p w14:paraId="66DC3076" w14:textId="77777777" w:rsidR="000D1196" w:rsidRDefault="000D1196" w:rsidP="003C04AA">
            <w:pPr>
              <w:pStyle w:val="NormalWeb"/>
              <w:spacing w:after="150" w:afterAutospacing="0"/>
              <w:rPr>
                <w:rFonts w:ascii="Segoe UI" w:hAnsi="Segoe UI" w:cs="Segoe UI"/>
                <w:color w:val="000000"/>
              </w:rPr>
            </w:pPr>
          </w:p>
        </w:tc>
        <w:tc>
          <w:tcPr>
            <w:tcW w:w="2027" w:type="dxa"/>
          </w:tcPr>
          <w:p w14:paraId="5C46CD0D" w14:textId="77777777" w:rsidR="000D1196" w:rsidRDefault="000D1196" w:rsidP="003C04AA">
            <w:pPr>
              <w:pStyle w:val="NormalWeb"/>
              <w:spacing w:after="150" w:afterAutospacing="0"/>
              <w:rPr>
                <w:rFonts w:ascii="Segoe UI" w:hAnsi="Segoe UI" w:cs="Segoe UI"/>
                <w:color w:val="000000"/>
              </w:rPr>
            </w:pPr>
          </w:p>
        </w:tc>
      </w:tr>
      <w:tr w:rsidR="000D1196" w14:paraId="1500D935" w14:textId="596BD59B" w:rsidTr="000D1196">
        <w:tc>
          <w:tcPr>
            <w:tcW w:w="2196" w:type="dxa"/>
          </w:tcPr>
          <w:p w14:paraId="22D1C61F" w14:textId="77777777" w:rsidR="000D1196" w:rsidRDefault="000D1196" w:rsidP="003C04AA">
            <w:pPr>
              <w:pStyle w:val="NormalWeb"/>
              <w:spacing w:after="150" w:afterAutospacing="0"/>
              <w:rPr>
                <w:rFonts w:ascii="Segoe UI" w:hAnsi="Segoe UI" w:cs="Segoe UI"/>
                <w:color w:val="000000"/>
              </w:rPr>
            </w:pPr>
          </w:p>
        </w:tc>
        <w:tc>
          <w:tcPr>
            <w:tcW w:w="2309" w:type="dxa"/>
          </w:tcPr>
          <w:p w14:paraId="64AA6023" w14:textId="77777777" w:rsidR="000D1196" w:rsidRDefault="000D1196" w:rsidP="003C04AA">
            <w:pPr>
              <w:pStyle w:val="NormalWeb"/>
              <w:spacing w:after="150" w:afterAutospacing="0"/>
              <w:rPr>
                <w:rFonts w:ascii="Segoe UI" w:hAnsi="Segoe UI" w:cs="Segoe UI"/>
                <w:color w:val="000000"/>
              </w:rPr>
            </w:pPr>
          </w:p>
        </w:tc>
        <w:tc>
          <w:tcPr>
            <w:tcW w:w="2324" w:type="dxa"/>
          </w:tcPr>
          <w:p w14:paraId="7737067D" w14:textId="77777777" w:rsidR="000D1196" w:rsidRDefault="000D1196" w:rsidP="003C04AA">
            <w:pPr>
              <w:pStyle w:val="NormalWeb"/>
              <w:spacing w:after="150" w:afterAutospacing="0"/>
              <w:rPr>
                <w:rFonts w:ascii="Segoe UI" w:hAnsi="Segoe UI" w:cs="Segoe UI"/>
                <w:color w:val="000000"/>
              </w:rPr>
            </w:pPr>
          </w:p>
        </w:tc>
        <w:tc>
          <w:tcPr>
            <w:tcW w:w="2027" w:type="dxa"/>
          </w:tcPr>
          <w:p w14:paraId="18EE8410" w14:textId="77777777" w:rsidR="000D1196" w:rsidRDefault="000D1196" w:rsidP="003C04AA">
            <w:pPr>
              <w:pStyle w:val="NormalWeb"/>
              <w:spacing w:after="150" w:afterAutospacing="0"/>
              <w:rPr>
                <w:rFonts w:ascii="Segoe UI" w:hAnsi="Segoe UI" w:cs="Segoe UI"/>
                <w:color w:val="000000"/>
              </w:rPr>
            </w:pPr>
          </w:p>
        </w:tc>
      </w:tr>
      <w:tr w:rsidR="006F1311" w14:paraId="434A32BA" w14:textId="77777777" w:rsidTr="000D1196">
        <w:tc>
          <w:tcPr>
            <w:tcW w:w="2196" w:type="dxa"/>
          </w:tcPr>
          <w:p w14:paraId="7804380F" w14:textId="77777777" w:rsidR="006F1311" w:rsidRDefault="006F1311" w:rsidP="003C04AA">
            <w:pPr>
              <w:pStyle w:val="NormalWeb"/>
              <w:spacing w:after="150" w:afterAutospacing="0"/>
              <w:rPr>
                <w:rFonts w:ascii="Segoe UI" w:hAnsi="Segoe UI" w:cs="Segoe UI"/>
                <w:color w:val="000000"/>
              </w:rPr>
            </w:pPr>
          </w:p>
        </w:tc>
        <w:tc>
          <w:tcPr>
            <w:tcW w:w="2309" w:type="dxa"/>
          </w:tcPr>
          <w:p w14:paraId="54E78930" w14:textId="77777777" w:rsidR="006F1311" w:rsidRDefault="006F1311" w:rsidP="003C04AA">
            <w:pPr>
              <w:pStyle w:val="NormalWeb"/>
              <w:spacing w:after="150" w:afterAutospacing="0"/>
              <w:rPr>
                <w:rFonts w:ascii="Segoe UI" w:hAnsi="Segoe UI" w:cs="Segoe UI"/>
                <w:color w:val="000000"/>
              </w:rPr>
            </w:pPr>
          </w:p>
        </w:tc>
        <w:tc>
          <w:tcPr>
            <w:tcW w:w="2324" w:type="dxa"/>
          </w:tcPr>
          <w:p w14:paraId="5186EC4D" w14:textId="77777777" w:rsidR="006F1311" w:rsidRDefault="006F1311" w:rsidP="003C04AA">
            <w:pPr>
              <w:pStyle w:val="NormalWeb"/>
              <w:spacing w:after="150" w:afterAutospacing="0"/>
              <w:rPr>
                <w:rFonts w:ascii="Segoe UI" w:hAnsi="Segoe UI" w:cs="Segoe UI"/>
                <w:color w:val="000000"/>
              </w:rPr>
            </w:pPr>
          </w:p>
        </w:tc>
        <w:tc>
          <w:tcPr>
            <w:tcW w:w="2027" w:type="dxa"/>
          </w:tcPr>
          <w:p w14:paraId="40241519" w14:textId="77777777" w:rsidR="006F1311" w:rsidRDefault="006F1311" w:rsidP="003C04AA">
            <w:pPr>
              <w:pStyle w:val="NormalWeb"/>
              <w:spacing w:after="150" w:afterAutospacing="0"/>
              <w:rPr>
                <w:rFonts w:ascii="Segoe UI" w:hAnsi="Segoe UI" w:cs="Segoe UI"/>
                <w:color w:val="000000"/>
              </w:rPr>
            </w:pPr>
          </w:p>
        </w:tc>
      </w:tr>
      <w:tr w:rsidR="006F1311" w14:paraId="23780F46" w14:textId="77777777" w:rsidTr="000D1196">
        <w:tc>
          <w:tcPr>
            <w:tcW w:w="2196" w:type="dxa"/>
          </w:tcPr>
          <w:p w14:paraId="4FABCD78" w14:textId="77777777" w:rsidR="006F1311" w:rsidRDefault="006F1311" w:rsidP="003C04AA">
            <w:pPr>
              <w:pStyle w:val="NormalWeb"/>
              <w:spacing w:after="150" w:afterAutospacing="0"/>
              <w:rPr>
                <w:rFonts w:ascii="Segoe UI" w:hAnsi="Segoe UI" w:cs="Segoe UI"/>
                <w:color w:val="000000"/>
              </w:rPr>
            </w:pPr>
          </w:p>
        </w:tc>
        <w:tc>
          <w:tcPr>
            <w:tcW w:w="2309" w:type="dxa"/>
          </w:tcPr>
          <w:p w14:paraId="0CF66178" w14:textId="77777777" w:rsidR="006F1311" w:rsidRDefault="006F1311" w:rsidP="003C04AA">
            <w:pPr>
              <w:pStyle w:val="NormalWeb"/>
              <w:spacing w:after="150" w:afterAutospacing="0"/>
              <w:rPr>
                <w:rFonts w:ascii="Segoe UI" w:hAnsi="Segoe UI" w:cs="Segoe UI"/>
                <w:color w:val="000000"/>
              </w:rPr>
            </w:pPr>
          </w:p>
        </w:tc>
        <w:tc>
          <w:tcPr>
            <w:tcW w:w="2324" w:type="dxa"/>
          </w:tcPr>
          <w:p w14:paraId="6305E925" w14:textId="77777777" w:rsidR="006F1311" w:rsidRDefault="006F1311" w:rsidP="003C04AA">
            <w:pPr>
              <w:pStyle w:val="NormalWeb"/>
              <w:spacing w:after="150" w:afterAutospacing="0"/>
              <w:rPr>
                <w:rFonts w:ascii="Segoe UI" w:hAnsi="Segoe UI" w:cs="Segoe UI"/>
                <w:color w:val="000000"/>
              </w:rPr>
            </w:pPr>
          </w:p>
        </w:tc>
        <w:tc>
          <w:tcPr>
            <w:tcW w:w="2027" w:type="dxa"/>
          </w:tcPr>
          <w:p w14:paraId="74CE2540" w14:textId="77777777" w:rsidR="006F1311" w:rsidRDefault="006F1311" w:rsidP="003C04AA">
            <w:pPr>
              <w:pStyle w:val="NormalWeb"/>
              <w:spacing w:after="150" w:afterAutospacing="0"/>
              <w:rPr>
                <w:rFonts w:ascii="Segoe UI" w:hAnsi="Segoe UI" w:cs="Segoe UI"/>
                <w:color w:val="000000"/>
              </w:rPr>
            </w:pPr>
          </w:p>
        </w:tc>
      </w:tr>
      <w:tr w:rsidR="006F1311" w14:paraId="0BDD0495" w14:textId="77777777" w:rsidTr="000D1196">
        <w:tc>
          <w:tcPr>
            <w:tcW w:w="2196" w:type="dxa"/>
          </w:tcPr>
          <w:p w14:paraId="48E2C0E2" w14:textId="77777777" w:rsidR="006F1311" w:rsidRDefault="006F1311" w:rsidP="003C04AA">
            <w:pPr>
              <w:pStyle w:val="NormalWeb"/>
              <w:spacing w:after="150" w:afterAutospacing="0"/>
              <w:rPr>
                <w:rFonts w:ascii="Segoe UI" w:hAnsi="Segoe UI" w:cs="Segoe UI"/>
                <w:color w:val="000000"/>
              </w:rPr>
            </w:pPr>
          </w:p>
        </w:tc>
        <w:tc>
          <w:tcPr>
            <w:tcW w:w="2309" w:type="dxa"/>
          </w:tcPr>
          <w:p w14:paraId="3E0E69A1" w14:textId="77777777" w:rsidR="006F1311" w:rsidRDefault="006F1311" w:rsidP="003C04AA">
            <w:pPr>
              <w:pStyle w:val="NormalWeb"/>
              <w:spacing w:after="150" w:afterAutospacing="0"/>
              <w:rPr>
                <w:rFonts w:ascii="Segoe UI" w:hAnsi="Segoe UI" w:cs="Segoe UI"/>
                <w:color w:val="000000"/>
              </w:rPr>
            </w:pPr>
          </w:p>
        </w:tc>
        <w:tc>
          <w:tcPr>
            <w:tcW w:w="2324" w:type="dxa"/>
          </w:tcPr>
          <w:p w14:paraId="49F722EC" w14:textId="77777777" w:rsidR="006F1311" w:rsidRDefault="006F1311" w:rsidP="003C04AA">
            <w:pPr>
              <w:pStyle w:val="NormalWeb"/>
              <w:spacing w:after="150" w:afterAutospacing="0"/>
              <w:rPr>
                <w:rFonts w:ascii="Segoe UI" w:hAnsi="Segoe UI" w:cs="Segoe UI"/>
                <w:color w:val="000000"/>
              </w:rPr>
            </w:pPr>
          </w:p>
        </w:tc>
        <w:tc>
          <w:tcPr>
            <w:tcW w:w="2027" w:type="dxa"/>
          </w:tcPr>
          <w:p w14:paraId="2903A4FB" w14:textId="77777777" w:rsidR="006F1311" w:rsidRDefault="006F1311" w:rsidP="003C04AA">
            <w:pPr>
              <w:pStyle w:val="NormalWeb"/>
              <w:spacing w:after="150" w:afterAutospacing="0"/>
              <w:rPr>
                <w:rFonts w:ascii="Segoe UI" w:hAnsi="Segoe UI" w:cs="Segoe UI"/>
                <w:color w:val="000000"/>
              </w:rPr>
            </w:pPr>
          </w:p>
        </w:tc>
      </w:tr>
      <w:tr w:rsidR="006F1311" w14:paraId="3F8395B8" w14:textId="77777777" w:rsidTr="000D1196">
        <w:tc>
          <w:tcPr>
            <w:tcW w:w="2196" w:type="dxa"/>
          </w:tcPr>
          <w:p w14:paraId="5ED1179B" w14:textId="77777777" w:rsidR="006F1311" w:rsidRDefault="006F1311" w:rsidP="003C04AA">
            <w:pPr>
              <w:pStyle w:val="NormalWeb"/>
              <w:spacing w:after="150" w:afterAutospacing="0"/>
              <w:rPr>
                <w:rFonts w:ascii="Segoe UI" w:hAnsi="Segoe UI" w:cs="Segoe UI"/>
                <w:color w:val="000000"/>
              </w:rPr>
            </w:pPr>
          </w:p>
        </w:tc>
        <w:tc>
          <w:tcPr>
            <w:tcW w:w="2309" w:type="dxa"/>
          </w:tcPr>
          <w:p w14:paraId="16836E8D" w14:textId="77777777" w:rsidR="006F1311" w:rsidRDefault="006F1311" w:rsidP="003C04AA">
            <w:pPr>
              <w:pStyle w:val="NormalWeb"/>
              <w:spacing w:after="150" w:afterAutospacing="0"/>
              <w:rPr>
                <w:rFonts w:ascii="Segoe UI" w:hAnsi="Segoe UI" w:cs="Segoe UI"/>
                <w:color w:val="000000"/>
              </w:rPr>
            </w:pPr>
          </w:p>
        </w:tc>
        <w:tc>
          <w:tcPr>
            <w:tcW w:w="2324" w:type="dxa"/>
          </w:tcPr>
          <w:p w14:paraId="4B34D783" w14:textId="77777777" w:rsidR="006F1311" w:rsidRDefault="006F1311" w:rsidP="003C04AA">
            <w:pPr>
              <w:pStyle w:val="NormalWeb"/>
              <w:spacing w:after="150" w:afterAutospacing="0"/>
              <w:rPr>
                <w:rFonts w:ascii="Segoe UI" w:hAnsi="Segoe UI" w:cs="Segoe UI"/>
                <w:color w:val="000000"/>
              </w:rPr>
            </w:pPr>
          </w:p>
        </w:tc>
        <w:tc>
          <w:tcPr>
            <w:tcW w:w="2027" w:type="dxa"/>
          </w:tcPr>
          <w:p w14:paraId="453C9096" w14:textId="77777777" w:rsidR="006F1311" w:rsidRDefault="006F1311" w:rsidP="003C04AA">
            <w:pPr>
              <w:pStyle w:val="NormalWeb"/>
              <w:spacing w:after="150" w:afterAutospacing="0"/>
              <w:rPr>
                <w:rFonts w:ascii="Segoe UI" w:hAnsi="Segoe UI" w:cs="Segoe UI"/>
                <w:color w:val="000000"/>
              </w:rPr>
            </w:pPr>
          </w:p>
        </w:tc>
      </w:tr>
      <w:tr w:rsidR="006F1311" w14:paraId="46F24979" w14:textId="77777777" w:rsidTr="000D1196">
        <w:tc>
          <w:tcPr>
            <w:tcW w:w="2196" w:type="dxa"/>
          </w:tcPr>
          <w:p w14:paraId="77CA8CF0" w14:textId="77777777" w:rsidR="006F1311" w:rsidRDefault="006F1311" w:rsidP="003C04AA">
            <w:pPr>
              <w:pStyle w:val="NormalWeb"/>
              <w:spacing w:after="150" w:afterAutospacing="0"/>
              <w:rPr>
                <w:rFonts w:ascii="Segoe UI" w:hAnsi="Segoe UI" w:cs="Segoe UI"/>
                <w:color w:val="000000"/>
              </w:rPr>
            </w:pPr>
          </w:p>
        </w:tc>
        <w:tc>
          <w:tcPr>
            <w:tcW w:w="2309" w:type="dxa"/>
          </w:tcPr>
          <w:p w14:paraId="308DC66E" w14:textId="77777777" w:rsidR="006F1311" w:rsidRDefault="006F1311" w:rsidP="003C04AA">
            <w:pPr>
              <w:pStyle w:val="NormalWeb"/>
              <w:spacing w:after="150" w:afterAutospacing="0"/>
              <w:rPr>
                <w:rFonts w:ascii="Segoe UI" w:hAnsi="Segoe UI" w:cs="Segoe UI"/>
                <w:color w:val="000000"/>
              </w:rPr>
            </w:pPr>
          </w:p>
        </w:tc>
        <w:tc>
          <w:tcPr>
            <w:tcW w:w="2324" w:type="dxa"/>
          </w:tcPr>
          <w:p w14:paraId="4A022B60" w14:textId="77777777" w:rsidR="006F1311" w:rsidRDefault="006F1311" w:rsidP="003C04AA">
            <w:pPr>
              <w:pStyle w:val="NormalWeb"/>
              <w:spacing w:after="150" w:afterAutospacing="0"/>
              <w:rPr>
                <w:rFonts w:ascii="Segoe UI" w:hAnsi="Segoe UI" w:cs="Segoe UI"/>
                <w:color w:val="000000"/>
              </w:rPr>
            </w:pPr>
          </w:p>
        </w:tc>
        <w:tc>
          <w:tcPr>
            <w:tcW w:w="2027" w:type="dxa"/>
          </w:tcPr>
          <w:p w14:paraId="5046CB4E" w14:textId="77777777" w:rsidR="006F1311" w:rsidRDefault="006F1311" w:rsidP="003C04AA">
            <w:pPr>
              <w:pStyle w:val="NormalWeb"/>
              <w:spacing w:after="150" w:afterAutospacing="0"/>
              <w:rPr>
                <w:rFonts w:ascii="Segoe UI" w:hAnsi="Segoe UI" w:cs="Segoe UI"/>
                <w:color w:val="000000"/>
              </w:rPr>
            </w:pPr>
          </w:p>
        </w:tc>
      </w:tr>
      <w:tr w:rsidR="006F1311" w14:paraId="4F9DD0EB" w14:textId="77777777" w:rsidTr="000D1196">
        <w:tc>
          <w:tcPr>
            <w:tcW w:w="2196" w:type="dxa"/>
          </w:tcPr>
          <w:p w14:paraId="4495CB5E" w14:textId="77777777" w:rsidR="006F1311" w:rsidRDefault="006F1311" w:rsidP="003C04AA">
            <w:pPr>
              <w:pStyle w:val="NormalWeb"/>
              <w:spacing w:after="150" w:afterAutospacing="0"/>
              <w:rPr>
                <w:rFonts w:ascii="Segoe UI" w:hAnsi="Segoe UI" w:cs="Segoe UI"/>
                <w:color w:val="000000"/>
              </w:rPr>
            </w:pPr>
          </w:p>
        </w:tc>
        <w:tc>
          <w:tcPr>
            <w:tcW w:w="2309" w:type="dxa"/>
          </w:tcPr>
          <w:p w14:paraId="41A79E21" w14:textId="77777777" w:rsidR="006F1311" w:rsidRDefault="006F1311" w:rsidP="003C04AA">
            <w:pPr>
              <w:pStyle w:val="NormalWeb"/>
              <w:spacing w:after="150" w:afterAutospacing="0"/>
              <w:rPr>
                <w:rFonts w:ascii="Segoe UI" w:hAnsi="Segoe UI" w:cs="Segoe UI"/>
                <w:color w:val="000000"/>
              </w:rPr>
            </w:pPr>
          </w:p>
        </w:tc>
        <w:tc>
          <w:tcPr>
            <w:tcW w:w="2324" w:type="dxa"/>
          </w:tcPr>
          <w:p w14:paraId="566A2EAE" w14:textId="77777777" w:rsidR="006F1311" w:rsidRDefault="006F1311" w:rsidP="003C04AA">
            <w:pPr>
              <w:pStyle w:val="NormalWeb"/>
              <w:spacing w:after="150" w:afterAutospacing="0"/>
              <w:rPr>
                <w:rFonts w:ascii="Segoe UI" w:hAnsi="Segoe UI" w:cs="Segoe UI"/>
                <w:color w:val="000000"/>
              </w:rPr>
            </w:pPr>
          </w:p>
        </w:tc>
        <w:tc>
          <w:tcPr>
            <w:tcW w:w="2027" w:type="dxa"/>
          </w:tcPr>
          <w:p w14:paraId="428DA91F" w14:textId="77777777" w:rsidR="006F1311" w:rsidRDefault="006F1311" w:rsidP="003C04AA">
            <w:pPr>
              <w:pStyle w:val="NormalWeb"/>
              <w:spacing w:after="150" w:afterAutospacing="0"/>
              <w:rPr>
                <w:rFonts w:ascii="Segoe UI" w:hAnsi="Segoe UI" w:cs="Segoe UI"/>
                <w:color w:val="000000"/>
              </w:rPr>
            </w:pPr>
          </w:p>
        </w:tc>
      </w:tr>
      <w:tr w:rsidR="006F1311" w14:paraId="178C6BD3" w14:textId="77777777" w:rsidTr="000D1196">
        <w:tc>
          <w:tcPr>
            <w:tcW w:w="2196" w:type="dxa"/>
          </w:tcPr>
          <w:p w14:paraId="31BABAEB" w14:textId="77777777" w:rsidR="006F1311" w:rsidRDefault="006F1311" w:rsidP="003C04AA">
            <w:pPr>
              <w:pStyle w:val="NormalWeb"/>
              <w:spacing w:after="150" w:afterAutospacing="0"/>
              <w:rPr>
                <w:rFonts w:ascii="Segoe UI" w:hAnsi="Segoe UI" w:cs="Segoe UI"/>
                <w:color w:val="000000"/>
              </w:rPr>
            </w:pPr>
          </w:p>
        </w:tc>
        <w:tc>
          <w:tcPr>
            <w:tcW w:w="2309" w:type="dxa"/>
          </w:tcPr>
          <w:p w14:paraId="63A19772" w14:textId="77777777" w:rsidR="006F1311" w:rsidRDefault="006F1311" w:rsidP="003C04AA">
            <w:pPr>
              <w:pStyle w:val="NormalWeb"/>
              <w:spacing w:after="150" w:afterAutospacing="0"/>
              <w:rPr>
                <w:rFonts w:ascii="Segoe UI" w:hAnsi="Segoe UI" w:cs="Segoe UI"/>
                <w:color w:val="000000"/>
              </w:rPr>
            </w:pPr>
          </w:p>
        </w:tc>
        <w:tc>
          <w:tcPr>
            <w:tcW w:w="2324" w:type="dxa"/>
          </w:tcPr>
          <w:p w14:paraId="493BD498" w14:textId="77777777" w:rsidR="006F1311" w:rsidRDefault="006F1311" w:rsidP="003C04AA">
            <w:pPr>
              <w:pStyle w:val="NormalWeb"/>
              <w:spacing w:after="150" w:afterAutospacing="0"/>
              <w:rPr>
                <w:rFonts w:ascii="Segoe UI" w:hAnsi="Segoe UI" w:cs="Segoe UI"/>
                <w:color w:val="000000"/>
              </w:rPr>
            </w:pPr>
          </w:p>
        </w:tc>
        <w:tc>
          <w:tcPr>
            <w:tcW w:w="2027" w:type="dxa"/>
          </w:tcPr>
          <w:p w14:paraId="17579F71" w14:textId="77777777" w:rsidR="006F1311" w:rsidRDefault="006F1311" w:rsidP="003C04AA">
            <w:pPr>
              <w:pStyle w:val="NormalWeb"/>
              <w:spacing w:after="150" w:afterAutospacing="0"/>
              <w:rPr>
                <w:rFonts w:ascii="Segoe UI" w:hAnsi="Segoe UI" w:cs="Segoe UI"/>
                <w:color w:val="000000"/>
              </w:rPr>
            </w:pPr>
          </w:p>
        </w:tc>
      </w:tr>
    </w:tbl>
    <w:p w14:paraId="735181F8" w14:textId="4A583A23" w:rsidR="00B75BB9" w:rsidRPr="00E13060" w:rsidRDefault="006F1311" w:rsidP="003C04AA">
      <w:pPr>
        <w:pStyle w:val="NormalWeb"/>
        <w:shd w:val="clear" w:color="auto" w:fill="FFFFFF"/>
        <w:spacing w:after="150" w:afterAutospacing="0"/>
        <w:rPr>
          <w:rFonts w:ascii="Segoe UI" w:hAnsi="Segoe UI" w:cs="Segoe UI"/>
          <w:color w:val="000000"/>
        </w:rPr>
      </w:pPr>
      <w:r>
        <w:rPr>
          <w:rFonts w:ascii="Segoe UI" w:hAnsi="Segoe UI" w:cs="Segoe UI"/>
          <w:color w:val="000000"/>
        </w:rPr>
        <w:t xml:space="preserve">                                                  [Book Now]</w:t>
      </w:r>
    </w:p>
    <w:p w14:paraId="18F40547" w14:textId="77777777" w:rsidR="00B75BB9" w:rsidRPr="00E13060" w:rsidRDefault="00B75BB9">
      <w:pPr>
        <w:shd w:val="clear" w:color="auto" w:fill="FFFFFF"/>
        <w:rPr>
          <w:rFonts w:ascii="Segoe UI" w:eastAsia="Times New Roman" w:hAnsi="Segoe UI" w:cs="Segoe UI"/>
          <w:color w:val="333333"/>
          <w:sz w:val="24"/>
          <w:szCs w:val="24"/>
        </w:rPr>
      </w:pPr>
      <w:r w:rsidRPr="00E13060">
        <w:rPr>
          <w:rFonts w:ascii="Segoe UI" w:eastAsia="Times New Roman" w:hAnsi="Segoe UI" w:cs="Segoe UI"/>
          <w:color w:val="333333"/>
          <w:sz w:val="24"/>
          <w:szCs w:val="24"/>
        </w:rPr>
        <w:lastRenderedPageBreak/>
        <w:fldChar w:fldCharType="end"/>
      </w:r>
    </w:p>
    <w:p w14:paraId="333C4A9C" w14:textId="7BFA6566" w:rsidR="00B75BB9" w:rsidRPr="00E13060" w:rsidRDefault="00B75BB9" w:rsidP="003C04AA">
      <w:pPr>
        <w:pStyle w:val="NormalWeb"/>
        <w:shd w:val="clear" w:color="auto" w:fill="FFFFFF"/>
        <w:spacing w:after="150" w:afterAutospacing="0"/>
        <w:rPr>
          <w:rFonts w:ascii="Segoe UI" w:hAnsi="Segoe UI" w:cs="Segoe UI"/>
          <w:color w:val="000000"/>
        </w:rPr>
      </w:pPr>
      <w:r w:rsidRPr="00E13060">
        <w:rPr>
          <w:rFonts w:ascii="Segoe UI" w:eastAsia="Times New Roman" w:hAnsi="Segoe UI" w:cs="Segoe UI"/>
          <w:color w:val="333333"/>
        </w:rPr>
        <w:fldChar w:fldCharType="begin"/>
      </w:r>
      <w:r w:rsidRPr="00E13060">
        <w:rPr>
          <w:rFonts w:ascii="Segoe UI" w:eastAsia="Times New Roman" w:hAnsi="Segoe UI" w:cs="Segoe UI"/>
          <w:color w:val="333333"/>
        </w:rPr>
        <w:instrText>HYPERLINK "https://excelacademy.org.uk/schedule/"</w:instrText>
      </w:r>
      <w:r w:rsidRPr="00E13060">
        <w:rPr>
          <w:rFonts w:ascii="Segoe UI" w:eastAsia="Times New Roman" w:hAnsi="Segoe UI" w:cs="Segoe UI"/>
          <w:color w:val="333333"/>
        </w:rPr>
      </w:r>
      <w:r w:rsidRPr="00E13060">
        <w:rPr>
          <w:rFonts w:ascii="Segoe UI" w:eastAsia="Times New Roman" w:hAnsi="Segoe UI" w:cs="Segoe UI"/>
          <w:color w:val="333333"/>
        </w:rPr>
        <w:fldChar w:fldCharType="separate"/>
      </w:r>
    </w:p>
    <w:p w14:paraId="2B0720C9" w14:textId="77777777" w:rsidR="00B75BB9" w:rsidRPr="00E13060" w:rsidRDefault="00B75BB9">
      <w:pPr>
        <w:shd w:val="clear" w:color="auto" w:fill="FFFFFF"/>
        <w:rPr>
          <w:rFonts w:ascii="Segoe UI" w:eastAsia="Times New Roman" w:hAnsi="Segoe UI" w:cs="Segoe UI"/>
          <w:color w:val="333333"/>
          <w:sz w:val="24"/>
          <w:szCs w:val="24"/>
        </w:rPr>
      </w:pPr>
      <w:r w:rsidRPr="00E13060">
        <w:rPr>
          <w:rFonts w:ascii="Segoe UI" w:eastAsia="Times New Roman" w:hAnsi="Segoe UI" w:cs="Segoe UI"/>
          <w:color w:val="333333"/>
          <w:sz w:val="24"/>
          <w:szCs w:val="24"/>
        </w:rPr>
        <w:fldChar w:fldCharType="end"/>
      </w:r>
    </w:p>
    <w:p w14:paraId="1B8DFDB8" w14:textId="2BD2B0F7" w:rsidR="00B75BB9" w:rsidRPr="00E13060" w:rsidRDefault="00B75BB9" w:rsidP="003C04AA">
      <w:pPr>
        <w:pStyle w:val="NormalWeb"/>
        <w:shd w:val="clear" w:color="auto" w:fill="FFFFFF"/>
        <w:spacing w:after="150" w:afterAutospacing="0"/>
        <w:rPr>
          <w:rFonts w:ascii="Segoe UI" w:hAnsi="Segoe UI" w:cs="Segoe UI"/>
          <w:color w:val="000000"/>
        </w:rPr>
      </w:pPr>
      <w:r w:rsidRPr="00E13060">
        <w:rPr>
          <w:rFonts w:ascii="Segoe UI" w:eastAsia="Times New Roman" w:hAnsi="Segoe UI" w:cs="Segoe UI"/>
          <w:color w:val="333333"/>
        </w:rPr>
        <w:fldChar w:fldCharType="begin"/>
      </w:r>
      <w:r w:rsidRPr="00E13060">
        <w:rPr>
          <w:rFonts w:ascii="Segoe UI" w:eastAsia="Times New Roman" w:hAnsi="Segoe UI" w:cs="Segoe UI"/>
          <w:color w:val="333333"/>
        </w:rPr>
        <w:instrText>HYPERLINK "https://excelacademy.org.uk/schedule/"</w:instrText>
      </w:r>
      <w:r w:rsidRPr="00E13060">
        <w:rPr>
          <w:rFonts w:ascii="Segoe UI" w:eastAsia="Times New Roman" w:hAnsi="Segoe UI" w:cs="Segoe UI"/>
          <w:color w:val="333333"/>
        </w:rPr>
      </w:r>
      <w:r w:rsidRPr="00E13060">
        <w:rPr>
          <w:rFonts w:ascii="Segoe UI" w:eastAsia="Times New Roman" w:hAnsi="Segoe UI" w:cs="Segoe UI"/>
          <w:color w:val="333333"/>
        </w:rPr>
        <w:fldChar w:fldCharType="separate"/>
      </w:r>
    </w:p>
    <w:p w14:paraId="314B3EAE" w14:textId="77777777" w:rsidR="00B75BB9" w:rsidRPr="00E13060" w:rsidRDefault="00B75BB9">
      <w:pPr>
        <w:shd w:val="clear" w:color="auto" w:fill="FFFFFF"/>
        <w:rPr>
          <w:rFonts w:ascii="Segoe UI" w:eastAsia="Times New Roman" w:hAnsi="Segoe UI" w:cs="Segoe UI"/>
          <w:color w:val="333333"/>
          <w:sz w:val="24"/>
          <w:szCs w:val="24"/>
        </w:rPr>
      </w:pPr>
      <w:r w:rsidRPr="00E13060">
        <w:rPr>
          <w:rFonts w:ascii="Segoe UI" w:eastAsia="Times New Roman" w:hAnsi="Segoe UI" w:cs="Segoe UI"/>
          <w:color w:val="333333"/>
          <w:sz w:val="24"/>
          <w:szCs w:val="24"/>
        </w:rPr>
        <w:fldChar w:fldCharType="end"/>
      </w:r>
    </w:p>
    <w:p w14:paraId="097C5AFE" w14:textId="77777777" w:rsidR="008000D9" w:rsidRPr="00E13060" w:rsidRDefault="008000D9" w:rsidP="00A55BCB">
      <w:pPr>
        <w:spacing w:before="100" w:beforeAutospacing="1" w:after="100" w:afterAutospacing="1" w:line="480" w:lineRule="atLeast"/>
        <w:textAlignment w:val="baseline"/>
        <w:rPr>
          <w:rFonts w:ascii="Montserrat" w:eastAsia="Times New Roman" w:hAnsi="Montserrat"/>
          <w:color w:val="0A0A0A"/>
          <w:sz w:val="24"/>
          <w:szCs w:val="24"/>
        </w:rPr>
      </w:pPr>
    </w:p>
    <w:p w14:paraId="173EB409" w14:textId="7CB2EC1B" w:rsidR="008000D9" w:rsidRPr="00E13060" w:rsidRDefault="008000D9" w:rsidP="00A55BCB">
      <w:pPr>
        <w:spacing w:before="100" w:beforeAutospacing="1" w:after="100" w:afterAutospacing="1" w:line="480" w:lineRule="atLeast"/>
        <w:textAlignment w:val="baseline"/>
        <w:rPr>
          <w:rFonts w:ascii="Montserrat" w:eastAsia="Times New Roman" w:hAnsi="Montserrat"/>
          <w:color w:val="0A0A0A"/>
          <w:sz w:val="24"/>
          <w:szCs w:val="24"/>
        </w:rPr>
      </w:pPr>
    </w:p>
    <w:p w14:paraId="613B9D74" w14:textId="77777777" w:rsidR="00B71F20" w:rsidRPr="00E13060" w:rsidRDefault="00B71F20">
      <w:pPr>
        <w:pStyle w:val="NormalWeb"/>
        <w:spacing w:line="480" w:lineRule="atLeast"/>
        <w:rPr>
          <w:rFonts w:ascii="Montserrat" w:hAnsi="Montserrat"/>
          <w:color w:val="0A0A0A"/>
        </w:rPr>
      </w:pPr>
    </w:p>
    <w:p w14:paraId="3BA35A0E" w14:textId="77777777" w:rsidR="001B4B21" w:rsidRPr="00E13060" w:rsidRDefault="001B4B21" w:rsidP="00717F7F">
      <w:pPr>
        <w:pStyle w:val="NormalWeb"/>
        <w:spacing w:line="480" w:lineRule="atLeast"/>
        <w:textAlignment w:val="baseline"/>
        <w:rPr>
          <w:rFonts w:ascii="Montserrat" w:hAnsi="Montserrat" w:cs="Segoe UI"/>
          <w:color w:val="0A0A0A"/>
        </w:rPr>
      </w:pPr>
    </w:p>
    <w:p w14:paraId="0B281D26" w14:textId="77777777" w:rsidR="00717F7F" w:rsidRDefault="00717F7F">
      <w:pPr>
        <w:pStyle w:val="Heading2"/>
        <w:shd w:val="clear" w:color="auto" w:fill="FFFFFF"/>
        <w:spacing w:before="0"/>
        <w:jc w:val="center"/>
        <w:rPr>
          <w:rFonts w:ascii="Montserrat" w:eastAsia="Times New Roman" w:hAnsi="Montserrat"/>
          <w:b w:val="0"/>
          <w:bCs w:val="0"/>
          <w:caps/>
          <w:color w:val="FFFFFF"/>
          <w:sz w:val="99"/>
          <w:szCs w:val="99"/>
        </w:rPr>
      </w:pPr>
      <w:r>
        <w:rPr>
          <w:rFonts w:ascii="Montserrat" w:eastAsia="Times New Roman" w:hAnsi="Montserrat"/>
          <w:b w:val="0"/>
          <w:bCs w:val="0"/>
          <w:caps/>
          <w:color w:val="FFFFFF"/>
          <w:sz w:val="99"/>
          <w:szCs w:val="99"/>
        </w:rPr>
        <w:t>KS4/GCSE</w:t>
      </w:r>
    </w:p>
    <w:p w14:paraId="73C6432C" w14:textId="77777777" w:rsidR="00717F7F" w:rsidRDefault="00717F7F">
      <w:pPr>
        <w:pStyle w:val="Heading2"/>
        <w:shd w:val="clear" w:color="auto" w:fill="FFFFFF"/>
        <w:spacing w:before="0"/>
        <w:jc w:val="center"/>
        <w:rPr>
          <w:rFonts w:ascii="Montserrat" w:eastAsia="Times New Roman" w:hAnsi="Montserrat"/>
          <w:b w:val="0"/>
          <w:bCs w:val="0"/>
          <w:caps/>
          <w:color w:val="FFFFFF"/>
          <w:sz w:val="99"/>
          <w:szCs w:val="99"/>
        </w:rPr>
      </w:pPr>
      <w:r>
        <w:rPr>
          <w:rFonts w:ascii="Montserrat" w:eastAsia="Times New Roman" w:hAnsi="Montserrat"/>
          <w:b w:val="0"/>
          <w:bCs w:val="0"/>
          <w:caps/>
          <w:color w:val="FFFFFF"/>
          <w:sz w:val="99"/>
          <w:szCs w:val="99"/>
        </w:rPr>
        <w:t>KS4/GCSE</w:t>
      </w:r>
    </w:p>
    <w:p w14:paraId="2EA6B54F" w14:textId="77777777" w:rsidR="005B48C3" w:rsidRDefault="005B48C3" w:rsidP="005B48C3">
      <w:pPr>
        <w:spacing w:before="100" w:beforeAutospacing="1" w:after="100" w:afterAutospacing="1" w:line="480" w:lineRule="atLeast"/>
        <w:ind w:left="720"/>
        <w:textAlignment w:val="baseline"/>
        <w:rPr>
          <w:rFonts w:ascii="Montserrat" w:eastAsia="Times New Roman" w:hAnsi="Montserrat" w:cs="Segoe UI"/>
          <w:color w:val="0A0A0A"/>
        </w:rPr>
      </w:pPr>
    </w:p>
    <w:p w14:paraId="3D47315E" w14:textId="77777777" w:rsidR="00991D03" w:rsidRPr="000E2DA1" w:rsidRDefault="00991D03" w:rsidP="000E2DA1">
      <w:pPr>
        <w:pStyle w:val="ListParagraph"/>
        <w:rPr>
          <w:sz w:val="32"/>
          <w:szCs w:val="32"/>
        </w:rPr>
      </w:pPr>
    </w:p>
    <w:p w14:paraId="15A39A5D" w14:textId="77777777" w:rsidR="00D507D3" w:rsidRPr="00D507D3" w:rsidRDefault="00D507D3">
      <w:pPr>
        <w:rPr>
          <w:sz w:val="28"/>
          <w:szCs w:val="28"/>
        </w:rPr>
      </w:pPr>
    </w:p>
    <w:sectPr w:rsidR="00D507D3" w:rsidRPr="00D507D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inherit">
    <w:altName w:val="Cambria"/>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9F0E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911C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E36A8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3A6E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F86F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22B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2057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E248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100CF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BD060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6B33E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8633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645E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5E61E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FD2B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3766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052D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09413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017D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D7379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9EF20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0C67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3B08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B714E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E626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F55D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83372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45385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016E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D4921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D8F21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DA86A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3E50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F9B40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CF0F0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04F22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0C022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1CC4D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D201D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2E848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9B70B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97F1E2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A079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D444D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AF70E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EA391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E3F6F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ED0276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0BF40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471C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2B207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46F35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8507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4F1503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68E32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C5709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E74276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651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0F113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12C087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16A483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25C183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2E92E3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38035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47A45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525554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6A275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1374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7595F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7D3271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AD3454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AFD1E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C855C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CC904D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EB362D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EDF037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0536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FFF3B7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015084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06747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06B4D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10D15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20A08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2250D3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2850C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2861B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42B47F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BE4F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4C9797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5363C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56309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6095D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5014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3563A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7B165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7C911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98C08E2"/>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04A420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2BD263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2C745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3AF77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447444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4A269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53275D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8276D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A7A15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AB0330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AC66E0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B0579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B8109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C4F5B0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CE31A9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D9F2A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E061C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E9F13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F3C2C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10A5E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4AF38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4EE2F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68B0C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71F3E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8E661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93248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96F624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9B7415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D0276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DEF1E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DF169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F4B2F1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F566C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6029858">
    <w:abstractNumId w:val="5"/>
  </w:num>
  <w:num w:numId="2" w16cid:durableId="1563325098">
    <w:abstractNumId w:val="3"/>
  </w:num>
  <w:num w:numId="3" w16cid:durableId="597324956">
    <w:abstractNumId w:val="2"/>
  </w:num>
  <w:num w:numId="4" w16cid:durableId="1048601624">
    <w:abstractNumId w:val="4"/>
  </w:num>
  <w:num w:numId="5" w16cid:durableId="81147352">
    <w:abstractNumId w:val="1"/>
  </w:num>
  <w:num w:numId="6" w16cid:durableId="1212695275">
    <w:abstractNumId w:val="0"/>
  </w:num>
  <w:num w:numId="7" w16cid:durableId="1071974428">
    <w:abstractNumId w:val="19"/>
  </w:num>
  <w:num w:numId="8" w16cid:durableId="943998034">
    <w:abstractNumId w:val="91"/>
  </w:num>
  <w:num w:numId="9" w16cid:durableId="1371763814">
    <w:abstractNumId w:val="42"/>
  </w:num>
  <w:num w:numId="10" w16cid:durableId="1707874025">
    <w:abstractNumId w:val="62"/>
  </w:num>
  <w:num w:numId="11" w16cid:durableId="404956844">
    <w:abstractNumId w:val="63"/>
  </w:num>
  <w:num w:numId="12" w16cid:durableId="722022043">
    <w:abstractNumId w:val="61"/>
  </w:num>
  <w:num w:numId="13" w16cid:durableId="210843187">
    <w:abstractNumId w:val="97"/>
  </w:num>
  <w:num w:numId="14" w16cid:durableId="1800568455">
    <w:abstractNumId w:val="120"/>
  </w:num>
  <w:num w:numId="15" w16cid:durableId="474490696">
    <w:abstractNumId w:val="121"/>
  </w:num>
  <w:num w:numId="16" w16cid:durableId="698435112">
    <w:abstractNumId w:val="36"/>
  </w:num>
  <w:num w:numId="17" w16cid:durableId="1118597083">
    <w:abstractNumId w:val="115"/>
  </w:num>
  <w:num w:numId="18" w16cid:durableId="534539264">
    <w:abstractNumId w:val="114"/>
  </w:num>
  <w:num w:numId="19" w16cid:durableId="2099793344">
    <w:abstractNumId w:val="23"/>
  </w:num>
  <w:num w:numId="20" w16cid:durableId="119493899">
    <w:abstractNumId w:val="101"/>
  </w:num>
  <w:num w:numId="21" w16cid:durableId="573665330">
    <w:abstractNumId w:val="32"/>
  </w:num>
  <w:num w:numId="22" w16cid:durableId="1124538464">
    <w:abstractNumId w:val="6"/>
  </w:num>
  <w:num w:numId="23" w16cid:durableId="652568306">
    <w:abstractNumId w:val="78"/>
  </w:num>
  <w:num w:numId="24" w16cid:durableId="1523593713">
    <w:abstractNumId w:val="18"/>
  </w:num>
  <w:num w:numId="25" w16cid:durableId="1179202387">
    <w:abstractNumId w:val="24"/>
  </w:num>
  <w:num w:numId="26" w16cid:durableId="1773472411">
    <w:abstractNumId w:val="69"/>
  </w:num>
  <w:num w:numId="27" w16cid:durableId="1751809796">
    <w:abstractNumId w:val="76"/>
  </w:num>
  <w:num w:numId="28" w16cid:durableId="995839010">
    <w:abstractNumId w:val="21"/>
  </w:num>
  <w:num w:numId="29" w16cid:durableId="50469094">
    <w:abstractNumId w:val="132"/>
  </w:num>
  <w:num w:numId="30" w16cid:durableId="2125464049">
    <w:abstractNumId w:val="94"/>
  </w:num>
  <w:num w:numId="31" w16cid:durableId="406075971">
    <w:abstractNumId w:val="26"/>
  </w:num>
  <w:num w:numId="32" w16cid:durableId="1546672435">
    <w:abstractNumId w:val="95"/>
  </w:num>
  <w:num w:numId="33" w16cid:durableId="1947999943">
    <w:abstractNumId w:val="16"/>
  </w:num>
  <w:num w:numId="34" w16cid:durableId="935988699">
    <w:abstractNumId w:val="131"/>
  </w:num>
  <w:num w:numId="35" w16cid:durableId="1672947341">
    <w:abstractNumId w:val="72"/>
  </w:num>
  <w:num w:numId="36" w16cid:durableId="1912813295">
    <w:abstractNumId w:val="60"/>
  </w:num>
  <w:num w:numId="37" w16cid:durableId="598029304">
    <w:abstractNumId w:val="59"/>
  </w:num>
  <w:num w:numId="38" w16cid:durableId="391081958">
    <w:abstractNumId w:val="134"/>
  </w:num>
  <w:num w:numId="39" w16cid:durableId="1250502662">
    <w:abstractNumId w:val="22"/>
  </w:num>
  <w:num w:numId="40" w16cid:durableId="1875993382">
    <w:abstractNumId w:val="28"/>
  </w:num>
  <w:num w:numId="41" w16cid:durableId="212544933">
    <w:abstractNumId w:val="116"/>
  </w:num>
  <w:num w:numId="42" w16cid:durableId="1833058598">
    <w:abstractNumId w:val="133"/>
  </w:num>
  <w:num w:numId="43" w16cid:durableId="1929075381">
    <w:abstractNumId w:val="15"/>
  </w:num>
  <w:num w:numId="44" w16cid:durableId="1577789785">
    <w:abstractNumId w:val="64"/>
  </w:num>
  <w:num w:numId="45" w16cid:durableId="2094626013">
    <w:abstractNumId w:val="111"/>
  </w:num>
  <w:num w:numId="46" w16cid:durableId="1973903576">
    <w:abstractNumId w:val="35"/>
  </w:num>
  <w:num w:numId="47" w16cid:durableId="998655094">
    <w:abstractNumId w:val="84"/>
  </w:num>
  <w:num w:numId="48" w16cid:durableId="500893781">
    <w:abstractNumId w:val="54"/>
  </w:num>
  <w:num w:numId="49" w16cid:durableId="2099784981">
    <w:abstractNumId w:val="70"/>
  </w:num>
  <w:num w:numId="50" w16cid:durableId="341904600">
    <w:abstractNumId w:val="77"/>
  </w:num>
  <w:num w:numId="51" w16cid:durableId="1329600391">
    <w:abstractNumId w:val="125"/>
  </w:num>
  <w:num w:numId="52" w16cid:durableId="838930261">
    <w:abstractNumId w:val="29"/>
  </w:num>
  <w:num w:numId="53" w16cid:durableId="1974213425">
    <w:abstractNumId w:val="90"/>
  </w:num>
  <w:num w:numId="54" w16cid:durableId="975794166">
    <w:abstractNumId w:val="73"/>
  </w:num>
  <w:num w:numId="55" w16cid:durableId="697505897">
    <w:abstractNumId w:val="57"/>
  </w:num>
  <w:num w:numId="56" w16cid:durableId="199823765">
    <w:abstractNumId w:val="52"/>
  </w:num>
  <w:num w:numId="57" w16cid:durableId="1796289889">
    <w:abstractNumId w:val="17"/>
  </w:num>
  <w:num w:numId="58" w16cid:durableId="1125350361">
    <w:abstractNumId w:val="122"/>
  </w:num>
  <w:num w:numId="59" w16cid:durableId="1772237502">
    <w:abstractNumId w:val="13"/>
  </w:num>
  <w:num w:numId="60" w16cid:durableId="1767773871">
    <w:abstractNumId w:val="102"/>
  </w:num>
  <w:num w:numId="61" w16cid:durableId="755399574">
    <w:abstractNumId w:val="108"/>
  </w:num>
  <w:num w:numId="62" w16cid:durableId="730419359">
    <w:abstractNumId w:val="11"/>
  </w:num>
  <w:num w:numId="63" w16cid:durableId="835611249">
    <w:abstractNumId w:val="85"/>
  </w:num>
  <w:num w:numId="64" w16cid:durableId="722484473">
    <w:abstractNumId w:val="58"/>
  </w:num>
  <w:num w:numId="65" w16cid:durableId="2122600517">
    <w:abstractNumId w:val="109"/>
  </w:num>
  <w:num w:numId="66" w16cid:durableId="1869874294">
    <w:abstractNumId w:val="9"/>
  </w:num>
  <w:num w:numId="67" w16cid:durableId="1884292293">
    <w:abstractNumId w:val="96"/>
  </w:num>
  <w:num w:numId="68" w16cid:durableId="1453210197">
    <w:abstractNumId w:val="83"/>
  </w:num>
  <w:num w:numId="69" w16cid:durableId="1482884948">
    <w:abstractNumId w:val="126"/>
  </w:num>
  <w:num w:numId="70" w16cid:durableId="1550871631">
    <w:abstractNumId w:val="10"/>
  </w:num>
  <w:num w:numId="71" w16cid:durableId="318966451">
    <w:abstractNumId w:val="110"/>
  </w:num>
  <w:num w:numId="72" w16cid:durableId="501508719">
    <w:abstractNumId w:val="25"/>
  </w:num>
  <w:num w:numId="73" w16cid:durableId="177278229">
    <w:abstractNumId w:val="117"/>
  </w:num>
  <w:num w:numId="74" w16cid:durableId="1182889600">
    <w:abstractNumId w:val="7"/>
  </w:num>
  <w:num w:numId="75" w16cid:durableId="499807736">
    <w:abstractNumId w:val="92"/>
  </w:num>
  <w:num w:numId="76" w16cid:durableId="2127964282">
    <w:abstractNumId w:val="79"/>
  </w:num>
  <w:num w:numId="77" w16cid:durableId="1769235572">
    <w:abstractNumId w:val="33"/>
  </w:num>
  <w:num w:numId="78" w16cid:durableId="1468351285">
    <w:abstractNumId w:val="8"/>
  </w:num>
  <w:num w:numId="79" w16cid:durableId="1451896339">
    <w:abstractNumId w:val="14"/>
  </w:num>
  <w:num w:numId="80" w16cid:durableId="1596745337">
    <w:abstractNumId w:val="68"/>
  </w:num>
  <w:num w:numId="81" w16cid:durableId="104471943">
    <w:abstractNumId w:val="113"/>
  </w:num>
  <w:num w:numId="82" w16cid:durableId="859120330">
    <w:abstractNumId w:val="128"/>
  </w:num>
  <w:num w:numId="83" w16cid:durableId="2138864570">
    <w:abstractNumId w:val="103"/>
  </w:num>
  <w:num w:numId="84" w16cid:durableId="834955176">
    <w:abstractNumId w:val="86"/>
  </w:num>
  <w:num w:numId="85" w16cid:durableId="1933471648">
    <w:abstractNumId w:val="100"/>
  </w:num>
  <w:num w:numId="86" w16cid:durableId="1466392235">
    <w:abstractNumId w:val="123"/>
  </w:num>
  <w:num w:numId="87" w16cid:durableId="1468206766">
    <w:abstractNumId w:val="44"/>
  </w:num>
  <w:num w:numId="88" w16cid:durableId="1783458454">
    <w:abstractNumId w:val="106"/>
  </w:num>
  <w:num w:numId="89" w16cid:durableId="227344525">
    <w:abstractNumId w:val="82"/>
  </w:num>
  <w:num w:numId="90" w16cid:durableId="1343967419">
    <w:abstractNumId w:val="51"/>
  </w:num>
  <w:num w:numId="91" w16cid:durableId="354238327">
    <w:abstractNumId w:val="107"/>
  </w:num>
  <w:num w:numId="92" w16cid:durableId="1811970810">
    <w:abstractNumId w:val="127"/>
  </w:num>
  <w:num w:numId="93" w16cid:durableId="764809613">
    <w:abstractNumId w:val="65"/>
  </w:num>
  <w:num w:numId="94" w16cid:durableId="223611110">
    <w:abstractNumId w:val="20"/>
  </w:num>
  <w:num w:numId="95" w16cid:durableId="84229980">
    <w:abstractNumId w:val="41"/>
  </w:num>
  <w:num w:numId="96" w16cid:durableId="363291224">
    <w:abstractNumId w:val="112"/>
  </w:num>
  <w:num w:numId="97" w16cid:durableId="981886682">
    <w:abstractNumId w:val="34"/>
  </w:num>
  <w:num w:numId="98" w16cid:durableId="1572620290">
    <w:abstractNumId w:val="130"/>
  </w:num>
  <w:num w:numId="99" w16cid:durableId="1428500206">
    <w:abstractNumId w:val="67"/>
  </w:num>
  <w:num w:numId="100" w16cid:durableId="1943340384">
    <w:abstractNumId w:val="50"/>
  </w:num>
  <w:num w:numId="101" w16cid:durableId="224491142">
    <w:abstractNumId w:val="87"/>
  </w:num>
  <w:num w:numId="102" w16cid:durableId="1207254367">
    <w:abstractNumId w:val="75"/>
  </w:num>
  <w:num w:numId="103" w16cid:durableId="1838185550">
    <w:abstractNumId w:val="56"/>
  </w:num>
  <w:num w:numId="104" w16cid:durableId="158230910">
    <w:abstractNumId w:val="30"/>
  </w:num>
  <w:num w:numId="105" w16cid:durableId="1059323970">
    <w:abstractNumId w:val="74"/>
  </w:num>
  <w:num w:numId="106" w16cid:durableId="319164437">
    <w:abstractNumId w:val="40"/>
  </w:num>
  <w:num w:numId="107" w16cid:durableId="914783068">
    <w:abstractNumId w:val="37"/>
  </w:num>
  <w:num w:numId="108" w16cid:durableId="247423007">
    <w:abstractNumId w:val="71"/>
  </w:num>
  <w:num w:numId="109" w16cid:durableId="1588926100">
    <w:abstractNumId w:val="89"/>
  </w:num>
  <w:num w:numId="110" w16cid:durableId="2125927682">
    <w:abstractNumId w:val="99"/>
  </w:num>
  <w:num w:numId="111" w16cid:durableId="432743974">
    <w:abstractNumId w:val="45"/>
  </w:num>
  <w:num w:numId="112" w16cid:durableId="1223643020">
    <w:abstractNumId w:val="48"/>
  </w:num>
  <w:num w:numId="113" w16cid:durableId="620763199">
    <w:abstractNumId w:val="118"/>
  </w:num>
  <w:num w:numId="114" w16cid:durableId="1743336785">
    <w:abstractNumId w:val="104"/>
  </w:num>
  <w:num w:numId="115" w16cid:durableId="1668441008">
    <w:abstractNumId w:val="55"/>
  </w:num>
  <w:num w:numId="116" w16cid:durableId="383912324">
    <w:abstractNumId w:val="43"/>
  </w:num>
  <w:num w:numId="117" w16cid:durableId="256787527">
    <w:abstractNumId w:val="66"/>
  </w:num>
  <w:num w:numId="118" w16cid:durableId="1757358484">
    <w:abstractNumId w:val="31"/>
  </w:num>
  <w:num w:numId="119" w16cid:durableId="527988584">
    <w:abstractNumId w:val="81"/>
  </w:num>
  <w:num w:numId="120" w16cid:durableId="1996882756">
    <w:abstractNumId w:val="53"/>
  </w:num>
  <w:num w:numId="121" w16cid:durableId="1683432887">
    <w:abstractNumId w:val="124"/>
  </w:num>
  <w:num w:numId="122" w16cid:durableId="1436435295">
    <w:abstractNumId w:val="46"/>
  </w:num>
  <w:num w:numId="123" w16cid:durableId="1983730142">
    <w:abstractNumId w:val="93"/>
  </w:num>
  <w:num w:numId="124" w16cid:durableId="1482117349">
    <w:abstractNumId w:val="38"/>
  </w:num>
  <w:num w:numId="125" w16cid:durableId="170414180">
    <w:abstractNumId w:val="49"/>
  </w:num>
  <w:num w:numId="126" w16cid:durableId="447166151">
    <w:abstractNumId w:val="88"/>
  </w:num>
  <w:num w:numId="127" w16cid:durableId="1652905079">
    <w:abstractNumId w:val="47"/>
  </w:num>
  <w:num w:numId="128" w16cid:durableId="2072850211">
    <w:abstractNumId w:val="135"/>
  </w:num>
  <w:num w:numId="129" w16cid:durableId="1738671593">
    <w:abstractNumId w:val="27"/>
  </w:num>
  <w:num w:numId="130" w16cid:durableId="208077911">
    <w:abstractNumId w:val="129"/>
  </w:num>
  <w:num w:numId="131" w16cid:durableId="728656025">
    <w:abstractNumId w:val="105"/>
  </w:num>
  <w:num w:numId="132" w16cid:durableId="1130518470">
    <w:abstractNumId w:val="12"/>
  </w:num>
  <w:num w:numId="133" w16cid:durableId="1084377004">
    <w:abstractNumId w:val="39"/>
  </w:num>
  <w:num w:numId="134" w16cid:durableId="439223528">
    <w:abstractNumId w:val="80"/>
  </w:num>
  <w:num w:numId="135" w16cid:durableId="216863106">
    <w:abstractNumId w:val="98"/>
  </w:num>
  <w:num w:numId="136" w16cid:durableId="1595438437">
    <w:abstractNumId w:val="119"/>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857"/>
    <w:rsid w:val="00011656"/>
    <w:rsid w:val="00017135"/>
    <w:rsid w:val="00034616"/>
    <w:rsid w:val="00047A14"/>
    <w:rsid w:val="0006063C"/>
    <w:rsid w:val="0007535F"/>
    <w:rsid w:val="000768A6"/>
    <w:rsid w:val="000841F2"/>
    <w:rsid w:val="000C35CB"/>
    <w:rsid w:val="000D1196"/>
    <w:rsid w:val="000D52F2"/>
    <w:rsid w:val="000D54C0"/>
    <w:rsid w:val="000E09CC"/>
    <w:rsid w:val="000E2DA1"/>
    <w:rsid w:val="000E7710"/>
    <w:rsid w:val="0012711A"/>
    <w:rsid w:val="0015074B"/>
    <w:rsid w:val="00153347"/>
    <w:rsid w:val="001826D7"/>
    <w:rsid w:val="00187C14"/>
    <w:rsid w:val="0019211E"/>
    <w:rsid w:val="00195340"/>
    <w:rsid w:val="001B4B21"/>
    <w:rsid w:val="001E72BC"/>
    <w:rsid w:val="001F292D"/>
    <w:rsid w:val="00201685"/>
    <w:rsid w:val="00202730"/>
    <w:rsid w:val="00262A3A"/>
    <w:rsid w:val="00272C25"/>
    <w:rsid w:val="0029639D"/>
    <w:rsid w:val="002A443A"/>
    <w:rsid w:val="002F7EAC"/>
    <w:rsid w:val="003255D8"/>
    <w:rsid w:val="00326F90"/>
    <w:rsid w:val="00336AEE"/>
    <w:rsid w:val="00337C6A"/>
    <w:rsid w:val="003509E6"/>
    <w:rsid w:val="00364985"/>
    <w:rsid w:val="003702CA"/>
    <w:rsid w:val="00373B99"/>
    <w:rsid w:val="00380FA0"/>
    <w:rsid w:val="003A5E7F"/>
    <w:rsid w:val="003B299E"/>
    <w:rsid w:val="003C04AA"/>
    <w:rsid w:val="003F1283"/>
    <w:rsid w:val="00460F97"/>
    <w:rsid w:val="00462215"/>
    <w:rsid w:val="00474F74"/>
    <w:rsid w:val="004F4F11"/>
    <w:rsid w:val="005142A1"/>
    <w:rsid w:val="005402A6"/>
    <w:rsid w:val="00585F3B"/>
    <w:rsid w:val="005A11FE"/>
    <w:rsid w:val="005B162B"/>
    <w:rsid w:val="005B48C3"/>
    <w:rsid w:val="0060254F"/>
    <w:rsid w:val="00604ACE"/>
    <w:rsid w:val="00612252"/>
    <w:rsid w:val="00645889"/>
    <w:rsid w:val="00664875"/>
    <w:rsid w:val="006F1311"/>
    <w:rsid w:val="00717F7F"/>
    <w:rsid w:val="0072262A"/>
    <w:rsid w:val="0077614C"/>
    <w:rsid w:val="00776FE8"/>
    <w:rsid w:val="0078026C"/>
    <w:rsid w:val="00784D2A"/>
    <w:rsid w:val="007B0899"/>
    <w:rsid w:val="007D48BE"/>
    <w:rsid w:val="007E4997"/>
    <w:rsid w:val="008000D9"/>
    <w:rsid w:val="008002A7"/>
    <w:rsid w:val="008D0706"/>
    <w:rsid w:val="008E78D8"/>
    <w:rsid w:val="008F70E6"/>
    <w:rsid w:val="009074DF"/>
    <w:rsid w:val="0092559E"/>
    <w:rsid w:val="00925DEC"/>
    <w:rsid w:val="00966F5D"/>
    <w:rsid w:val="0099055E"/>
    <w:rsid w:val="00991D03"/>
    <w:rsid w:val="009A6CC1"/>
    <w:rsid w:val="009D17B9"/>
    <w:rsid w:val="00A128B2"/>
    <w:rsid w:val="00A33169"/>
    <w:rsid w:val="00A425D5"/>
    <w:rsid w:val="00A54A0B"/>
    <w:rsid w:val="00A55BCB"/>
    <w:rsid w:val="00A838AC"/>
    <w:rsid w:val="00A87552"/>
    <w:rsid w:val="00AA14E2"/>
    <w:rsid w:val="00AA1D8D"/>
    <w:rsid w:val="00AC4EB3"/>
    <w:rsid w:val="00AD7562"/>
    <w:rsid w:val="00B12525"/>
    <w:rsid w:val="00B47730"/>
    <w:rsid w:val="00B53220"/>
    <w:rsid w:val="00B71F20"/>
    <w:rsid w:val="00B75BB9"/>
    <w:rsid w:val="00B9732E"/>
    <w:rsid w:val="00BD06C2"/>
    <w:rsid w:val="00BE54A8"/>
    <w:rsid w:val="00BE5DF7"/>
    <w:rsid w:val="00C05D2A"/>
    <w:rsid w:val="00C165B6"/>
    <w:rsid w:val="00C92DE5"/>
    <w:rsid w:val="00C96C21"/>
    <w:rsid w:val="00CB0664"/>
    <w:rsid w:val="00CB373D"/>
    <w:rsid w:val="00CB6F83"/>
    <w:rsid w:val="00CC6233"/>
    <w:rsid w:val="00CD1456"/>
    <w:rsid w:val="00D02D97"/>
    <w:rsid w:val="00D22988"/>
    <w:rsid w:val="00D26D9F"/>
    <w:rsid w:val="00D33A0D"/>
    <w:rsid w:val="00D3456B"/>
    <w:rsid w:val="00D348D2"/>
    <w:rsid w:val="00D507D3"/>
    <w:rsid w:val="00D51EC6"/>
    <w:rsid w:val="00D61200"/>
    <w:rsid w:val="00D643DB"/>
    <w:rsid w:val="00D6623E"/>
    <w:rsid w:val="00DE2A7C"/>
    <w:rsid w:val="00E02A9B"/>
    <w:rsid w:val="00E13060"/>
    <w:rsid w:val="00EB185F"/>
    <w:rsid w:val="00EC0A0B"/>
    <w:rsid w:val="00EE7276"/>
    <w:rsid w:val="00EF60C7"/>
    <w:rsid w:val="00F07C4C"/>
    <w:rsid w:val="00F11887"/>
    <w:rsid w:val="00F14897"/>
    <w:rsid w:val="00F17503"/>
    <w:rsid w:val="00F21C12"/>
    <w:rsid w:val="00F354AC"/>
    <w:rsid w:val="00F35577"/>
    <w:rsid w:val="00F442EF"/>
    <w:rsid w:val="00F64EFC"/>
    <w:rsid w:val="00F731E5"/>
    <w:rsid w:val="00FB3AD4"/>
    <w:rsid w:val="00FC693F"/>
    <w:rsid w:val="00FD3DEC"/>
    <w:rsid w:val="00FF5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F4201E"/>
  <w14:defaultImageDpi w14:val="300"/>
  <w15:docId w15:val="{3170D869-ED64-0E43-AC3F-29ED2AAB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elementor-button-text">
    <w:name w:val="elementor-button-text"/>
    <w:basedOn w:val="DefaultParagraphFont"/>
    <w:rsid w:val="00A33169"/>
  </w:style>
  <w:style w:type="paragraph" w:styleId="NormalWeb">
    <w:name w:val="Normal (Web)"/>
    <w:basedOn w:val="Normal"/>
    <w:uiPriority w:val="99"/>
    <w:unhideWhenUsed/>
    <w:rsid w:val="00991D03"/>
    <w:pPr>
      <w:spacing w:before="100" w:beforeAutospacing="1" w:after="100" w:afterAutospacing="1" w:line="240" w:lineRule="auto"/>
    </w:pPr>
    <w:rPr>
      <w:rFonts w:ascii="Times New Roman" w:hAnsi="Times New Roman" w:cs="Times New Roman"/>
      <w:sz w:val="24"/>
      <w:szCs w:val="24"/>
      <w:lang w:val="en-GB"/>
    </w:rPr>
  </w:style>
  <w:style w:type="character" w:styleId="Hyperlink">
    <w:name w:val="Hyperlink"/>
    <w:basedOn w:val="DefaultParagraphFont"/>
    <w:uiPriority w:val="99"/>
    <w:semiHidden/>
    <w:unhideWhenUsed/>
    <w:rsid w:val="00B71F20"/>
    <w:rPr>
      <w:color w:val="0000FF"/>
      <w:u w:val="single"/>
    </w:rPr>
  </w:style>
  <w:style w:type="character" w:styleId="FollowedHyperlink">
    <w:name w:val="FollowedHyperlink"/>
    <w:basedOn w:val="DefaultParagraphFont"/>
    <w:uiPriority w:val="99"/>
    <w:semiHidden/>
    <w:unhideWhenUsed/>
    <w:rsid w:val="008E78D8"/>
    <w:rPr>
      <w:color w:val="800080" w:themeColor="followedHyperlink"/>
      <w:u w:val="single"/>
    </w:rPr>
  </w:style>
  <w:style w:type="character" w:customStyle="1" w:styleId="data-table-header-text">
    <w:name w:val="data-table-header-text"/>
    <w:basedOn w:val="DefaultParagraphFont"/>
    <w:rsid w:val="007B0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xcelacademy.org.uk/key-stage-3/" TargetMode="External" /><Relationship Id="rId21" Type="http://schemas.openxmlformats.org/officeDocument/2006/relationships/hyperlink" Target="https://excelacademy.org.uk/key-stage-3/" TargetMode="External" /><Relationship Id="rId42" Type="http://schemas.openxmlformats.org/officeDocument/2006/relationships/hyperlink" Target="https://assets.publishing.service.gov.uk/media/5a7da548ed915d2ac884cb07/PRIMARY_national_curriculum_-_Mathematics_220714.pdf?utm_source=chatgpt.com" TargetMode="External" /><Relationship Id="rId47" Type="http://schemas.openxmlformats.org/officeDocument/2006/relationships/hyperlink" Target="https://grammarschoolpathway.co.uk/2025/07/07/the-11-plus-curriculum/?utm_source=chatgpt.com" TargetMode="External" /><Relationship Id="rId63" Type="http://schemas.openxmlformats.org/officeDocument/2006/relationships/hyperlink" Target="https://owltutors.co.uk/advice/13-plus/maths/syllabus/?srsltid=AfmBOopeP68G_5n9QaqY6N2mxbzpPS4AaZedUuAh7v3h6Kt9-2wXwHKp&amp;utm_source=chatgpt.com" TargetMode="External" /><Relationship Id="rId68" Type="http://schemas.openxmlformats.org/officeDocument/2006/relationships/hyperlink" Target="https://www.keystonetutors.com/news/13-plus-maths-guide?utm_source=chatgpt.com" TargetMode="External" /><Relationship Id="rId84" Type="http://schemas.openxmlformats.org/officeDocument/2006/relationships/hyperlink" Target="https://owltutors.co.uk/advice/13-plus/english/syllabus/?srsltid=AfmBOooiNYLUhBylwW3xkZmB8xxCsyGF0YWO11oot3jOXoBUTgaB7C5k&amp;utm_source=chatgpt.com" TargetMode="External" /><Relationship Id="rId89" Type="http://schemas.openxmlformats.org/officeDocument/2006/relationships/hyperlink" Target="https://excelacademy.org.uk/as-a2-levels/" TargetMode="External" /><Relationship Id="rId7" Type="http://schemas.openxmlformats.org/officeDocument/2006/relationships/hyperlink" Target="https://excelacademy.org.uk/key-stage-2/" TargetMode="External" /><Relationship Id="rId71" Type="http://schemas.openxmlformats.org/officeDocument/2006/relationships/hyperlink" Target="https://www.uniontuitionlondon.com/tutoring/iseb-common-entrance-maths-exam/?utm_source=chatgpt.com" TargetMode="External" /><Relationship Id="rId92" Type="http://schemas.openxmlformats.org/officeDocument/2006/relationships/hyperlink" Target="https://scratch.mit.edu/" TargetMode="External" /><Relationship Id="rId2" Type="http://schemas.openxmlformats.org/officeDocument/2006/relationships/numbering" Target="numbering.xml" /><Relationship Id="rId16" Type="http://schemas.openxmlformats.org/officeDocument/2006/relationships/hyperlink" Target="https://excelacademy.org.uk/key-stage-3/" TargetMode="External" /><Relationship Id="rId29" Type="http://schemas.openxmlformats.org/officeDocument/2006/relationships/hyperlink" Target="https://excelacademy.org.uk/gcse-igcse/" TargetMode="External" /><Relationship Id="rId107" Type="http://schemas.openxmlformats.org/officeDocument/2006/relationships/theme" Target="theme/theme1.xml" /><Relationship Id="rId11" Type="http://schemas.openxmlformats.org/officeDocument/2006/relationships/hyperlink" Target="https://excelacademy.org.uk/key-stage-2/" TargetMode="External" /><Relationship Id="rId24" Type="http://schemas.openxmlformats.org/officeDocument/2006/relationships/hyperlink" Target="https://excelacademy.org.uk/key-stage-3/" TargetMode="External" /><Relationship Id="rId32" Type="http://schemas.openxmlformats.org/officeDocument/2006/relationships/hyperlink" Target="https://excelacademy.org.uk/gcse-igcse/" TargetMode="External" /><Relationship Id="rId37" Type="http://schemas.openxmlformats.org/officeDocument/2006/relationships/hyperlink" Target="https://excelacademy.org.uk/11-plus-exam-preparation/" TargetMode="External" /><Relationship Id="rId40" Type="http://schemas.openxmlformats.org/officeDocument/2006/relationships/hyperlink" Target="https://excelacademy.org.uk/11-plus-exam-preparation/" TargetMode="External" /><Relationship Id="rId45" Type="http://schemas.openxmlformats.org/officeDocument/2006/relationships/hyperlink" Target="https://holywellschool.co.uk/wp-content/uploads/2024/11/KS2-Maths-Curriculum.pdf?utm_source=chatgpt.com" TargetMode="External" /><Relationship Id="rId53" Type="http://schemas.openxmlformats.org/officeDocument/2006/relationships/hyperlink" Target="https://grammarschoolpathway.co.uk/2025/07/07/the-11-plus-curriculum/?utm_source=chatgpt.com" TargetMode="External" /><Relationship Id="rId58" Type="http://schemas.openxmlformats.org/officeDocument/2006/relationships/hyperlink" Target="https://excelacademy.org.uk/13-plus-exam-preparation/" TargetMode="External" /><Relationship Id="rId66" Type="http://schemas.openxmlformats.org/officeDocument/2006/relationships/hyperlink" Target="https://owltutors.co.uk/advice/13-plus/maths/syllabus/?srsltid=AfmBOopeP68G_5n9QaqY6N2mxbzpPS4AaZedUuAh7v3h6Kt9-2wXwHKp&amp;utm_source=chatgpt.com" TargetMode="External" /><Relationship Id="rId74" Type="http://schemas.openxmlformats.org/officeDocument/2006/relationships/hyperlink" Target="https://www.hachettelearning.com/13-plus/about-the-13-common-entrance-exam?utm_source=chatgpt.com" TargetMode="External" /><Relationship Id="rId79" Type="http://schemas.openxmlformats.org/officeDocument/2006/relationships/hyperlink" Target="https://www.hachettelearning.com/13-plus/about-the-13-common-entrance-exam?utm_source=chatgpt.com" TargetMode="External" /><Relationship Id="rId87" Type="http://schemas.openxmlformats.org/officeDocument/2006/relationships/hyperlink" Target="https://excelacademy.org.uk/as-a2-levels/" TargetMode="External" /><Relationship Id="rId102" Type="http://schemas.openxmlformats.org/officeDocument/2006/relationships/hyperlink" Target="https://excelacademy.org.uk/grammar-schools/" TargetMode="External" /><Relationship Id="rId5" Type="http://schemas.openxmlformats.org/officeDocument/2006/relationships/webSettings" Target="webSettings.xml" /><Relationship Id="rId61" Type="http://schemas.openxmlformats.org/officeDocument/2006/relationships/hyperlink" Target="https://www.hachettelearning.com/13-plus/about-the-13-common-entrance-exam?utm_source=chatgpt.com" TargetMode="External" /><Relationship Id="rId82" Type="http://schemas.openxmlformats.org/officeDocument/2006/relationships/hyperlink" Target="https://owltutors.co.uk/advice/13-plus/english/syllabus/?srsltid=AfmBOooiNYLUhBylwW3xkZmB8xxCsyGF0YWO11oot3jOXoBUTgaB7C5k&amp;utm_source=chatgpt.com" TargetMode="External" /><Relationship Id="rId90" Type="http://schemas.openxmlformats.org/officeDocument/2006/relationships/hyperlink" Target="https://excelacademy.org.uk/as-a2-levels/" TargetMode="External" /><Relationship Id="rId95" Type="http://schemas.openxmlformats.org/officeDocument/2006/relationships/hyperlink" Target="https://www.canva.com/" TargetMode="External" /><Relationship Id="rId19" Type="http://schemas.openxmlformats.org/officeDocument/2006/relationships/hyperlink" Target="https://excelacademy.org.uk/key-stage-3/" TargetMode="External" /><Relationship Id="rId14" Type="http://schemas.openxmlformats.org/officeDocument/2006/relationships/hyperlink" Target="https://excelacademy.org.uk/key-stage-3/" TargetMode="External" /><Relationship Id="rId22" Type="http://schemas.openxmlformats.org/officeDocument/2006/relationships/hyperlink" Target="https://excelacademy.org.uk/key-stage-3/" TargetMode="External" /><Relationship Id="rId27" Type="http://schemas.openxmlformats.org/officeDocument/2006/relationships/hyperlink" Target="https://excelacademy.org.uk/key-stage-3/" TargetMode="External" /><Relationship Id="rId30" Type="http://schemas.openxmlformats.org/officeDocument/2006/relationships/hyperlink" Target="https://excelacademy.org.uk/gcse-igcse/" TargetMode="External" /><Relationship Id="rId35" Type="http://schemas.openxmlformats.org/officeDocument/2006/relationships/hyperlink" Target="https://excelacademy.org.uk/gcse-igcse/" TargetMode="External" /><Relationship Id="rId43" Type="http://schemas.openxmlformats.org/officeDocument/2006/relationships/hyperlink" Target="https://assets.publishing.service.gov.uk/media/5a7da548ed915d2ac884cb07/PRIMARY_national_curriculum_-_Mathematics_220714.pdf?utm_source=chatgpt.com" TargetMode="External" /><Relationship Id="rId48" Type="http://schemas.openxmlformats.org/officeDocument/2006/relationships/hyperlink" Target="https://grammarschoolpathway.co.uk/2025/07/07/the-11-plus-curriculum/?utm_source=chatgpt.com" TargetMode="External" /><Relationship Id="rId56" Type="http://schemas.openxmlformats.org/officeDocument/2006/relationships/hyperlink" Target="https://excelacademy.org.uk/13-plus-exam-preparation/" TargetMode="External" /><Relationship Id="rId64" Type="http://schemas.openxmlformats.org/officeDocument/2006/relationships/hyperlink" Target="https://owltutors.co.uk/advice/13-plus/maths/syllabus/?srsltid=AfmBOopeP68G_5n9QaqY6N2mxbzpPS4AaZedUuAh7v3h6Kt9-2wXwHKp&amp;utm_source=chatgpt.com" TargetMode="External" /><Relationship Id="rId69" Type="http://schemas.openxmlformats.org/officeDocument/2006/relationships/hyperlink" Target="https://owltutors.co.uk/advice/13-plus/maths/syllabus/?srsltid=AfmBOopeP68G_5n9QaqY6N2mxbzpPS4AaZedUuAh7v3h6Kt9-2wXwHKp&amp;utm_source=chatgpt.com" TargetMode="External" /><Relationship Id="rId77" Type="http://schemas.openxmlformats.org/officeDocument/2006/relationships/hyperlink" Target="https://www.iseb.co.uk/wp-content/uploads/CE-13-English-ISEB-Subject-Guide-for-Families.pdf?utm_source=chatgpt.com" TargetMode="External" /><Relationship Id="rId100" Type="http://schemas.openxmlformats.org/officeDocument/2006/relationships/hyperlink" Target="https://code.org/oceans" TargetMode="External" /><Relationship Id="rId105" Type="http://schemas.openxmlformats.org/officeDocument/2006/relationships/hyperlink" Target="https://excelacademy.org.uk/grammar-schools/" TargetMode="External" /><Relationship Id="rId8" Type="http://schemas.openxmlformats.org/officeDocument/2006/relationships/hyperlink" Target="https://excelacademy.org.uk/key-stage-2/" TargetMode="External" /><Relationship Id="rId51" Type="http://schemas.openxmlformats.org/officeDocument/2006/relationships/hyperlink" Target="https://assets.publishing.service.gov.uk/media/5a7d913aed915d3fb959486f/English_Appendix_2_-_Vocabulary_grammar_and_punctuation.pdf?utm_source=chatgpt.com" TargetMode="External" /><Relationship Id="rId72" Type="http://schemas.openxmlformats.org/officeDocument/2006/relationships/hyperlink" Target="https://www.scribd.com/document/703342588/ISEB-CE-CASE-Mathematics-13-Specification-2020-11-22?utm_source=chatgpt.com" TargetMode="External" /><Relationship Id="rId80" Type="http://schemas.openxmlformats.org/officeDocument/2006/relationships/hyperlink" Target="https://www.iseb.co.uk/wp-content/uploads/CE-13-English-ISEB-Subject-Guide-for-Families.pdf?utm_source=chatgpt.com" TargetMode="External" /><Relationship Id="rId85" Type="http://schemas.openxmlformats.org/officeDocument/2006/relationships/hyperlink" Target="https://owltutors.co.uk/advice/13-plus/english/syllabus/?srsltid=AfmBOooiNYLUhBylwW3xkZmB8xxCsyGF0YWO11oot3jOXoBUTgaB7C5k&amp;utm_source=chatgpt.com" TargetMode="External" /><Relationship Id="rId93" Type="http://schemas.openxmlformats.org/officeDocument/2006/relationships/hyperlink" Target="https://code.org/applab" TargetMode="External" /><Relationship Id="rId98" Type="http://schemas.openxmlformats.org/officeDocument/2006/relationships/hyperlink" Target="https://scratch.mit.edu/" TargetMode="External" /><Relationship Id="rId3" Type="http://schemas.openxmlformats.org/officeDocument/2006/relationships/styles" Target="styles.xml" /><Relationship Id="rId12" Type="http://schemas.openxmlformats.org/officeDocument/2006/relationships/hyperlink" Target="https://excelacademy.org.uk/key-stage-2/" TargetMode="External" /><Relationship Id="rId17" Type="http://schemas.openxmlformats.org/officeDocument/2006/relationships/hyperlink" Target="https://excelacademy.org.uk/key-stage-3/" TargetMode="External" /><Relationship Id="rId25" Type="http://schemas.openxmlformats.org/officeDocument/2006/relationships/hyperlink" Target="https://excelacademy.org.uk/key-stage-3/" TargetMode="External" /><Relationship Id="rId33" Type="http://schemas.openxmlformats.org/officeDocument/2006/relationships/hyperlink" Target="https://excelacademy.org.uk/gcse-igcse/" TargetMode="External" /><Relationship Id="rId38" Type="http://schemas.openxmlformats.org/officeDocument/2006/relationships/hyperlink" Target="https://excelacademy.org.uk/11-plus-exam-preparation/" TargetMode="External" /><Relationship Id="rId46" Type="http://schemas.openxmlformats.org/officeDocument/2006/relationships/hyperlink" Target="https://holywellschool.co.uk/wp-content/uploads/2024/11/KS2-Maths-Curriculum.pdf?utm_source=chatgpt.com" TargetMode="External" /><Relationship Id="rId59" Type="http://schemas.openxmlformats.org/officeDocument/2006/relationships/hyperlink" Target="https://www.iseb.co.uk/wp-content/uploads/CE-13-Mathematics-ISEB-Subject-Guide-for-Families.pdf?utm_source=chatgpt.com" TargetMode="External" /><Relationship Id="rId67" Type="http://schemas.openxmlformats.org/officeDocument/2006/relationships/hyperlink" Target="https://owltutors.co.uk/advice/13-plus/maths/syllabus/?srsltid=AfmBOopeP68G_5n9QaqY6N2mxbzpPS4AaZedUuAh7v3h6Kt9-2wXwHKp&amp;utm_source=chatgpt.com" TargetMode="External" /><Relationship Id="rId103" Type="http://schemas.openxmlformats.org/officeDocument/2006/relationships/hyperlink" Target="https://excelacademy.org.uk/grammar-schools/" TargetMode="External" /><Relationship Id="rId20" Type="http://schemas.openxmlformats.org/officeDocument/2006/relationships/hyperlink" Target="https://excelacademy.org.uk/key-stage-3/" TargetMode="External" /><Relationship Id="rId41" Type="http://schemas.openxmlformats.org/officeDocument/2006/relationships/hyperlink" Target="https://assets.publishing.service.gov.uk/media/5a7da548ed915d2ac884cb07/PRIMARY_national_curriculum_-_Mathematics_220714.pdf?utm_source=chatgpt.com" TargetMode="External" /><Relationship Id="rId54" Type="http://schemas.openxmlformats.org/officeDocument/2006/relationships/hyperlink" Target="https://www.educationquizzes.com/knowledge-bank/what-subjects-are-tested-in-the-11-plus-a-guide-for-parents/?utm_source=chatgpt.com" TargetMode="External" /><Relationship Id="rId62" Type="http://schemas.openxmlformats.org/officeDocument/2006/relationships/hyperlink" Target="https://owltutors.co.uk/advice/13-plus/maths/syllabus/?srsltid=AfmBOopeP68G_5n9QaqY6N2mxbzpPS4AaZedUuAh7v3h6Kt9-2wXwHKp&amp;utm_source=chatgpt.com" TargetMode="External" /><Relationship Id="rId70" Type="http://schemas.openxmlformats.org/officeDocument/2006/relationships/hyperlink" Target="https://www.uniontuitionlondon.com/tutoring/iseb-common-entrance-maths-exam/?utm_source=chatgpt.com" TargetMode="External" /><Relationship Id="rId75" Type="http://schemas.openxmlformats.org/officeDocument/2006/relationships/hyperlink" Target="https://www.keystonetutors.com/news/13-plus-maths-guide?utm_source=chatgpt.com" TargetMode="External" /><Relationship Id="rId83" Type="http://schemas.openxmlformats.org/officeDocument/2006/relationships/hyperlink" Target="https://owltutors.co.uk/advice/13-plus/english/syllabus/?srsltid=AfmBOooiNYLUhBylwW3xkZmB8xxCsyGF0YWO11oot3jOXoBUTgaB7C5k&amp;utm_source=chatgpt.com" TargetMode="External" /><Relationship Id="rId88" Type="http://schemas.openxmlformats.org/officeDocument/2006/relationships/hyperlink" Target="https://excelacademy.org.uk/as-a2-levels/" TargetMode="External" /><Relationship Id="rId91" Type="http://schemas.openxmlformats.org/officeDocument/2006/relationships/hyperlink" Target="https://excelacademy.org.uk/as-a2-levels/" TargetMode="External" /><Relationship Id="rId96" Type="http://schemas.openxmlformats.org/officeDocument/2006/relationships/hyperlink" Target="https://scratch.mit.edu/" TargetMode="External" /><Relationship Id="rId1" Type="http://schemas.openxmlformats.org/officeDocument/2006/relationships/customXml" Target="../customXml/item1.xml" /><Relationship Id="rId6" Type="http://schemas.openxmlformats.org/officeDocument/2006/relationships/hyperlink" Target="https://excelacademy.org.uk/key-stage-2/" TargetMode="External" /><Relationship Id="rId15" Type="http://schemas.openxmlformats.org/officeDocument/2006/relationships/hyperlink" Target="https://excelacademy.org.uk/key-stage-3/" TargetMode="External" /><Relationship Id="rId23" Type="http://schemas.openxmlformats.org/officeDocument/2006/relationships/hyperlink" Target="https://excelacademy.org.uk/key-stage-3/" TargetMode="External" /><Relationship Id="rId28" Type="http://schemas.openxmlformats.org/officeDocument/2006/relationships/hyperlink" Target="https://excelacademy.org.uk/key-stage-3/" TargetMode="External" /><Relationship Id="rId36" Type="http://schemas.openxmlformats.org/officeDocument/2006/relationships/hyperlink" Target="https://excelacademy.org.uk/gcse-igcse/" TargetMode="External" /><Relationship Id="rId49" Type="http://schemas.openxmlformats.org/officeDocument/2006/relationships/hyperlink" Target="https://grammarschoolpathway.co.uk/2025/07/07/the-11-plus-curriculum/?utm_source=chatgpt.com" TargetMode="External" /><Relationship Id="rId57" Type="http://schemas.openxmlformats.org/officeDocument/2006/relationships/hyperlink" Target="https://excelacademy.org.uk/13-plus-exam-preparation/" TargetMode="External" /><Relationship Id="rId106" Type="http://schemas.openxmlformats.org/officeDocument/2006/relationships/fontTable" Target="fontTable.xml" /><Relationship Id="rId10" Type="http://schemas.openxmlformats.org/officeDocument/2006/relationships/hyperlink" Target="https://excelacademy.org.uk/key-stage-2/" TargetMode="External" /><Relationship Id="rId31" Type="http://schemas.openxmlformats.org/officeDocument/2006/relationships/hyperlink" Target="https://excelacademy.org.uk/gcse-igcse/" TargetMode="External" /><Relationship Id="rId44" Type="http://schemas.openxmlformats.org/officeDocument/2006/relationships/hyperlink" Target="https://holywellschool.co.uk/wp-content/uploads/2024/11/KS2-Maths-Curriculum.pdf?utm_source=chatgpt.com" TargetMode="External" /><Relationship Id="rId52" Type="http://schemas.openxmlformats.org/officeDocument/2006/relationships/hyperlink" Target="https://www.11plusehelp.co.uk/11-plus-topics?utm_source=chatgpt.com" TargetMode="External" /><Relationship Id="rId60" Type="http://schemas.openxmlformats.org/officeDocument/2006/relationships/hyperlink" Target="https://www.hachettelearning.com/13-plus/about-the-13-common-entrance-exam?utm_source=chatgpt.com" TargetMode="External" /><Relationship Id="rId65" Type="http://schemas.openxmlformats.org/officeDocument/2006/relationships/hyperlink" Target="https://owltutors.co.uk/advice/13-plus/maths/syllabus/?srsltid=AfmBOopeP68G_5n9QaqY6N2mxbzpPS4AaZedUuAh7v3h6Kt9-2wXwHKp&amp;utm_source=chatgpt.com" TargetMode="External" /><Relationship Id="rId73" Type="http://schemas.openxmlformats.org/officeDocument/2006/relationships/hyperlink" Target="https://owltutors.co.uk/advice/13-plus/maths/syllabus/?srsltid=AfmBOopeP68G_5n9QaqY6N2mxbzpPS4AaZedUuAh7v3h6Kt9-2wXwHKp&amp;utm_source=chatgpt.com" TargetMode="External" /><Relationship Id="rId78" Type="http://schemas.openxmlformats.org/officeDocument/2006/relationships/hyperlink" Target="https://www.hachettelearning.com/13-plus/about-the-13-common-entrance-exam?utm_source=chatgpt.com" TargetMode="External" /><Relationship Id="rId81" Type="http://schemas.openxmlformats.org/officeDocument/2006/relationships/hyperlink" Target="https://www.iseb.co.uk/wp-content/uploads/CE-13-English-ISEB-Subject-Guide-for-Families.pdf?utm_source=chatgpt.com" TargetMode="External" /><Relationship Id="rId86" Type="http://schemas.openxmlformats.org/officeDocument/2006/relationships/hyperlink" Target="https://sherpa-online.com/blog/read/what-to-expect-in-the-13-exam-pre-tests?utm_source=chatgpt.com" TargetMode="External" /><Relationship Id="rId94" Type="http://schemas.openxmlformats.org/officeDocument/2006/relationships/hyperlink" Target="https://glitch.com/" TargetMode="External" /><Relationship Id="rId99" Type="http://schemas.openxmlformats.org/officeDocument/2006/relationships/hyperlink" Target="https://arcade.makecode.com/" TargetMode="External" /><Relationship Id="rId101" Type="http://schemas.openxmlformats.org/officeDocument/2006/relationships/hyperlink" Target="https://replit.com/" TargetMode="External" /><Relationship Id="rId4" Type="http://schemas.openxmlformats.org/officeDocument/2006/relationships/settings" Target="settings.xml" /><Relationship Id="rId9" Type="http://schemas.openxmlformats.org/officeDocument/2006/relationships/hyperlink" Target="https://excelacademy.org.uk/key-stage-2/" TargetMode="External" /><Relationship Id="rId13" Type="http://schemas.openxmlformats.org/officeDocument/2006/relationships/hyperlink" Target="https://excelacademy.org.uk/key-stage-2/" TargetMode="External" /><Relationship Id="rId18" Type="http://schemas.openxmlformats.org/officeDocument/2006/relationships/hyperlink" Target="https://excelacademy.org.uk/key-stage-3/" TargetMode="External" /><Relationship Id="rId39" Type="http://schemas.openxmlformats.org/officeDocument/2006/relationships/hyperlink" Target="https://excelacademy.org.uk/11-plus-exam-preparation/" TargetMode="External" /><Relationship Id="rId34" Type="http://schemas.openxmlformats.org/officeDocument/2006/relationships/hyperlink" Target="https://excelacademy.org.uk/gcse-igcse/" TargetMode="External" /><Relationship Id="rId50" Type="http://schemas.openxmlformats.org/officeDocument/2006/relationships/hyperlink" Target="https://www.11plusehelp.co.uk/11-plus-topics?utm_source=chatgpt.com" TargetMode="External" /><Relationship Id="rId55" Type="http://schemas.openxmlformats.org/officeDocument/2006/relationships/hyperlink" Target="https://excelacademy.org.uk/13-plus-exam-preparation/" TargetMode="External" /><Relationship Id="rId76" Type="http://schemas.openxmlformats.org/officeDocument/2006/relationships/hyperlink" Target="https://www.keystonetutors.com/news/13-plus-maths-guide?utm_source=chatgpt.com" TargetMode="External" /><Relationship Id="rId97" Type="http://schemas.openxmlformats.org/officeDocument/2006/relationships/hyperlink" Target="https://teachablemachine.withgoogle.com/" TargetMode="External" /><Relationship Id="rId104" Type="http://schemas.openxmlformats.org/officeDocument/2006/relationships/hyperlink" Target="https://excelacademy.org.uk/grammar-schoo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10761</Words>
  <Characters>61338</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Shifa Fathima</cp:lastModifiedBy>
  <cp:revision>2</cp:revision>
  <dcterms:created xsi:type="dcterms:W3CDTF">2026-09-13T05:16:00Z</dcterms:created>
  <dcterms:modified xsi:type="dcterms:W3CDTF">2026-09-13T05:16:00Z</dcterms:modified>
  <cp:category/>
</cp:coreProperties>
</file>